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高等数学期末考试复习提纲（极限导数积分核心考点）</w:t>
      </w:r>
    </w:p>
    <w:p>
      <w:r>
        <w:t>高数期末不挂科！小编整理了高等数学期末考试复习提纲，聚焦极限、导数、微分、不定积分、定积分五大核心板块，把期末必考题型和解题套路讲清楚。</w:t>
      </w:r>
    </w:p>
    <w:p>
      <w:r>
        <w:t>亮点：①每个板块列出必会题型清单；②极限七种未定式的处理办法；③积分技巧大全；④附典型例题。网页是预览版，下载Word完整版含全部例题详解。? 免费下载Word完整版（可直接打印编辑）</w:t>
      </w:r>
    </w:p>
    <w:p>
      <w:pPr>
        <w:pStyle w:val="Heading1"/>
      </w:pPr>
      <w:r>
        <w:t>一、极限</w:t>
      </w:r>
    </w:p>
    <w:p>
      <w:r>
        <w:t>1. 两个重要极限：lim(x→0) sinx/x=1；lim(x→∞)(1+1/x)^x=e</w:t>
      </w:r>
    </w:p>
    <w:p>
      <w:r>
        <w:t>2. 七种未定式：0/0、∞/∞、0·∞、∞-∞、0⁰、1^∞、∞⁰</w:t>
      </w:r>
    </w:p>
    <w:p>
      <w:r>
        <w:t>3. 0/0型常用方法：等价无穷小替换、洛必达法则、泰勒展开</w:t>
      </w:r>
    </w:p>
    <w:p>
      <w:pPr>
        <w:pStyle w:val="Heading1"/>
      </w:pPr>
      <w:r>
        <w:t>二、导数与微分</w:t>
      </w:r>
    </w:p>
    <w:p>
      <w:r>
        <w:t>1. 导数定义：f'(x₀)=lim(Δx→0)[f(x₀+Δx)-f(x₀)]/Δx</w:t>
      </w:r>
    </w:p>
    <w:p>
      <w:r>
        <w:t>2. 基本求导公式：C'=0；(x^n)'=nx^(n-1)；(sinx)'=cosx；(e^x)'=e^x；lnx'=1/x</w:t>
      </w:r>
    </w:p>
    <w:p>
      <w:r>
        <w:t>3. 复合函数链式法则：dy/dx=dy/du·du/dx</w:t>
      </w:r>
    </w:p>
    <w:p>
      <w:r>
        <w:t>4. 洛必达法则条件与应用</w:t>
      </w:r>
    </w:p>
    <w:p>
      <w:pPr>
        <w:pStyle w:val="Heading1"/>
      </w:pPr>
      <w:r>
        <w:t>三、不定积分与定积分</w:t>
      </w:r>
    </w:p>
    <w:p>
      <w:r>
        <w:t>1. 基本积分公式：∫x^n dx=x^(n+1)/(n+1)+C；∫1/x dx=ln|x|+C；∫e^x dx=e^x+C</w:t>
      </w:r>
    </w:p>
    <w:p>
      <w:r>
        <w:t>2. 换元法：第一类（凑微分）、第二类（三角代换）</w:t>
      </w:r>
    </w:p>
    <w:p>
      <w:r>
        <w:t>3. 分部积分：∫u dv=uv-∫v du，“反对幂指三”优先顺序</w:t>
      </w:r>
    </w:p>
    <w:p>
      <w:r>
        <w:t>4. 牛顿-莱布尼茨公式：∫(a到b) f(x)dx=F(b)-F(a)</w:t>
      </w:r>
    </w:p>
    <w:p>
      <w:r>
        <w:t>典型例题详解见Word版。?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