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高一化学必修一期末测试卷（100题完整版）</w:t>
      </w:r>
    </w:p>
    <w:p>
      <w:r>
        <w:t>满分100分，时间90分钟。本卷为完整版，共100题，含单项选择、填空、判断，覆盖物质的量、离子反应、氧化还原、钠氯铝铁硫氮元素化学，全部带答案和解析，可直接打印练习。</w:t>
      </w:r>
    </w:p>
    <w:p>
      <w:pPr>
        <w:pStyle w:val="Heading1"/>
      </w:pPr>
      <w:r>
        <w:t>一、单项选择题</w:t>
      </w:r>
    </w:p>
    <w:p>
      <w:r>
        <w:t>1. 下列物质中，属于纯净物的是（　）</w:t>
      </w:r>
      <w:r>
        <w:br/>
        <w:t xml:space="preserve">    A.空气</w:t>
      </w:r>
      <w:r>
        <w:br/>
        <w:t xml:space="preserve">    B.食盐水</w:t>
      </w:r>
      <w:r>
        <w:br/>
        <w:t xml:space="preserve">    C.冰水混合物</w:t>
      </w:r>
      <w:r>
        <w:br/>
        <w:t xml:space="preserve">    D.澄清石灰水</w:t>
      </w:r>
      <w:r>
        <w:br/>
        <w:t>【答案】C　【解析】冰水混合物只是水的两种状态，仍是纯净物。</w:t>
      </w:r>
    </w:p>
    <w:p>
      <w:r>
        <w:t>2. NA代表阿伏加德罗常数，下列说法正确的是（　）</w:t>
      </w:r>
      <w:r>
        <w:br/>
        <w:t xml:space="preserve">    A.1mol H2O含有的原子数为2NA</w:t>
      </w:r>
      <w:r>
        <w:br/>
        <w:t xml:space="preserve">    B.标准状况下，22.4L H2O含有的分子数为NA</w:t>
      </w:r>
      <w:r>
        <w:br/>
        <w:t xml:space="preserve">    C.1mol任何气体所含分子数均为NA</w:t>
      </w:r>
      <w:r>
        <w:br/>
        <w:t xml:space="preserve">    D.常温常压下，11.2L CO2含分子数为0.5NA</w:t>
      </w:r>
      <w:r>
        <w:br/>
        <w:t>【答案】C　【解析】1mol任何物质含微粒数均为NA；标准状况下水不是气体。</w:t>
      </w:r>
    </w:p>
    <w:p>
      <w:r>
        <w:t>3. 下列反应中，不属于氧化还原反应的是（　）</w:t>
      </w:r>
      <w:r>
        <w:br/>
        <w:t xml:space="preserve">    A.2Na+Cl2==2NaCl</w:t>
      </w:r>
      <w:r>
        <w:br/>
        <w:t xml:space="preserve">    B.2H2O2==2H2O+O2↑</w:t>
      </w:r>
      <w:r>
        <w:br/>
        <w:t xml:space="preserve">    C.NaOH+HCl==NaCl+H2O</w:t>
      </w:r>
      <w:r>
        <w:br/>
        <w:t xml:space="preserve">    D.2KClO3==2KCl+3O2↑</w:t>
      </w:r>
      <w:r>
        <w:br/>
        <w:t>【答案】C　【解析】中和反应无元素化合价变化。</w:t>
      </w:r>
    </w:p>
    <w:p>
      <w:r>
        <w:t>4. 在标准状况下，下列气体体积最大的是（　）</w:t>
      </w:r>
      <w:r>
        <w:br/>
        <w:t xml:space="preserve">    A.0.2mol H2</w:t>
      </w:r>
      <w:r>
        <w:br/>
        <w:t xml:space="preserve">    B.4.4g CO2</w:t>
      </w:r>
      <w:r>
        <w:br/>
        <w:t xml:space="preserve">    C.3.2g O2</w:t>
      </w:r>
      <w:r>
        <w:br/>
        <w:t xml:space="preserve">    D.0.5mol N2</w:t>
      </w:r>
      <w:r>
        <w:br/>
        <w:t>【答案】D　【解析】气体体积与物质的量成正比，0.5mol最大。</w:t>
      </w:r>
    </w:p>
    <w:p>
      <w:r>
        <w:t>5. 实验室中，下列药品的保存方法正确的是（　）</w:t>
      </w:r>
      <w:r>
        <w:br/>
        <w:t xml:space="preserve">    A.钠保存在水中</w:t>
      </w:r>
      <w:r>
        <w:br/>
        <w:t xml:space="preserve">    B.氢氧化钠溶液保存在带玻璃塞的试剂瓶中</w:t>
      </w:r>
      <w:r>
        <w:br/>
        <w:t xml:space="preserve">    C.浓硫酸保存在棕色瓶中</w:t>
      </w:r>
      <w:r>
        <w:br/>
        <w:t xml:space="preserve">    D.白磷保存在水中</w:t>
      </w:r>
      <w:r>
        <w:br/>
        <w:t>【答案】D　【解析】白磷燃点低需隔绝空气保存在水中；钠应保存在煤油中。</w:t>
      </w:r>
    </w:p>
    <w:p>
      <w:r>
        <w:t>6. 下列关于胶体的叙述，正确的是（　）</w:t>
      </w:r>
      <w:r>
        <w:br/>
        <w:t xml:space="preserve">    A.胶体都是无色透明的</w:t>
      </w:r>
      <w:r>
        <w:br/>
        <w:t xml:space="preserve">    B.胶体的本质特征是能发生丁达尔效应</w:t>
      </w:r>
      <w:r>
        <w:br/>
        <w:t xml:space="preserve">    C.胶体粒子直径在1~100nm之间</w:t>
      </w:r>
      <w:r>
        <w:br/>
        <w:t xml:space="preserve">    D.胶体不能通过滤纸</w:t>
      </w:r>
      <w:r>
        <w:br/>
        <w:t>【答案】C　【解析】胶体本质是分散质粒子直径1~100nm；丁达尔效应是胶体的特征现象。</w:t>
      </w:r>
    </w:p>
    <w:p>
      <w:r>
        <w:t>7. 下列电离方程式书写正确的是（　）</w:t>
      </w:r>
      <w:r>
        <w:br/>
        <w:t xml:space="preserve">    A.H2SO4==H2++SO42-</w:t>
      </w:r>
      <w:r>
        <w:br/>
        <w:t xml:space="preserve">    B.NaOH==Na++OH-</w:t>
      </w:r>
      <w:r>
        <w:br/>
        <w:t xml:space="preserve">    C.Na2CO3==Na++CO32-</w:t>
      </w:r>
      <w:r>
        <w:br/>
        <w:t xml:space="preserve">    D.KClO3==K++Cl-+O2-</w:t>
      </w:r>
      <w:r>
        <w:br/>
        <w:t>【答案】B　【解析】NaOH电离为Na+和OH-；H2SO4应为2H+。</w:t>
      </w:r>
    </w:p>
    <w:p>
      <w:r>
        <w:t>8. 下列离子方程式书写正确的是（　）</w:t>
      </w:r>
      <w:r>
        <w:br/>
        <w:t xml:space="preserve">    A.铁与稀盐酸反应：2Fe+6H+==2Fe3++3H2↑</w:t>
      </w:r>
      <w:r>
        <w:br/>
        <w:t xml:space="preserve">    B.稀硫酸与氢氧化钡反应：Ba2++SO42-==BaSO4↓</w:t>
      </w:r>
      <w:r>
        <w:br/>
        <w:t xml:space="preserve">    C.碳酸钙与盐酸反应：CO32-+2H+==CO2↑+H2O</w:t>
      </w:r>
      <w:r>
        <w:br/>
        <w:t xml:space="preserve">    D.钠与水反应：2Na+2H2O==2Na++2OH-+H2↑</w:t>
      </w:r>
      <w:r>
        <w:br/>
        <w:t>【答案】D　【解析】铁与盐酸生成Fe2+；Ba(OH)2与H2SO4还生成水；CaCO3难溶不能拆。</w:t>
      </w:r>
    </w:p>
    <w:p>
      <w:r>
        <w:t>9. 下列物质中，既能与盐酸反应又能与氢氧化钠溶液反应的是（　）</w:t>
      </w:r>
      <w:r>
        <w:br/>
        <w:t xml:space="preserve">    A.Al2O3</w:t>
      </w:r>
      <w:r>
        <w:br/>
        <w:t xml:space="preserve">    B.NaCl</w:t>
      </w:r>
      <w:r>
        <w:br/>
        <w:t xml:space="preserve">    C.Na2CO3</w:t>
      </w:r>
      <w:r>
        <w:br/>
        <w:t xml:space="preserve">    D.CuO</w:t>
      </w:r>
      <w:r>
        <w:br/>
        <w:t>【答案】A　【解析】Al2O3是两性氧化物。</w:t>
      </w:r>
    </w:p>
    <w:p>
      <w:r>
        <w:t>10. 配制100mL 1.00mol/L NaCl溶液，下列操作正确的是（　）</w:t>
      </w:r>
      <w:r>
        <w:br/>
        <w:t xml:space="preserve">    A.称取5.85g NaCl溶于100mL水中</w:t>
      </w:r>
      <w:r>
        <w:br/>
        <w:t xml:space="preserve">    B.称取5.85g NaCl溶于水后，再加水至100mL刻度线</w:t>
      </w:r>
      <w:r>
        <w:br/>
        <w:t xml:space="preserve">    C.称取5.85g NaCl溶于少量水后转移至量筒中加水至100mL</w:t>
      </w:r>
      <w:r>
        <w:br/>
        <w:t xml:space="preserve">    D.在烧杯中溶解后直接倒入容量瓶</w:t>
      </w:r>
      <w:r>
        <w:br/>
        <w:t>【答案】B　【解析】溶解后需冷却再转移至容量瓶定容至刻度线；量筒不能配溶液。</w:t>
      </w:r>
    </w:p>
    <w:p>
      <w:r>
        <w:t>11. 下列各组离子，能在溶液中大量共存的是（　）</w:t>
      </w:r>
      <w:r>
        <w:br/>
        <w:t xml:space="preserve">    A.Na+、H+、CO32-</w:t>
      </w:r>
      <w:r>
        <w:br/>
        <w:t xml:space="preserve">    B.Cu2+、SO42-、OH-</w:t>
      </w:r>
      <w:r>
        <w:br/>
        <w:t xml:space="preserve">    C.K+、NO3-、Cl-</w:t>
      </w:r>
      <w:r>
        <w:br/>
        <w:t xml:space="preserve">    D.H+、OH-、Na+</w:t>
      </w:r>
      <w:r>
        <w:br/>
        <w:t>【答案】C　【解析】H+与CO32-、OH-反应，Cu2+与OH-生成沉淀。</w:t>
      </w:r>
    </w:p>
    <w:p>
      <w:r>
        <w:t>12. 2.3g钠与足量水反应，转移的电子数为（　）</w:t>
      </w:r>
      <w:r>
        <w:br/>
        <w:t xml:space="preserve">    A.0.1mol</w:t>
      </w:r>
      <w:r>
        <w:br/>
        <w:t xml:space="preserve">    B.0.2mol</w:t>
      </w:r>
      <w:r>
        <w:br/>
        <w:t xml:space="preserve">    C.0.05mol</w:t>
      </w:r>
      <w:r>
        <w:br/>
        <w:t xml:space="preserve">    D.0.3mol</w:t>
      </w:r>
      <w:r>
        <w:br/>
        <w:t>【答案】A　【解析】n(Na)=0.1mol，Na→Na+失1电子，转移0.1mol。</w:t>
      </w:r>
    </w:p>
    <w:p>
      <w:r>
        <w:t>13. 下列物质属于电解质的是（　）</w:t>
      </w:r>
      <w:r>
        <w:br/>
        <w:t xml:space="preserve">    A.铜</w:t>
      </w:r>
      <w:r>
        <w:br/>
        <w:t xml:space="preserve">    B.食盐水</w:t>
      </w:r>
      <w:r>
        <w:br/>
        <w:t xml:space="preserve">    C.蔗糖</w:t>
      </w:r>
      <w:r>
        <w:br/>
        <w:t xml:space="preserve">    D.硫酸</w:t>
      </w:r>
      <w:r>
        <w:br/>
        <w:t>【答案】D　【解析】酸、碱、盐和金属氧化物是电解质；单质和混合物不是。</w:t>
      </w:r>
    </w:p>
    <w:p>
      <w:r>
        <w:t>14. 下列变化中，必须加入氧化剂才能实现的是（　）</w:t>
      </w:r>
      <w:r>
        <w:br/>
        <w:t xml:space="preserve">    A.CuO→Cu</w:t>
      </w:r>
      <w:r>
        <w:br/>
        <w:t xml:space="preserve">    B.Fe2+→Fe3+</w:t>
      </w:r>
      <w:r>
        <w:br/>
        <w:t xml:space="preserve">    C.CO2→CO32-</w:t>
      </w:r>
      <w:r>
        <w:br/>
        <w:t xml:space="preserve">    D.Cl2→Cl-</w:t>
      </w:r>
      <w:r>
        <w:br/>
        <w:t>【答案】B　【解析】Fe2+→Fe3+失电子被氧化，需氧化剂。</w:t>
      </w:r>
    </w:p>
    <w:p>
      <w:r>
        <w:t>15. 将钠投入滴有酚酞的水中，观察到的现象不包括（　）</w:t>
      </w:r>
      <w:r>
        <w:br/>
        <w:t xml:space="preserve">    A.钠浮在水面</w:t>
      </w:r>
      <w:r>
        <w:br/>
        <w:t xml:space="preserve">    B.钠熔成小球</w:t>
      </w:r>
      <w:r>
        <w:br/>
        <w:t xml:space="preserve">    C.溶液变蓝</w:t>
      </w:r>
      <w:r>
        <w:br/>
        <w:t xml:space="preserve">    D.钠四处游动并发出嘶嘶声</w:t>
      </w:r>
      <w:r>
        <w:br/>
        <w:t>【答案】C　【解析】钠与水反应生成NaOH使酚酞变红而非变蓝。</w:t>
      </w:r>
    </w:p>
    <w:p>
      <w:r>
        <w:t>16. 下列关于氯气的说法正确的是（　）</w:t>
      </w:r>
      <w:r>
        <w:br/>
        <w:t xml:space="preserve">    A.氯气是黄绿色、有刺激性气味的气体</w:t>
      </w:r>
      <w:r>
        <w:br/>
        <w:t xml:space="preserve">    B.氯气不能溶于水</w:t>
      </w:r>
      <w:r>
        <w:br/>
        <w:t xml:space="preserve">    C.干燥的氯气能使有色布条褪色</w:t>
      </w:r>
      <w:r>
        <w:br/>
        <w:t xml:space="preserve">    D.氯气有毒，密度比空气小</w:t>
      </w:r>
      <w:r>
        <w:br/>
        <w:t>【答案】A　【解析】氯气能溶于水，湿润氯气才漂白，密度比空气大。</w:t>
      </w:r>
    </w:p>
    <w:p>
      <w:r>
        <w:t>17. 实验室制取氯气的反应中，MnO2的作用是（　）</w:t>
      </w:r>
      <w:r>
        <w:br/>
        <w:t xml:space="preserve">    A.氧化剂</w:t>
      </w:r>
      <w:r>
        <w:br/>
        <w:t xml:space="preserve">    B.还原剂</w:t>
      </w:r>
      <w:r>
        <w:br/>
        <w:t xml:space="preserve">    C.催化剂</w:t>
      </w:r>
      <w:r>
        <w:br/>
        <w:t xml:space="preserve">    D.干燥剂</w:t>
      </w:r>
      <w:r>
        <w:br/>
        <w:t>【答案】A　【解析】MnO2+4HCl(浓)==MnCl2+Cl2↑+2H2O，Mn从+4降到+2，MnO2作氧化剂。</w:t>
      </w:r>
    </w:p>
    <w:p>
      <w:r>
        <w:t>18. 下列气体中，不能用排水法收集的是（　）</w:t>
      </w:r>
      <w:r>
        <w:br/>
        <w:t xml:space="preserve">    A.H2</w:t>
      </w:r>
      <w:r>
        <w:br/>
        <w:t xml:space="preserve">    B.O2</w:t>
      </w:r>
      <w:r>
        <w:br/>
        <w:t xml:space="preserve">    C.NO</w:t>
      </w:r>
      <w:r>
        <w:br/>
        <w:t xml:space="preserve">    D.NO2</w:t>
      </w:r>
      <w:r>
        <w:br/>
        <w:t>【答案】D　【解析】NO2与水反应生成硝酸和NO，不能用排水法。</w:t>
      </w:r>
    </w:p>
    <w:p>
      <w:r>
        <w:t>19. 下列关于SO2的说法，不正确的是（　）</w:t>
      </w:r>
      <w:r>
        <w:br/>
        <w:t xml:space="preserve">    A.SO2能使品红溶液褪色</w:t>
      </w:r>
      <w:r>
        <w:br/>
        <w:t xml:space="preserve">    B.SO2具有还原性</w:t>
      </w:r>
      <w:r>
        <w:br/>
        <w:t xml:space="preserve">    C.SO2能使酸性高锰酸钾溶液褪色</w:t>
      </w:r>
      <w:r>
        <w:br/>
        <w:t xml:space="preserve">    D.SO2不能与水反应</w:t>
      </w:r>
      <w:r>
        <w:br/>
        <w:t>【答案】D　【解析】SO2与水反应生成亚硫酸H2SO3。</w:t>
      </w:r>
    </w:p>
    <w:p>
      <w:r>
        <w:t>20. 下列物质中，主要成分不是硅酸盐的是（　）</w:t>
      </w:r>
      <w:r>
        <w:br/>
        <w:t xml:space="preserve">    A.玻璃</w:t>
      </w:r>
      <w:r>
        <w:br/>
        <w:t xml:space="preserve">    B.水泥</w:t>
      </w:r>
      <w:r>
        <w:br/>
        <w:t xml:space="preserve">    C.陶瓷</w:t>
      </w:r>
      <w:r>
        <w:br/>
        <w:t xml:space="preserve">    D.石英砂</w:t>
      </w:r>
      <w:r>
        <w:br/>
        <w:t>【答案】D　【解析】石英砂主要成分是SiO2，不是硅酸盐。</w:t>
      </w:r>
    </w:p>
    <w:p>
      <w:r>
        <w:t>21. 下列关于SiO2的说法，正确的是（　）</w:t>
      </w:r>
      <w:r>
        <w:br/>
        <w:t xml:space="preserve">    A.SiO2能与水反应生成硅酸</w:t>
      </w:r>
      <w:r>
        <w:br/>
        <w:t xml:space="preserve">    B.SiO2能与NaOH溶液反应</w:t>
      </w:r>
      <w:r>
        <w:br/>
        <w:t xml:space="preserve">    C.SiO2不能与氢氟酸反应</w:t>
      </w:r>
      <w:r>
        <w:br/>
        <w:t xml:space="preserve">    D.SiO2是酸性氧化物，不与任何酸反应</w:t>
      </w:r>
      <w:r>
        <w:br/>
        <w:t>【答案】B　【解析】SiO2是酸性氧化物能与碱反应，能与氢氟酸反应，不溶于水。</w:t>
      </w:r>
    </w:p>
    <w:p>
      <w:r>
        <w:t>22. 常温下，下列金属与浓硫酸反应最剧烈的是（　）</w:t>
      </w:r>
      <w:r>
        <w:br/>
        <w:t xml:space="preserve">    A.铁</w:t>
      </w:r>
      <w:r>
        <w:br/>
        <w:t xml:space="preserve">    B.铜</w:t>
      </w:r>
      <w:r>
        <w:br/>
        <w:t xml:space="preserve">    C.铝</w:t>
      </w:r>
      <w:r>
        <w:br/>
        <w:t xml:space="preserve">    D.锌</w:t>
      </w:r>
      <w:r>
        <w:br/>
        <w:t>【答案】B　【解析】常温下铁、铝遇浓硫酸钝化，铜与浓硫酸常温下反应缓慢，加热才剧烈。</w:t>
      </w:r>
    </w:p>
    <w:p>
      <w:r>
        <w:t>23. 下列关于氮气性质的说法，错误的是（　）</w:t>
      </w:r>
      <w:r>
        <w:br/>
        <w:t xml:space="preserve">    A.氮气化学性质稳定</w:t>
      </w:r>
      <w:r>
        <w:br/>
        <w:t xml:space="preserve">    B.氮气在放电条件下可与氧气反应</w:t>
      </w:r>
      <w:r>
        <w:br/>
        <w:t xml:space="preserve">    C.氮气能与活泼金属在高温下反应</w:t>
      </w:r>
      <w:r>
        <w:br/>
        <w:t xml:space="preserve">    D.氮气是黄绿色气体</w:t>
      </w:r>
      <w:r>
        <w:br/>
        <w:t>【答案】D　【解析】氮气无色无味。</w:t>
      </w:r>
    </w:p>
    <w:p>
      <w:r>
        <w:t>24. 实验室常用下列哪种试剂检验NH4+（　）</w:t>
      </w:r>
      <w:r>
        <w:br/>
        <w:t xml:space="preserve">    A.盐酸</w:t>
      </w:r>
      <w:r>
        <w:br/>
        <w:t xml:space="preserve">    B.氢氧化钠溶液和湿润红色石蕊试纸</w:t>
      </w:r>
      <w:r>
        <w:br/>
        <w:t xml:space="preserve">    C.硝酸银溶液</w:t>
      </w:r>
      <w:r>
        <w:br/>
        <w:t xml:space="preserve">    D.氯化钡溶液</w:t>
      </w:r>
      <w:r>
        <w:br/>
        <w:t>【答案】B　【解析】NH4+与NaOH加热生成NH3，使湿润红色石蕊试纸变蓝。</w:t>
      </w:r>
    </w:p>
    <w:p>
      <w:r>
        <w:t>25. 下列物质中，能与水反应生成两种酸的是（　）</w:t>
      </w:r>
      <w:r>
        <w:br/>
        <w:t xml:space="preserve">    A.Cl2</w:t>
      </w:r>
      <w:r>
        <w:br/>
        <w:t xml:space="preserve">    B.SO2</w:t>
      </w:r>
      <w:r>
        <w:br/>
        <w:t xml:space="preserve">    C.CO2</w:t>
      </w:r>
      <w:r>
        <w:br/>
        <w:t xml:space="preserve">    D.NO</w:t>
      </w:r>
      <w:r>
        <w:br/>
        <w:t>【答案】A　【解析】Cl2+H2O==HCl+HClO，生成两种酸。</w:t>
      </w:r>
    </w:p>
    <w:p>
      <w:r>
        <w:t>26. 配制0.2mol/L的Na2CO3溶液500mL，需要Na2CO3的质量为（　）</w:t>
      </w:r>
      <w:r>
        <w:br/>
        <w:t xml:space="preserve">    A.10.6g</w:t>
      </w:r>
      <w:r>
        <w:br/>
        <w:t xml:space="preserve">    B.5.3g</w:t>
      </w:r>
      <w:r>
        <w:br/>
        <w:t xml:space="preserve">    C.21.2g</w:t>
      </w:r>
      <w:r>
        <w:br/>
        <w:t xml:space="preserve">    D.1.06g</w:t>
      </w:r>
      <w:r>
        <w:br/>
        <w:t>【答案】A　【解析】n=0.2×0.5=0.1mol，m=0.1×106=10.6g。</w:t>
      </w:r>
    </w:p>
    <w:p>
      <w:r>
        <w:t>27. 在标准状况下，4.48L CO2的物质的量为（　）</w:t>
      </w:r>
      <w:r>
        <w:br/>
        <w:t xml:space="preserve">    A.0.2mol</w:t>
      </w:r>
      <w:r>
        <w:br/>
        <w:t xml:space="preserve">    B.0.4mol</w:t>
      </w:r>
      <w:r>
        <w:br/>
        <w:t xml:space="preserve">    C.0.5mol</w:t>
      </w:r>
      <w:r>
        <w:br/>
        <w:t xml:space="preserve">    D.0.1mol</w:t>
      </w:r>
      <w:r>
        <w:br/>
        <w:t>【答案】A　【解析】4.48/22.4=0.2mol。</w:t>
      </w:r>
    </w:p>
    <w:p>
      <w:r>
        <w:t>28. 下列离子中，还原性最强的是（　）</w:t>
      </w:r>
      <w:r>
        <w:br/>
        <w:t xml:space="preserve">    A.Cl-</w:t>
      </w:r>
      <w:r>
        <w:br/>
        <w:t xml:space="preserve">    B.Br-</w:t>
      </w:r>
      <w:r>
        <w:br/>
        <w:t xml:space="preserve">    C.I-</w:t>
      </w:r>
      <w:r>
        <w:br/>
        <w:t xml:space="preserve">    D.F-</w:t>
      </w:r>
      <w:r>
        <w:br/>
        <w:t>【答案】C　【解析】还原性：I-&gt;Br-&gt;Cl-&gt;F-。</w:t>
      </w:r>
    </w:p>
    <w:p>
      <w:r>
        <w:t>29. 在反应2Na2O2+2H2O==4NaOH+O2↑中，Na2O2的作用是（　）</w:t>
      </w:r>
      <w:r>
        <w:br/>
        <w:t xml:space="preserve">    A.只作氧化剂</w:t>
      </w:r>
      <w:r>
        <w:br/>
        <w:t xml:space="preserve">    B.只作还原剂</w:t>
      </w:r>
      <w:r>
        <w:br/>
        <w:t xml:space="preserve">    C.既作氧化剂又作还原剂</w:t>
      </w:r>
      <w:r>
        <w:br/>
        <w:t xml:space="preserve">    D.既不作氧化剂也不作还原剂</w:t>
      </w:r>
      <w:r>
        <w:br/>
        <w:t>【答案】C　【解析】氧元素部分升到0价部分降到-2价。</w:t>
      </w:r>
    </w:p>
    <w:p>
      <w:r>
        <w:t>30. 下列实验操作中，正确的是（　）</w:t>
      </w:r>
      <w:r>
        <w:br/>
        <w:t xml:space="preserve">    A.用酒精灯直接加热烧杯</w:t>
      </w:r>
      <w:r>
        <w:br/>
        <w:t xml:space="preserve">    B.给试管加热时，试管口略向下倾斜</w:t>
      </w:r>
      <w:r>
        <w:br/>
        <w:t xml:space="preserve">    C.用嘴吹灭酒精灯</w:t>
      </w:r>
      <w:r>
        <w:br/>
        <w:t xml:space="preserve">    D.将浓硫酸直接倒入量筒中稀释</w:t>
      </w:r>
      <w:r>
        <w:br/>
        <w:t>【答案】B　【解析】给固体加热试管口略向下倾斜防止冷凝水倒流。</w:t>
      </w:r>
    </w:p>
    <w:p>
      <w:r>
        <w:t>31. 0.1mol/L的NaCl溶液中，Na+的物质的量浓度为（　）</w:t>
      </w:r>
      <w:r>
        <w:br/>
        <w:t xml:space="preserve">    A.0.1mol/L</w:t>
      </w:r>
      <w:r>
        <w:br/>
        <w:t xml:space="preserve">    B.0.2mol/L</w:t>
      </w:r>
      <w:r>
        <w:br/>
        <w:t xml:space="preserve">    C.0.05mol/L</w:t>
      </w:r>
      <w:r>
        <w:br/>
        <w:t xml:space="preserve">    D.0.3mol/L</w:t>
      </w:r>
      <w:r>
        <w:br/>
        <w:t>【答案】A　【解析】NaCl电离出1个Na+，浓度0.1mol/L。</w:t>
      </w:r>
    </w:p>
    <w:p>
      <w:r>
        <w:t>32. 铝是地壳中含量最多的金属元素，其含量在地壳元素中排（　）</w:t>
      </w:r>
      <w:r>
        <w:br/>
        <w:t xml:space="preserve">    A.第一</w:t>
      </w:r>
      <w:r>
        <w:br/>
        <w:t xml:space="preserve">    B.第二</w:t>
      </w:r>
      <w:r>
        <w:br/>
        <w:t xml:space="preserve">    C.第三</w:t>
      </w:r>
      <w:r>
        <w:br/>
        <w:t xml:space="preserve">    D.第四</w:t>
      </w:r>
      <w:r>
        <w:br/>
        <w:t>【答案】C　【解析】地壳含量：O、Si、Al、Fe，铝排第三。</w:t>
      </w:r>
    </w:p>
    <w:p>
      <w:r>
        <w:t>33. 下列有关钠的说法，不正确的是（　）</w:t>
      </w:r>
      <w:r>
        <w:br/>
        <w:t xml:space="preserve">    A.钠是银白色金属</w:t>
      </w:r>
      <w:r>
        <w:br/>
        <w:t xml:space="preserve">    B.钠的密度比水小</w:t>
      </w:r>
      <w:r>
        <w:br/>
        <w:t xml:space="preserve">    C.钠的熔点低</w:t>
      </w:r>
      <w:r>
        <w:br/>
        <w:t xml:space="preserve">    D.钠在空气中燃烧生成Na2O</w:t>
      </w:r>
      <w:r>
        <w:br/>
        <w:t>【答案】D　【解析】钠在空气中燃烧生成Na2O2。</w:t>
      </w:r>
    </w:p>
    <w:p>
      <w:r>
        <w:t>34. 下列物质露置在空气中，不会变质的是（　）</w:t>
      </w:r>
      <w:r>
        <w:br/>
        <w:t xml:space="preserve">    A.Na2O2</w:t>
      </w:r>
      <w:r>
        <w:br/>
        <w:t xml:space="preserve">    B.NaOH</w:t>
      </w:r>
      <w:r>
        <w:br/>
        <w:t xml:space="preserve">    C.NaCl</w:t>
      </w:r>
      <w:r>
        <w:br/>
        <w:t xml:space="preserve">    D.Na2CO3·10H2O</w:t>
      </w:r>
      <w:r>
        <w:br/>
        <w:t>【答案】C　【解析】NaCl性质稳定。</w:t>
      </w:r>
    </w:p>
    <w:p>
      <w:r>
        <w:t>35. Na2CO3和NaHCO3的下列比较，不正确的是（　）</w:t>
      </w:r>
      <w:r>
        <w:br/>
        <w:t xml:space="preserve">    A.热稳定性：Na2CO3&gt;NaHCO3</w:t>
      </w:r>
      <w:r>
        <w:br/>
        <w:t xml:space="preserve">    B.与盐酸反应速率：NaHCO3&gt;Na2CO3</w:t>
      </w:r>
      <w:r>
        <w:br/>
        <w:t xml:space="preserve">    C.等物质的量消耗盐酸：Na2CO3&gt;NaHCO3</w:t>
      </w:r>
      <w:r>
        <w:br/>
        <w:t xml:space="preserve">    D.相同条件下溶解度：Na2CO3&lt;NaHCO3</w:t>
      </w:r>
      <w:r>
        <w:br/>
        <w:t>【答案】D　【解析】Na2CO3溶解度大于NaHCO3。</w:t>
      </w:r>
    </w:p>
    <w:p>
      <w:r>
        <w:t>36. 向AlCl3溶液中滴加NaOH溶液至过量，现象是（　）</w:t>
      </w:r>
      <w:r>
        <w:br/>
        <w:t xml:space="preserve">    A.先有白色沉淀，后沉淀溶解</w:t>
      </w:r>
      <w:r>
        <w:br/>
        <w:t xml:space="preserve">    B.始终无沉淀</w:t>
      </w:r>
      <w:r>
        <w:br/>
        <w:t xml:space="preserve">    C.一直有白色沉淀</w:t>
      </w:r>
      <w:r>
        <w:br/>
        <w:t xml:space="preserve">    D.先生成气体</w:t>
      </w:r>
      <w:r>
        <w:br/>
        <w:t>【答案】A　【解析】Al(OH)3为两性氢氧化物，过量NaOH使其溶解。</w:t>
      </w:r>
    </w:p>
    <w:p>
      <w:r>
        <w:t>37. FeCl3溶液与Fe(OH)3胶体，最本质的区别是（　）</w:t>
      </w:r>
      <w:r>
        <w:br/>
        <w:t xml:space="preserve">    A.颜色不同</w:t>
      </w:r>
      <w:r>
        <w:br/>
        <w:t xml:space="preserve">    B.分散质粒子直径大小不同</w:t>
      </w:r>
      <w:r>
        <w:br/>
        <w:t xml:space="preserve">    C.是否透明</w:t>
      </w:r>
      <w:r>
        <w:br/>
        <w:t xml:space="preserve">    D.能否透过滤纸</w:t>
      </w:r>
      <w:r>
        <w:br/>
        <w:t>【答案】B　【解析】本质区别是分散质粒子直径：溶液&lt;1nm，胶体1~100nm。</w:t>
      </w:r>
    </w:p>
    <w:p>
      <w:r>
        <w:t>38. 下列反应中，水作还原剂的是（　）</w:t>
      </w:r>
      <w:r>
        <w:br/>
        <w:t xml:space="preserve">    A.2Na+2H2O==2NaOH+H2↑</w:t>
      </w:r>
      <w:r>
        <w:br/>
        <w:t xml:space="preserve">    B.2F2+2H2O==4HF+O2</w:t>
      </w:r>
      <w:r>
        <w:br/>
        <w:t xml:space="preserve">    C.Na2O+H2O==2NaOH</w:t>
      </w:r>
      <w:r>
        <w:br/>
        <w:t xml:space="preserve">    D.CO2+H2O==H2CO3</w:t>
      </w:r>
      <w:r>
        <w:br/>
        <w:t>【答案】B　【解析】水中O从-2升到0被氧化，水作还原剂。</w:t>
      </w:r>
    </w:p>
    <w:p>
      <w:r>
        <w:t>39. 容量瓶上标有的标记不包括（　）</w:t>
      </w:r>
      <w:r>
        <w:br/>
        <w:t xml:space="preserve">    A.温度</w:t>
      </w:r>
      <w:r>
        <w:br/>
        <w:t xml:space="preserve">    B.容积</w:t>
      </w:r>
      <w:r>
        <w:br/>
        <w:t xml:space="preserve">    C.刻度线</w:t>
      </w:r>
      <w:r>
        <w:br/>
        <w:t xml:space="preserve">    D.浓度</w:t>
      </w:r>
      <w:r>
        <w:br/>
        <w:t>【答案】D　【解析】容量瓶标温度、容积、刻度线，不标浓度。</w:t>
      </w:r>
    </w:p>
    <w:p>
      <w:r>
        <w:t>40. 等质量的下列气体，在相同条件下体积最小的是（　）</w:t>
      </w:r>
      <w:r>
        <w:br/>
        <w:t xml:space="preserve">    A.H2</w:t>
      </w:r>
      <w:r>
        <w:br/>
        <w:t xml:space="preserve">    B.O2</w:t>
      </w:r>
      <w:r>
        <w:br/>
        <w:t xml:space="preserve">    C.CO2</w:t>
      </w:r>
      <w:r>
        <w:br/>
        <w:t xml:space="preserve">    D.SO2</w:t>
      </w:r>
      <w:r>
        <w:br/>
        <w:t>【答案】D　【解析】等质量时摩尔质量越大物质的量越小，SO2摩尔质量最大。</w:t>
      </w:r>
    </w:p>
    <w:p>
      <w:r>
        <w:t>41. 下列物质加入水中，能发生水解的是（　）</w:t>
      </w:r>
      <w:r>
        <w:br/>
        <w:t xml:space="preserve">    A.NaCl</w:t>
      </w:r>
      <w:r>
        <w:br/>
        <w:t xml:space="preserve">    B.Na2CO3</w:t>
      </w:r>
      <w:r>
        <w:br/>
        <w:t xml:space="preserve">    C.KNO3</w:t>
      </w:r>
      <w:r>
        <w:br/>
        <w:t xml:space="preserve">    D.Na2SO4</w:t>
      </w:r>
      <w:r>
        <w:br/>
        <w:t>【答案】B　【解析】Na2CO3是强碱弱酸盐，CO32-水解。</w:t>
      </w:r>
    </w:p>
    <w:p>
      <w:r>
        <w:t>42. 实验室检验SO42-的试剂是（　）</w:t>
      </w:r>
      <w:r>
        <w:br/>
        <w:t xml:space="preserve">    A.盐酸和BaCl2溶液</w:t>
      </w:r>
      <w:r>
        <w:br/>
        <w:t xml:space="preserve">    B.NaOH溶液</w:t>
      </w:r>
      <w:r>
        <w:br/>
        <w:t xml:space="preserve">    C.硝酸银溶液</w:t>
      </w:r>
      <w:r>
        <w:br/>
        <w:t xml:space="preserve">    D.酚酞试剂</w:t>
      </w:r>
      <w:r>
        <w:br/>
        <w:t>【答案】A　【解析】先加盐酸排除CO32-等干扰，再加BaCl2产生白色沉淀。</w:t>
      </w:r>
    </w:p>
    <w:p>
      <w:r>
        <w:t>43. 常温下能用铁罐运输的浓酸是（　）</w:t>
      </w:r>
      <w:r>
        <w:br/>
        <w:t xml:space="preserve">    A.浓盐酸</w:t>
      </w:r>
      <w:r>
        <w:br/>
        <w:t xml:space="preserve">    B.稀硫酸</w:t>
      </w:r>
      <w:r>
        <w:br/>
        <w:t xml:space="preserve">    C.浓硫酸</w:t>
      </w:r>
      <w:r>
        <w:br/>
        <w:t xml:space="preserve">    D.浓硝酸（加热时）</w:t>
      </w:r>
      <w:r>
        <w:br/>
        <w:t>【答案】C　【解析】常温下铁遇浓硫酸钝化；浓硝酸也钝化，但题中选浓硫酸。</w:t>
      </w:r>
    </w:p>
    <w:p>
      <w:r>
        <w:t>44. 下列气体收集方法，NO应采用（　）</w:t>
      </w:r>
      <w:r>
        <w:br/>
        <w:t xml:space="preserve">    A.向上排空气法</w:t>
      </w:r>
      <w:r>
        <w:br/>
        <w:t xml:space="preserve">    B.向下排空气法</w:t>
      </w:r>
      <w:r>
        <w:br/>
        <w:t xml:space="preserve">    C.排水法</w:t>
      </w:r>
      <w:r>
        <w:br/>
        <w:t xml:space="preserve">    D.直接排放</w:t>
      </w:r>
      <w:r>
        <w:br/>
        <w:t>【答案】C　【解析】NO易被氧化且密度接近空气，用排水法。</w:t>
      </w:r>
    </w:p>
    <w:p>
      <w:r>
        <w:t>45. 1mol OH-的质量是（　）</w:t>
      </w:r>
      <w:r>
        <w:br/>
        <w:t xml:space="preserve">    A.17g</w:t>
      </w:r>
      <w:r>
        <w:br/>
        <w:t xml:space="preserve">    B.16g</w:t>
      </w:r>
      <w:r>
        <w:br/>
        <w:t xml:space="preserve">    C.18g</w:t>
      </w:r>
      <w:r>
        <w:br/>
        <w:t xml:space="preserve">    D.34g</w:t>
      </w:r>
      <w:r>
        <w:br/>
        <w:t>【答案】A　【解析】OH-摩尔质量17g/mol。</w:t>
      </w:r>
    </w:p>
    <w:p>
      <w:r>
        <w:t>46. 下列分散系中，属于胶体的是（　）</w:t>
      </w:r>
      <w:r>
        <w:br/>
        <w:t xml:space="preserve">    A.食盐水</w:t>
      </w:r>
      <w:r>
        <w:br/>
        <w:t xml:space="preserve">    B.泥水</w:t>
      </w:r>
      <w:r>
        <w:br/>
        <w:t xml:space="preserve">    C.牛奶</w:t>
      </w:r>
      <w:r>
        <w:br/>
        <w:t xml:space="preserve">    D.蔗糖水</w:t>
      </w:r>
      <w:r>
        <w:br/>
        <w:t>【答案】C　【解析】牛奶是乳浊液/胶体；泥水是悬浊液。</w:t>
      </w:r>
    </w:p>
    <w:p>
      <w:r>
        <w:t>47. 在反应3NO2+H2O==2HNO3+NO中，被氧化的N与被还原的N的物质的量之比为（　）</w:t>
      </w:r>
      <w:r>
        <w:br/>
        <w:t xml:space="preserve">    A.1:1</w:t>
      </w:r>
      <w:r>
        <w:br/>
        <w:t xml:space="preserve">    B.2:1</w:t>
      </w:r>
      <w:r>
        <w:br/>
        <w:t xml:space="preserve">    C.1:2</w:t>
      </w:r>
      <w:r>
        <w:br/>
        <w:t xml:space="preserve">    D.3:1</w:t>
      </w:r>
      <w:r>
        <w:br/>
        <w:t>【答案】B　【解析】2个NO2中N升到+5被氧化，1个降到+2被还原。</w:t>
      </w:r>
    </w:p>
    <w:p>
      <w:r>
        <w:t>48. 下列物质中，属于酸性氧化物的是（　）</w:t>
      </w:r>
      <w:r>
        <w:br/>
        <w:t xml:space="preserve">    A.CO</w:t>
      </w:r>
      <w:r>
        <w:br/>
        <w:t xml:space="preserve">    B.Na2O</w:t>
      </w:r>
      <w:r>
        <w:br/>
        <w:t xml:space="preserve">    C.CO2</w:t>
      </w:r>
      <w:r>
        <w:br/>
        <w:t xml:space="preserve">    D.Al2O3</w:t>
      </w:r>
      <w:r>
        <w:br/>
        <w:t>【答案】C　【解析】CO2能与碱反应生成盐和水。</w:t>
      </w:r>
    </w:p>
    <w:p>
      <w:r>
        <w:t>49. 下列关于漂白粉的说法，正确的是（　）</w:t>
      </w:r>
      <w:r>
        <w:br/>
        <w:t xml:space="preserve">    A.漂白粉的有效成分是Ca(ClO)2</w:t>
      </w:r>
      <w:r>
        <w:br/>
        <w:t xml:space="preserve">    B.漂白粉的主要成分是氯气</w:t>
      </w:r>
      <w:r>
        <w:br/>
        <w:t xml:space="preserve">    C.漂白粉不能用于消毒</w:t>
      </w:r>
      <w:r>
        <w:br/>
        <w:t xml:space="preserve">    D.漂白粉久置于空气中不变质</w:t>
      </w:r>
      <w:r>
        <w:br/>
        <w:t>【答案】A　【解析】漂白粉主要成分Ca(ClO)2和CaCl2，有效成分Ca(ClO)2。</w:t>
      </w:r>
    </w:p>
    <w:p>
      <w:r>
        <w:t>50. 下列离子方程式书写错误的是（　）</w:t>
      </w:r>
      <w:r>
        <w:br/>
        <w:t xml:space="preserve">    A.铁与硫酸铜：Fe+Cu2+==Fe2++Cu</w:t>
      </w:r>
      <w:r>
        <w:br/>
        <w:t xml:space="preserve">    B.盐酸与氢氧化钠：H++OH-==H2O</w:t>
      </w:r>
      <w:r>
        <w:br/>
        <w:t xml:space="preserve">    C.锌与稀硫酸：Zn+2H+==Zn2++H2↑</w:t>
      </w:r>
      <w:r>
        <w:br/>
        <w:t xml:space="preserve">    D.铜与稀硝酸：Cu+2H+==Cu2++H2↑</w:t>
      </w:r>
      <w:r>
        <w:br/>
        <w:t>【答案】D　【解析】铜与稀硝酸不生成H2，生成NO。</w:t>
      </w:r>
    </w:p>
    <w:p>
      <w:r>
        <w:t>51. 标准状况下，1.12L某气体的质量为3.2g，该气体的摩尔质量为（　）</w:t>
      </w:r>
      <w:r>
        <w:br/>
        <w:t xml:space="preserve">    A.32g/mol</w:t>
      </w:r>
      <w:r>
        <w:br/>
        <w:t xml:space="preserve">    B.64g/mol</w:t>
      </w:r>
      <w:r>
        <w:br/>
        <w:t xml:space="preserve">    C.16g/mol</w:t>
      </w:r>
      <w:r>
        <w:br/>
        <w:t xml:space="preserve">    D.48g/mol</w:t>
      </w:r>
      <w:r>
        <w:br/>
        <w:t>【答案】B　【解析】n=0.05mol，M=3.2/0.05=64g/mol。</w:t>
      </w:r>
    </w:p>
    <w:p>
      <w:r>
        <w:t>52. 下列关于金属冶炼的说法，错误的是（　）</w:t>
      </w:r>
      <w:r>
        <w:br/>
        <w:t xml:space="preserve">    A.活泼金属K、Ca、Na用电解法制取</w:t>
      </w:r>
      <w:r>
        <w:br/>
        <w:t xml:space="preserve">    B.金属活动性顺序表中Al以后的金属一般用热还原法</w:t>
      </w:r>
      <w:r>
        <w:br/>
        <w:t xml:space="preserve">    C.汞用加热分解氧化汞的方法制取</w:t>
      </w:r>
      <w:r>
        <w:br/>
        <w:t xml:space="preserve">    D.所有金属都能用碳还原法冶炼</w:t>
      </w:r>
      <w:r>
        <w:br/>
        <w:t>【答案】D　【解析】活泼金属不能用碳还原法。</w:t>
      </w:r>
    </w:p>
    <w:p>
      <w:r>
        <w:t>53. 检验一瓶气体是否是氧气，正确的操作是（　）</w:t>
      </w:r>
      <w:r>
        <w:br/>
        <w:t xml:space="preserve">    A.闻气味</w:t>
      </w:r>
      <w:r>
        <w:br/>
        <w:t xml:space="preserve">    B.用带火星的木条伸入</w:t>
      </w:r>
      <w:r>
        <w:br/>
        <w:t xml:space="preserve">    C.用澄清石灰水</w:t>
      </w:r>
      <w:r>
        <w:br/>
        <w:t xml:space="preserve">    D.用酚酞试液</w:t>
      </w:r>
      <w:r>
        <w:br/>
        <w:t>【答案】B　【解析】带火星木条复燃证明是氧气。</w:t>
      </w:r>
    </w:p>
    <w:p>
      <w:r>
        <w:t>54. 下列各组气体，常温下能共存的是（　）</w:t>
      </w:r>
      <w:r>
        <w:br/>
        <w:t xml:space="preserve">    A.H2和Cl2</w:t>
      </w:r>
      <w:r>
        <w:br/>
        <w:t xml:space="preserve">    B.NO和O2</w:t>
      </w:r>
      <w:r>
        <w:br/>
        <w:t xml:space="preserve">    C.NH3和HCl</w:t>
      </w:r>
      <w:r>
        <w:br/>
        <w:t xml:space="preserve">    D.CO2和SO2</w:t>
      </w:r>
      <w:r>
        <w:br/>
        <w:t>【答案】D　【解析】H2与Cl2需光照，NO遇O2生成NO2，NH3与HCl生成NH4Cl。</w:t>
      </w:r>
    </w:p>
    <w:p>
      <w:r>
        <w:t>55. 配制一定物质的量浓度溶液的步骤，正确的顺序是（　）</w:t>
      </w:r>
      <w:r>
        <w:br/>
        <w:t xml:space="preserve">    A.计算-称量-溶解-转移-洗涤-定容-摇匀</w:t>
      </w:r>
      <w:r>
        <w:br/>
        <w:t xml:space="preserve">    B.称量-计算-溶解-定容-转移-摇匀</w:t>
      </w:r>
      <w:r>
        <w:br/>
        <w:t xml:space="preserve">    C.计算-称量-溶解-定容-转移-洗涤-摇匀</w:t>
      </w:r>
      <w:r>
        <w:br/>
        <w:t xml:space="preserve">    D.称量-溶解-计算-转移-洗涤-定容</w:t>
      </w:r>
      <w:r>
        <w:br/>
        <w:t>【答案】A　【解析】标准操作顺序：计算、称量、溶解、转移、洗涤、定容、摇匀。</w:t>
      </w:r>
    </w:p>
    <w:p>
      <w:r>
        <w:t>56. 下列物质中，氯元素的化合价最高的是（　）</w:t>
      </w:r>
      <w:r>
        <w:br/>
        <w:t xml:space="preserve">    A.Cl2</w:t>
      </w:r>
      <w:r>
        <w:br/>
        <w:t xml:space="preserve">    B.KClO3</w:t>
      </w:r>
      <w:r>
        <w:br/>
        <w:t xml:space="preserve">    C.NaCl</w:t>
      </w:r>
      <w:r>
        <w:br/>
        <w:t xml:space="preserve">    D.HClO</w:t>
      </w:r>
      <w:r>
        <w:br/>
        <w:t>【答案】B　【解析】KClO3中Cl为+5价，最高。</w:t>
      </w:r>
    </w:p>
    <w:p>
      <w:r>
        <w:t>57. 2mol CO2中含有氧原子的数目为（　）</w:t>
      </w:r>
      <w:r>
        <w:br/>
        <w:t xml:space="preserve">    A.2NA</w:t>
      </w:r>
      <w:r>
        <w:br/>
        <w:t xml:space="preserve">    B.4NA</w:t>
      </w:r>
      <w:r>
        <w:br/>
        <w:t xml:space="preserve">    C.NA</w:t>
      </w:r>
      <w:r>
        <w:br/>
        <w:t xml:space="preserve">    D.6NA</w:t>
      </w:r>
      <w:r>
        <w:br/>
        <w:t>【答案】B　【解析】1个CO2含2个O，2mol含4mol O即4NA。</w:t>
      </w:r>
    </w:p>
    <w:p>
      <w:r>
        <w:t>58. 下列实验安全操作，正确的是（　）</w:t>
      </w:r>
      <w:r>
        <w:br/>
        <w:t xml:space="preserve">    A.浓硫酸不慎沾到皮肤上，立即用水冲洗</w:t>
      </w:r>
      <w:r>
        <w:br/>
        <w:t xml:space="preserve">    B.闻气体时把鼻孔凑到瓶口</w:t>
      </w:r>
      <w:r>
        <w:br/>
        <w:t xml:space="preserve">    C.用燃着的酒精灯点燃另一盏酒精灯</w:t>
      </w:r>
      <w:r>
        <w:br/>
        <w:t xml:space="preserve">    D.实验结束后把废液倒入下水道</w:t>
      </w:r>
      <w:r>
        <w:br/>
        <w:t>【答案】A　【解析】浓硫酸沾皮肤先用大量水冲洗再涂碳酸氢钠溶液。</w:t>
      </w:r>
    </w:p>
    <w:p>
      <w:r>
        <w:t>59. 下列关于摩尔的说法，正确的是（　）</w:t>
      </w:r>
      <w:r>
        <w:br/>
        <w:t xml:space="preserve">    A.摩尔是国际单位制的一个基本物理量</w:t>
      </w:r>
      <w:r>
        <w:br/>
        <w:t xml:space="preserve">    B.摩尔是表示物质数量的单位</w:t>
      </w:r>
      <w:r>
        <w:br/>
        <w:t xml:space="preserve">    C.摩尔是表示物质含微粒多少的物理量</w:t>
      </w:r>
      <w:r>
        <w:br/>
        <w:t xml:space="preserve">    D.摩尔是物质的量的单位</w:t>
      </w:r>
      <w:r>
        <w:br/>
        <w:t>【答案】D　【解析】摩尔是物质的量的单位。</w:t>
      </w:r>
    </w:p>
    <w:p>
      <w:r>
        <w:t>60. 标准状况下，2.24L N2的物质的量为（　）</w:t>
      </w:r>
      <w:r>
        <w:br/>
        <w:t xml:space="preserve">    A.0.1mol</w:t>
      </w:r>
      <w:r>
        <w:br/>
        <w:t xml:space="preserve">    B.0.2mol</w:t>
      </w:r>
      <w:r>
        <w:br/>
        <w:t xml:space="preserve">    C.0.05mol</w:t>
      </w:r>
      <w:r>
        <w:br/>
        <w:t xml:space="preserve">    D.0.5mol</w:t>
      </w:r>
      <w:r>
        <w:br/>
        <w:t>【答案】A　【解析】2.24/22.4=0.1mol。</w:t>
      </w:r>
    </w:p>
    <w:p>
      <w:pPr>
        <w:pStyle w:val="Heading1"/>
      </w:pPr>
      <w:r>
        <w:t>二、填空题</w:t>
      </w:r>
    </w:p>
    <w:p>
      <w:r>
        <w:t>61. 0.5mol H2SO4中含有____mol H原子。</w:t>
      </w:r>
    </w:p>
    <w:p>
      <w:r>
        <w:t xml:space="preserve">    【答案】1　【解析】1个H2SO4含2个H，0.5×2=1mol。</w:t>
      </w:r>
    </w:p>
    <w:p>
      <w:r>
        <w:t>62. 在标准状况下，44.8L O2的物质的量为____mol。</w:t>
      </w:r>
    </w:p>
    <w:p>
      <w:r>
        <w:t xml:space="preserve">    【答案】2　【解析】44.8/22.4=2mol。</w:t>
      </w:r>
    </w:p>
    <w:p>
      <w:r>
        <w:t>63. 配制250mL 0.1mol/L NaOH溶液，需称取NaOH____g。</w:t>
      </w:r>
    </w:p>
    <w:p>
      <w:r>
        <w:t xml:space="preserve">    【答案】1.0　【解析】n=0.25×0.1=0.025mol，m=0.025×40=1.0g。</w:t>
      </w:r>
    </w:p>
    <w:p>
      <w:r>
        <w:t>64. Na2O2与水反应的化学方程式为________。</w:t>
      </w:r>
    </w:p>
    <w:p>
      <w:r>
        <w:t xml:space="preserve">    【答案】2Na2O2+2H2O==4NaOH+O2↑　【解析】过氧化钠与水反应生成氢氧化钠和氧气。</w:t>
      </w:r>
    </w:p>
    <w:p>
      <w:r>
        <w:t>65. 实验室制取Cl2的化学方程式为________。</w:t>
      </w:r>
    </w:p>
    <w:p>
      <w:r>
        <w:t xml:space="preserve">    【答案】MnO2+4HCl(浓)==MnCl2+Cl2↑+2H2O　【解析】需加热，浓盐酸体现还原性和酸性。</w:t>
      </w:r>
    </w:p>
    <w:p>
      <w:r>
        <w:t>66. Al2O3是____性氧化物，既能与酸反应又能与碱反应。</w:t>
      </w:r>
    </w:p>
    <w:p>
      <w:r>
        <w:t xml:space="preserve">    【答案】两　【解析】Al2O3+6HCl==2AlCl3+3H2O；Al2O3+2NaOH==2NaAlO2+H2O。</w:t>
      </w:r>
    </w:p>
    <w:p>
      <w:r>
        <w:t>67. 检验Cl-的试剂是____溶液和稀硝酸。</w:t>
      </w:r>
    </w:p>
    <w:p>
      <w:r>
        <w:t xml:space="preserve">    【答案】AgNO3（硝酸银）　【解析】Ag+与Cl-生成不溶于稀硝酸的白色沉淀。</w:t>
      </w:r>
    </w:p>
    <w:p>
      <w:r>
        <w:t>68. 1.5mol H2O中含有的分子数为____NA。</w:t>
      </w:r>
    </w:p>
    <w:p>
      <w:r>
        <w:t xml:space="preserve">    【答案】1.5　【解析】物质的量即分子数除以NA。</w:t>
      </w:r>
    </w:p>
    <w:p>
      <w:r>
        <w:t>69. SO2能使品红溶液褪色，体现了SO2的____性。</w:t>
      </w:r>
    </w:p>
    <w:p>
      <w:r>
        <w:t xml:space="preserve">    【答案】漂白　【解析】SO2与有色物质结合成不稳定无色物质。</w:t>
      </w:r>
    </w:p>
    <w:p>
      <w:r>
        <w:t>70. 在反应Cu+4HNO3(浓)==Cu(NO3)2+2NO2↑+2H2O中，氧化剂是____。</w:t>
      </w:r>
    </w:p>
    <w:p>
      <w:r>
        <w:t xml:space="preserve">    【答案】HNO3　【解析】硝酸中N从+5降到+4。</w:t>
      </w:r>
    </w:p>
    <w:p>
      <w:r>
        <w:t>71. 钠的密度比水____（填大或小）。</w:t>
      </w:r>
    </w:p>
    <w:p>
      <w:r>
        <w:t xml:space="preserve">    【答案】小　【解析】钠浮在水面上。</w:t>
      </w:r>
    </w:p>
    <w:p>
      <w:r>
        <w:t>72. 除去CO2中混有的HCl，可用____溶液。</w:t>
      </w:r>
    </w:p>
    <w:p>
      <w:r>
        <w:t xml:space="preserve">    【答案】饱和NaHCO3　【解析】饱和NaHCO3吸收HCl不吸收CO2。</w:t>
      </w:r>
    </w:p>
    <w:p>
      <w:r>
        <w:t>73. Fe2O3与盐酸反应的化学方程式为________。</w:t>
      </w:r>
    </w:p>
    <w:p>
      <w:r>
        <w:t xml:space="preserve">    【答案】Fe2O3+6HCl==2FeCl3+3H2O　【解析】氧化铁是碱性氧化物。</w:t>
      </w:r>
    </w:p>
    <w:p>
      <w:r>
        <w:t>74. 标准状况下，11.2L NH3的质量为____g。</w:t>
      </w:r>
    </w:p>
    <w:p>
      <w:r>
        <w:t xml:space="preserve">    【答案】8.5　【解析】n=0.5mol，m=0.5×17=8.5g。</w:t>
      </w:r>
    </w:p>
    <w:p>
      <w:r>
        <w:t>75. 常温下，钠、铁、铝中能溶于浓硫酸的是____（若都不溶填无）。</w:t>
      </w:r>
    </w:p>
    <w:p>
      <w:r>
        <w:t xml:space="preserve">    【答案】无　【解析】常温下铁铝钝化，钠与浓硫酸剧烈反应——此处考察钝化：铁、铝钝化，故答案为“铁和铝钝化，钠剧烈反应”（以解析为准）。</w:t>
      </w:r>
    </w:p>
    <w:p>
      <w:r>
        <w:t>76. 胶体与溶液的本质区别是分散质粒子的____不同。</w:t>
      </w:r>
    </w:p>
    <w:p>
      <w:r>
        <w:t xml:space="preserve">    【答案】直径大小　【解析】胶体粒子1~100nm。</w:t>
      </w:r>
    </w:p>
    <w:p>
      <w:r>
        <w:t>77. 0.2mol/L BaCl2溶液中，Cl-的浓度为____mol/L。</w:t>
      </w:r>
    </w:p>
    <w:p>
      <w:r>
        <w:t xml:space="preserve">    【答案】0.4　【解析】1个BaCl2电离2个Cl-。</w:t>
      </w:r>
    </w:p>
    <w:p>
      <w:r>
        <w:t>78. 实验室中，Na应保存在____中。</w:t>
      </w:r>
    </w:p>
    <w:p>
      <w:r>
        <w:t xml:space="preserve">    【答案】煤油　【解析】钠密度大于煤油，隔绝空气和水。</w:t>
      </w:r>
    </w:p>
    <w:p>
      <w:r>
        <w:t>79. 检验NH4+时，可加入____并加热，用湿润的红色石蕊试纸检验。</w:t>
      </w:r>
    </w:p>
    <w:p>
      <w:r>
        <w:t xml:space="preserve">    【答案】NaOH溶液　【解析】NH4++OH-==NH3↑+H2O。</w:t>
      </w:r>
    </w:p>
    <w:p>
      <w:r>
        <w:t>80. 在反应2Na+Cl2==2NaCl中，Na被____（填氧化或还原）。</w:t>
      </w:r>
    </w:p>
    <w:p>
      <w:r>
        <w:t xml:space="preserve">    【答案】氧化　【解析】Na从0价升到+1价失电子被氧化。</w:t>
      </w:r>
    </w:p>
    <w:p>
      <w:pPr>
        <w:pStyle w:val="Heading1"/>
      </w:pPr>
      <w:r>
        <w:t>三、判断题</w:t>
      </w:r>
    </w:p>
    <w:p>
      <w:r>
        <w:t>81. 摩尔质量在数值上等于该物质的相对分子质量。</w:t>
      </w:r>
    </w:p>
    <w:p>
      <w:r>
        <w:t xml:space="preserve">    【答案】对　【解析】摩尔质量g/mol数值等于相对分子质量。</w:t>
      </w:r>
    </w:p>
    <w:p>
      <w:r>
        <w:t>82. 标准状况下，任何气体的体积都是22.4L。</w:t>
      </w:r>
    </w:p>
    <w:p>
      <w:r>
        <w:t xml:space="preserve">    【答案】错　【解析】只有1mol气体才是22.4L。</w:t>
      </w:r>
    </w:p>
    <w:p>
      <w:r>
        <w:t>83. 电解质在溶于水或熔融状态下能导电。</w:t>
      </w:r>
    </w:p>
    <w:p>
      <w:r>
        <w:t xml:space="preserve">    【答案】对　【解析】这是电解质的定义条件。</w:t>
      </w:r>
    </w:p>
    <w:p>
      <w:r>
        <w:t>84. Na2O和Na2O2都是碱性氧化物。</w:t>
      </w:r>
    </w:p>
    <w:p>
      <w:r>
        <w:t xml:space="preserve">    【答案】错　【解析】Na2O2不是碱性氧化物（与酸反应生成盐、水和氧气）。</w:t>
      </w:r>
    </w:p>
    <w:p>
      <w:r>
        <w:t>85. 氯水能使石蕊试纸先变红后褪色。</w:t>
      </w:r>
    </w:p>
    <w:p>
      <w:r>
        <w:t xml:space="preserve">    【答案】对　【解析】氯水含HCl使石蕊变红，HClO使其褪色。</w:t>
      </w:r>
    </w:p>
    <w:p>
      <w:r>
        <w:t>86. 铁与稀硫酸反应生成Fe2(SO4)3。</w:t>
      </w:r>
    </w:p>
    <w:p>
      <w:r>
        <w:t xml:space="preserve">    【答案】错　【解析】铁与稀硫酸生成FeSO4（+2价）。</w:t>
      </w:r>
    </w:p>
    <w:p>
      <w:r>
        <w:t>87. SO2能使酸性高锰酸钾溶液褪色，体现其漂白性。</w:t>
      </w:r>
    </w:p>
    <w:p>
      <w:r>
        <w:t xml:space="preserve">    【答案】错　【解析】体现还原性，是氧化还原反应褪色。</w:t>
      </w:r>
    </w:p>
    <w:p>
      <w:r>
        <w:t>88. 氨气极易溶于水，可用排水法收集。</w:t>
      </w:r>
    </w:p>
    <w:p>
      <w:r>
        <w:t xml:space="preserve">    【答案】错　【解析】氨气易溶于水，应用向下排空气法。</w:t>
      </w:r>
    </w:p>
    <w:p>
      <w:r>
        <w:t>89. 配制溶液时，容量瓶使用前需检查是否漏水。</w:t>
      </w:r>
    </w:p>
    <w:p>
      <w:r>
        <w:t xml:space="preserve">    【答案】对　【解析】容量瓶使用前需检漏。</w:t>
      </w:r>
    </w:p>
    <w:p>
      <w:r>
        <w:t>90. 铝在常温下能被浓硝酸钝化。</w:t>
      </w:r>
    </w:p>
    <w:p>
      <w:r>
        <w:t xml:space="preserve">    【答案】对　【解析】铝、铁遇浓硝酸常温钝化。</w:t>
      </w:r>
    </w:p>
    <w:p>
      <w:r>
        <w:t>91. 1mol任何物质都含有6.02×10^23个微粒。</w:t>
      </w:r>
    </w:p>
    <w:p>
      <w:r>
        <w:t xml:space="preserve">    【答案】对　【解析】1mol物质含NA个微粒。</w:t>
      </w:r>
    </w:p>
    <w:p>
      <w:r>
        <w:t>92. 胶体与溶液都能透过滤纸。</w:t>
      </w:r>
    </w:p>
    <w:p>
      <w:r>
        <w:t xml:space="preserve">    【答案】对　【解析】胶体和溶液都能透过滤纸，浊液不能。</w:t>
      </w:r>
    </w:p>
    <w:p>
      <w:r>
        <w:t>93. NaHCO3的溶解度大于Na2CO3。</w:t>
      </w:r>
    </w:p>
    <w:p>
      <w:r>
        <w:t xml:space="preserve">    【答案】错　【解析】Na2CO3溶解度大于NaHCO3。</w:t>
      </w:r>
    </w:p>
    <w:p>
      <w:r>
        <w:t>94. 氧化还原反应中，氧化剂被还原。</w:t>
      </w:r>
    </w:p>
    <w:p>
      <w:r>
        <w:t xml:space="preserve">    【答案】对　【解析】氧化剂得电子被还原。</w:t>
      </w:r>
    </w:p>
    <w:p>
      <w:r>
        <w:t>95. 实验室用MnO2与稀盐酸制取氯气。</w:t>
      </w:r>
    </w:p>
    <w:p>
      <w:r>
        <w:t xml:space="preserve">    【答案】错　【解析】必须用浓盐酸加热。</w:t>
      </w:r>
    </w:p>
    <w:p>
      <w:r>
        <w:t>96. 干燥的氯气没有漂白性。</w:t>
      </w:r>
    </w:p>
    <w:p>
      <w:r>
        <w:t xml:space="preserve">    【答案】对　【解析】氯气漂白依靠HClO，需有水。</w:t>
      </w:r>
    </w:p>
    <w:p>
      <w:r>
        <w:t>97. 铝热反应可用于焊接钢轨。</w:t>
      </w:r>
    </w:p>
    <w:p>
      <w:r>
        <w:t xml:space="preserve">    【答案】对　【解析】铝热反应放出大量热，用于焊接。</w:t>
      </w:r>
    </w:p>
    <w:p>
      <w:r>
        <w:t>98. NO是无色气体，在空气中稳定。</w:t>
      </w:r>
    </w:p>
    <w:p>
      <w:r>
        <w:t xml:space="preserve">    【答案】错　【解析】NO遇O2立即生成红棕色NO2。</w:t>
      </w:r>
    </w:p>
    <w:p>
      <w:r>
        <w:t>99. Fe(OH)3胶体呈红褐色。</w:t>
      </w:r>
    </w:p>
    <w:p>
      <w:r>
        <w:t xml:space="preserve">    【答案】对　【解析】Fe(OH)3胶体红褐色。</w:t>
      </w:r>
    </w:p>
    <w:p>
      <w:r>
        <w:t>100. 向饱和Na2CO3溶液中通入CO2，有NaHCO3晶体析出。</w:t>
      </w:r>
    </w:p>
    <w:p>
      <w:r>
        <w:t xml:space="preserve">    【答案】对　【解析】NaHCO3溶解度小，析出晶体。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