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高一数学必修一期中测试卷（100题完整版）</w:t>
      </w:r>
    </w:p>
    <w:p>
      <w:r>
        <w:t>满分100分，时间90分钟。本卷为完整版，共100题，含选择、填空、判断、解答题，覆盖集合、函数及其性质、指数函数、对数函数等期中核心内容，全部带答案和解析，可直接打印练习。</w:t>
      </w:r>
    </w:p>
    <w:p>
      <w:pPr>
        <w:pStyle w:val="Heading1"/>
      </w:pPr>
      <w:r>
        <w:t>一、单项选择题</w:t>
      </w:r>
    </w:p>
    <w:p>
      <w:r>
        <w:t>1. 已知集合A={1,2,3}，B={2,3,4}，则A∩B=（　）</w:t>
      </w:r>
      <w:r>
        <w:br/>
        <w:t xml:space="preserve">    A.{2,3}</w:t>
      </w:r>
      <w:r>
        <w:br/>
        <w:t xml:space="preserve">    B.{1,4}</w:t>
      </w:r>
      <w:r>
        <w:br/>
        <w:t xml:space="preserve">    C.{1,2,3,4}</w:t>
      </w:r>
      <w:r>
        <w:br/>
        <w:t xml:space="preserve">    D.{2}</w:t>
      </w:r>
      <w:r>
        <w:br/>
        <w:t>【答案】A　【解析】交集取公共元素2、3。</w:t>
      </w:r>
    </w:p>
    <w:p>
      <w:r>
        <w:t>2. 已知集合A={x|x²-1=0}，则A=（　）</w:t>
      </w:r>
      <w:r>
        <w:br/>
        <w:t xml:space="preserve">    A.{1}</w:t>
      </w:r>
      <w:r>
        <w:br/>
        <w:t xml:space="preserve">    B.{-1}</w:t>
      </w:r>
      <w:r>
        <w:br/>
        <w:t xml:space="preserve">    C.{1,-1}</w:t>
      </w:r>
      <w:r>
        <w:br/>
        <w:t xml:space="preserve">    D.∅</w:t>
      </w:r>
      <w:r>
        <w:br/>
        <w:t>【答案】C　【解析】x²=1，x=±1。</w:t>
      </w:r>
    </w:p>
    <w:p>
      <w:r>
        <w:t>3. 函数f(x)=x+1的定义域是（　）</w:t>
      </w:r>
      <w:r>
        <w:br/>
        <w:t xml:space="preserve">    A.R</w:t>
      </w:r>
      <w:r>
        <w:br/>
        <w:t xml:space="preserve">    B.{x|x≠-1}</w:t>
      </w:r>
      <w:r>
        <w:br/>
        <w:t xml:space="preserve">    C.{x|x&gt;-1}</w:t>
      </w:r>
      <w:r>
        <w:br/>
        <w:t xml:space="preserve">    D.{x|x≥0}</w:t>
      </w:r>
      <w:r>
        <w:br/>
        <w:t>【答案】A　【解析】一次函数定义域为R。</w:t>
      </w:r>
    </w:p>
    <w:p>
      <w:r>
        <w:t>4. 下列函数中，是偶函数的是（　）</w:t>
      </w:r>
      <w:r>
        <w:br/>
        <w:t xml:space="preserve">    A.f(x)=x</w:t>
      </w:r>
      <w:r>
        <w:br/>
        <w:t xml:space="preserve">    B.f(x)=x²</w:t>
      </w:r>
      <w:r>
        <w:br/>
        <w:t xml:space="preserve">    C.f(x)=x³</w:t>
      </w:r>
      <w:r>
        <w:br/>
        <w:t xml:space="preserve">    D.f(x)=1/x</w:t>
      </w:r>
      <w:r>
        <w:br/>
        <w:t>【答案】B　【解析】f(-x)=(-x)²=x²=f(x)。</w:t>
      </w:r>
    </w:p>
    <w:p>
      <w:r>
        <w:t>5. 函数f(x)=2ˣ的值域是（　）</w:t>
      </w:r>
      <w:r>
        <w:br/>
        <w:t xml:space="preserve">    A.(0,+∞)</w:t>
      </w:r>
      <w:r>
        <w:br/>
        <w:t xml:space="preserve">    B.R</w:t>
      </w:r>
      <w:r>
        <w:br/>
        <w:t xml:space="preserve">    C.[0,+∞)</w:t>
      </w:r>
      <w:r>
        <w:br/>
        <w:t xml:space="preserve">    D.(1,+∞)</w:t>
      </w:r>
      <w:r>
        <w:br/>
        <w:t>【答案】A　【解析】指数函数值域(0,+∞)。</w:t>
      </w:r>
    </w:p>
    <w:p>
      <w:r>
        <w:t>6. log₂8=（　）</w:t>
      </w:r>
      <w:r>
        <w:br/>
        <w:t xml:space="preserve">    A.2</w:t>
      </w:r>
      <w:r>
        <w:br/>
        <w:t xml:space="preserve">    B.3</w:t>
      </w:r>
      <w:r>
        <w:br/>
        <w:t xml:space="preserve">    C.4</w:t>
      </w:r>
      <w:r>
        <w:br/>
        <w:t xml:space="preserve">    D.1</w:t>
      </w:r>
      <w:r>
        <w:br/>
        <w:t>【答案】B　【解析】2³=8，所以log₂8=3。</w:t>
      </w:r>
    </w:p>
    <w:p>
      <w:r>
        <w:t>7. 函数y=ln(x-1)的定义域是（　）</w:t>
      </w:r>
      <w:r>
        <w:br/>
        <w:t xml:space="preserve">    A.{x|x&gt;1}</w:t>
      </w:r>
      <w:r>
        <w:br/>
        <w:t xml:space="preserve">    B.{x|x≥1}</w:t>
      </w:r>
      <w:r>
        <w:br/>
        <w:t xml:space="preserve">    C.R</w:t>
      </w:r>
      <w:r>
        <w:br/>
        <w:t xml:space="preserve">    D.{x|x&lt;1}</w:t>
      </w:r>
      <w:r>
        <w:br/>
        <w:t>【答案】A　【解析】真数x-1&gt;0，x&gt;1。</w:t>
      </w:r>
    </w:p>
    <w:p>
      <w:r>
        <w:t>8. 已知函数f(x)=3x-1，则f(2)=（　）</w:t>
      </w:r>
      <w:r>
        <w:br/>
        <w:t xml:space="preserve">    A.5</w:t>
      </w:r>
      <w:r>
        <w:br/>
        <w:t xml:space="preserve">    B.6</w:t>
      </w:r>
      <w:r>
        <w:br/>
        <w:t xml:space="preserve">    C.4</w:t>
      </w:r>
      <w:r>
        <w:br/>
        <w:t xml:space="preserve">    D.7</w:t>
      </w:r>
      <w:r>
        <w:br/>
        <w:t>【答案】A　【解析】3×2-1=5。</w:t>
      </w:r>
    </w:p>
    <w:p>
      <w:r>
        <w:t>9. 下列函数中，在(0,+∞)上是增函数的是（　）</w:t>
      </w:r>
      <w:r>
        <w:br/>
        <w:t xml:space="preserve">    A.y=(1/2)ˣ</w:t>
      </w:r>
      <w:r>
        <w:br/>
        <w:t xml:space="preserve">    B.y=log₀.₅x</w:t>
      </w:r>
      <w:r>
        <w:br/>
        <w:t xml:space="preserve">    C.y=x²</w:t>
      </w:r>
      <w:r>
        <w:br/>
        <w:t xml:space="preserve">    D.y=-x</w:t>
      </w:r>
      <w:r>
        <w:br/>
        <w:t>【答案】C　【解析】y=x²在(0,+∞)递增。</w:t>
      </w:r>
    </w:p>
    <w:p>
      <w:r>
        <w:t>10. 指数式2⁵=32化成对数式为（　）</w:t>
      </w:r>
      <w:r>
        <w:br/>
        <w:t xml:space="preserve">    A.log₂32=5</w:t>
      </w:r>
      <w:r>
        <w:br/>
        <w:t xml:space="preserve">    B.log₃₂2=5</w:t>
      </w:r>
      <w:r>
        <w:br/>
        <w:t xml:space="preserve">    C.log₅32=2</w:t>
      </w:r>
      <w:r>
        <w:br/>
        <w:t xml:space="preserve">    D.log₂5=32</w:t>
      </w:r>
      <w:r>
        <w:br/>
        <w:t>【答案】A　【解析】a^b=N⇔log_a N=b。</w:t>
      </w:r>
    </w:p>
    <w:p>
      <w:r>
        <w:t>11. 函数f(x)=x²-4x+3的对称轴是（　）</w:t>
      </w:r>
      <w:r>
        <w:br/>
        <w:t xml:space="preserve">    A.x=2</w:t>
      </w:r>
      <w:r>
        <w:br/>
        <w:t xml:space="preserve">    B.x=-2</w:t>
      </w:r>
      <w:r>
        <w:br/>
        <w:t xml:space="preserve">    C.x=1</w:t>
      </w:r>
      <w:r>
        <w:br/>
        <w:t xml:space="preserve">    D.x=3</w:t>
      </w:r>
      <w:r>
        <w:br/>
        <w:t>【答案】A　【解析】对称轴x=-b/(2a)=4/2=2。</w:t>
      </w:r>
    </w:p>
    <w:p>
      <w:r>
        <w:t>12. 已知集合A={x|-1&lt;x&lt;3}，B={x|x≥0}，则A∪B=（　）</w:t>
      </w:r>
      <w:r>
        <w:br/>
        <w:t xml:space="preserve">    A.{x|x&gt;-1}</w:t>
      </w:r>
      <w:r>
        <w:br/>
        <w:t xml:space="preserve">    B.{x|-1&lt;x&lt;3}</w:t>
      </w:r>
      <w:r>
        <w:br/>
        <w:t xml:space="preserve">    C.{x|x≥0}</w:t>
      </w:r>
      <w:r>
        <w:br/>
        <w:t xml:space="preserve">    D.{x|0&lt;x&lt;3}</w:t>
      </w:r>
      <w:r>
        <w:br/>
        <w:t>【答案】A　【解析】并集取所有元素，x&gt;-1。</w:t>
      </w:r>
    </w:p>
    <w:p>
      <w:r>
        <w:t>13. 下列各组函数中，表示同一函数的是（　）</w:t>
      </w:r>
      <w:r>
        <w:br/>
        <w:t xml:space="preserve">    A.f(x)=x和g(x)=x²/x</w:t>
      </w:r>
      <w:r>
        <w:br/>
        <w:t xml:space="preserve">    B.f(x)=x和g(x)=³√x³</w:t>
      </w:r>
      <w:r>
        <w:br/>
        <w:t xml:space="preserve">    C.f(x)=|x|和g(x)=x</w:t>
      </w:r>
      <w:r>
        <w:br/>
        <w:t xml:space="preserve">    D.f(x)=x²和g(x)=x</w:t>
      </w:r>
      <w:r>
        <w:br/>
        <w:t>【答案】B　【解析】³√x³=x，定义域值域相同。</w:t>
      </w:r>
    </w:p>
    <w:p>
      <w:r>
        <w:t>14. 函数y=x²+2x+3的最小值是（　）</w:t>
      </w:r>
      <w:r>
        <w:br/>
        <w:t xml:space="preserve">    A.2</w:t>
      </w:r>
      <w:r>
        <w:br/>
        <w:t xml:space="preserve">    B.3</w:t>
      </w:r>
      <w:r>
        <w:br/>
        <w:t xml:space="preserve">    C.1</w:t>
      </w:r>
      <w:r>
        <w:br/>
        <w:t xml:space="preserve">    D.4</w:t>
      </w:r>
      <w:r>
        <w:br/>
        <w:t>【答案】A　【解析】配方y=(x+1)²+2，最小2。</w:t>
      </w:r>
    </w:p>
    <w:p>
      <w:r>
        <w:t>15. 已知f(x)是奇函数，f(2)=5，则f(-2)=（　）</w:t>
      </w:r>
      <w:r>
        <w:br/>
        <w:t xml:space="preserve">    A.5</w:t>
      </w:r>
      <w:r>
        <w:br/>
        <w:t xml:space="preserve">    B.-5</w:t>
      </w:r>
      <w:r>
        <w:br/>
        <w:t xml:space="preserve">    C.0</w:t>
      </w:r>
      <w:r>
        <w:br/>
        <w:t xml:space="preserve">    D.不能确定</w:t>
      </w:r>
      <w:r>
        <w:br/>
        <w:t>【答案】B　【解析】奇函数f(-x)=-f(x)。</w:t>
      </w:r>
    </w:p>
    <w:p>
      <w:r>
        <w:t>16. log₅125=（　）</w:t>
      </w:r>
      <w:r>
        <w:br/>
        <w:t xml:space="preserve">    A.3</w:t>
      </w:r>
      <w:r>
        <w:br/>
        <w:t xml:space="preserve">    B.2</w:t>
      </w:r>
      <w:r>
        <w:br/>
        <w:t xml:space="preserve">    C.4</w:t>
      </w:r>
      <w:r>
        <w:br/>
        <w:t xml:space="preserve">    D.5</w:t>
      </w:r>
      <w:r>
        <w:br/>
        <w:t>【答案】A　【解析】5³=125。</w:t>
      </w:r>
    </w:p>
    <w:p>
      <w:r>
        <w:t>17. 函数f(x)=1/(x-2)的定义域是（　）</w:t>
      </w:r>
      <w:r>
        <w:br/>
        <w:t xml:space="preserve">    A.{x|x≠2}</w:t>
      </w:r>
      <w:r>
        <w:br/>
        <w:t xml:space="preserve">    B.{x|x&gt;2}</w:t>
      </w:r>
      <w:r>
        <w:br/>
        <w:t xml:space="preserve">    C.R</w:t>
      </w:r>
      <w:r>
        <w:br/>
        <w:t xml:space="preserve">    D.{x|x&lt;2}</w:t>
      </w:r>
      <w:r>
        <w:br/>
        <w:t>【答案】A　【解析】分母不为0。</w:t>
      </w:r>
    </w:p>
    <w:p>
      <w:r>
        <w:t>18. a^(m·n)（a&gt;0）等于（　）</w:t>
      </w:r>
      <w:r>
        <w:br/>
        <w:t xml:space="preserve">    A.(a^m)^n</w:t>
      </w:r>
      <w:r>
        <w:br/>
        <w:t xml:space="preserve">    B.a^m+a^n</w:t>
      </w:r>
      <w:r>
        <w:br/>
        <w:t xml:space="preserve">    C.a^m-a^n</w:t>
      </w:r>
      <w:r>
        <w:br/>
        <w:t xml:space="preserve">    D.a^m·a^n</w:t>
      </w:r>
      <w:r>
        <w:br/>
        <w:t>【答案】A　【解析】幂的乘方：(a^m)^n=a^(mn)。</w:t>
      </w:r>
    </w:p>
    <w:p>
      <w:r>
        <w:t>19. 函数y=3ˣ与y=log₃x的图象关系是（　）</w:t>
      </w:r>
      <w:r>
        <w:br/>
        <w:t xml:space="preserve">    A.关于直线y=x对称</w:t>
      </w:r>
      <w:r>
        <w:br/>
        <w:t xml:space="preserve">    B.关于x轴对称</w:t>
      </w:r>
      <w:r>
        <w:br/>
        <w:t xml:space="preserve">    C.关于y轴对称</w:t>
      </w:r>
      <w:r>
        <w:br/>
        <w:t xml:space="preserve">    D.关于原点对称</w:t>
      </w:r>
      <w:r>
        <w:br/>
        <w:t>【答案】A　【解析】指数与对数互为反函数，图象关于y=x对称。</w:t>
      </w:r>
    </w:p>
    <w:p>
      <w:r>
        <w:t>20. 已知集合A={a,b,c}，则A的子集个数为（　）</w:t>
      </w:r>
      <w:r>
        <w:br/>
        <w:t xml:space="preserve">    A.3</w:t>
      </w:r>
      <w:r>
        <w:br/>
        <w:t xml:space="preserve">    B.6</w:t>
      </w:r>
      <w:r>
        <w:br/>
        <w:t xml:space="preserve">    C.8</w:t>
      </w:r>
      <w:r>
        <w:br/>
        <w:t xml:space="preserve">    D.9</w:t>
      </w:r>
      <w:r>
        <w:br/>
        <w:t>【答案】C　【解析】含n个元素集合有2ⁿ个子集，2³=8。</w:t>
      </w:r>
    </w:p>
    <w:p>
      <w:r>
        <w:t>21. 不等式x²-4&gt;0的解集为（　）</w:t>
      </w:r>
      <w:r>
        <w:br/>
        <w:t xml:space="preserve">    A.{x|x&gt;2或x&lt;-2}</w:t>
      </w:r>
      <w:r>
        <w:br/>
        <w:t xml:space="preserve">    B.{x|-2&lt;x&lt;2}</w:t>
      </w:r>
      <w:r>
        <w:br/>
        <w:t xml:space="preserve">    C.{x|x&gt;2}</w:t>
      </w:r>
      <w:r>
        <w:br/>
        <w:t xml:space="preserve">    D.{x|x&lt;-2}</w:t>
      </w:r>
      <w:r>
        <w:br/>
        <w:t>【答案】A　【解析】(x-2)(x+2)&gt;0，两根之外。</w:t>
      </w:r>
    </w:p>
    <w:p>
      <w:r>
        <w:t>22. 函数f(x)=lg(x²-1)的定义域是（　）</w:t>
      </w:r>
      <w:r>
        <w:br/>
        <w:t xml:space="preserve">    A.{x|x&gt;1或x&lt;-1}</w:t>
      </w:r>
      <w:r>
        <w:br/>
        <w:t xml:space="preserve">    B.{x|x&gt;1}</w:t>
      </w:r>
      <w:r>
        <w:br/>
        <w:t xml:space="preserve">    C.{x|x≥1}</w:t>
      </w:r>
      <w:r>
        <w:br/>
        <w:t xml:space="preserve">    D.{x|-1&lt;x&lt;1}</w:t>
      </w:r>
      <w:r>
        <w:br/>
        <w:t>【答案】A　【解析】x²-1&gt;0，x&gt;1或x&lt;-1。</w:t>
      </w:r>
    </w:p>
    <w:p>
      <w:r>
        <w:t>23. 若2ˣ=8，则x=（　）</w:t>
      </w:r>
      <w:r>
        <w:br/>
        <w:t xml:space="preserve">    A.3</w:t>
      </w:r>
      <w:r>
        <w:br/>
        <w:t xml:space="preserve">    B.2</w:t>
      </w:r>
      <w:r>
        <w:br/>
        <w:t xml:space="preserve">    C.4</w:t>
      </w:r>
      <w:r>
        <w:br/>
        <w:t xml:space="preserve">    D.16</w:t>
      </w:r>
      <w:r>
        <w:br/>
        <w:t>【答案】A　【解析】2³=8。</w:t>
      </w:r>
    </w:p>
    <w:p>
      <w:r>
        <w:t>24. 下列函数为奇函数的是（　）</w:t>
      </w:r>
      <w:r>
        <w:br/>
        <w:t xml:space="preserve">    A.f(x)=x³</w:t>
      </w:r>
      <w:r>
        <w:br/>
        <w:t xml:space="preserve">    B.f(x)=x²+1</w:t>
      </w:r>
      <w:r>
        <w:br/>
        <w:t xml:space="preserve">    C.f(x)=|x|</w:t>
      </w:r>
      <w:r>
        <w:br/>
        <w:t xml:space="preserve">    D.f(x)=2ˣ</w:t>
      </w:r>
      <w:r>
        <w:br/>
        <w:t>【答案】A　【解析】f(-x)=(-x)³=-x³=-f(x)。</w:t>
      </w:r>
    </w:p>
    <w:p>
      <w:r>
        <w:t>25. 已知函数f(x)=x²-2x，则f(-1)=（　）</w:t>
      </w:r>
      <w:r>
        <w:br/>
        <w:t xml:space="preserve">    A.3</w:t>
      </w:r>
      <w:r>
        <w:br/>
        <w:t xml:space="preserve">    B.1</w:t>
      </w:r>
      <w:r>
        <w:br/>
        <w:t xml:space="preserve">    C.-1</w:t>
      </w:r>
      <w:r>
        <w:br/>
        <w:t xml:space="preserve">    D.0</w:t>
      </w:r>
      <w:r>
        <w:br/>
        <w:t>【答案】A　【解析】(-1)²-2×(-1)=1+2=3。</w:t>
      </w:r>
    </w:p>
    <w:p>
      <w:r>
        <w:t>26. log₃9+log₃27=（　）</w:t>
      </w:r>
      <w:r>
        <w:br/>
        <w:t xml:space="preserve">    A.5</w:t>
      </w:r>
      <w:r>
        <w:br/>
        <w:t xml:space="preserve">    B.6</w:t>
      </w:r>
      <w:r>
        <w:br/>
        <w:t xml:space="preserve">    C.4</w:t>
      </w:r>
      <w:r>
        <w:br/>
        <w:t xml:space="preserve">    D.3</w:t>
      </w:r>
      <w:r>
        <w:br/>
        <w:t>【答案】A　【解析】2+3=5。</w:t>
      </w:r>
    </w:p>
    <w:p>
      <w:r>
        <w:t>27. 函数y=(x-1)²的图象顶点坐标是（　）</w:t>
      </w:r>
      <w:r>
        <w:br/>
        <w:t xml:space="preserve">    A.(1,0)</w:t>
      </w:r>
      <w:r>
        <w:br/>
        <w:t xml:space="preserve">    B.(-1,0)</w:t>
      </w:r>
      <w:r>
        <w:br/>
        <w:t xml:space="preserve">    C.(0,1)</w:t>
      </w:r>
      <w:r>
        <w:br/>
        <w:t xml:space="preserve">    D.(0,-1)</w:t>
      </w:r>
      <w:r>
        <w:br/>
        <w:t>【答案】A　【解析】顶点(1,0)。</w:t>
      </w:r>
    </w:p>
    <w:p>
      <w:r>
        <w:t>28. 指数函数y=aˣ（a&gt;0且a≠1）恒过点（　）</w:t>
      </w:r>
      <w:r>
        <w:br/>
        <w:t xml:space="preserve">    A.(0,1)</w:t>
      </w:r>
      <w:r>
        <w:br/>
        <w:t xml:space="preserve">    B.(1,0)</w:t>
      </w:r>
      <w:r>
        <w:br/>
        <w:t xml:space="preserve">    C.(1,1)</w:t>
      </w:r>
      <w:r>
        <w:br/>
        <w:t xml:space="preserve">    D.(0,0)</w:t>
      </w:r>
      <w:r>
        <w:br/>
        <w:t>【答案】A　【解析】a⁰=1恒成立。</w:t>
      </w:r>
    </w:p>
    <w:p>
      <w:r>
        <w:t>29. 设a=log₂3，b=log₂5，则ab可用a、b表示为log₂15=____的推导（　）</w:t>
      </w:r>
      <w:r>
        <w:br/>
        <w:t xml:space="preserve">    A.a+b</w:t>
      </w:r>
      <w:r>
        <w:br/>
        <w:t xml:space="preserve">    B.a-b</w:t>
      </w:r>
      <w:r>
        <w:br/>
        <w:t xml:space="preserve">    C.ab</w:t>
      </w:r>
      <w:r>
        <w:br/>
        <w:t xml:space="preserve">    D.a/b</w:t>
      </w:r>
      <w:r>
        <w:br/>
        <w:t>【答案】A　【解析】log₂15=log₂3+log₂5=a+b。</w:t>
      </w:r>
    </w:p>
    <w:p>
      <w:r>
        <w:t>30. 函数f(x)=x³在R上是（　）</w:t>
      </w:r>
      <w:r>
        <w:br/>
        <w:t xml:space="preserve">    A.增函数</w:t>
      </w:r>
      <w:r>
        <w:br/>
        <w:t xml:space="preserve">    B.减函数</w:t>
      </w:r>
      <w:r>
        <w:br/>
        <w:t xml:space="preserve">    C.偶函数</w:t>
      </w:r>
      <w:r>
        <w:br/>
        <w:t xml:space="preserve">    D.既奇又偶</w:t>
      </w:r>
      <w:r>
        <w:br/>
        <w:t>【答案】A　【解析】x³在R上单调递增。</w:t>
      </w:r>
    </w:p>
    <w:p>
      <w:r>
        <w:t>31. 计算：5^5 = ?</w:t>
      </w:r>
      <w:r>
        <w:br/>
        <w:t xml:space="preserve">    A. 625</w:t>
      </w:r>
      <w:r>
        <w:br/>
        <w:t xml:space="preserve">    B. 3125</w:t>
      </w:r>
      <w:r>
        <w:br/>
        <w:t xml:space="preserve">    C. 3125</w:t>
      </w:r>
      <w:r>
        <w:br/>
        <w:t xml:space="preserve">    D. 3122</w:t>
      </w:r>
      <w:r>
        <w:br/>
        <w:t>【答案】B　【解析】5^5=3125。</w:t>
      </w:r>
    </w:p>
    <w:p>
      <w:r>
        <w:t>32. 计算：5^1 = ?</w:t>
      </w:r>
      <w:r>
        <w:br/>
        <w:t xml:space="preserve">    A. 1</w:t>
      </w:r>
      <w:r>
        <w:br/>
        <w:t xml:space="preserve">    B. 5</w:t>
      </w:r>
      <w:r>
        <w:br/>
        <w:t xml:space="preserve">    C. 10</w:t>
      </w:r>
      <w:r>
        <w:br/>
        <w:t xml:space="preserve">    D. 3</w:t>
      </w:r>
      <w:r>
        <w:br/>
        <w:t>【答案】B　【解析】5^1=5。</w:t>
      </w:r>
    </w:p>
    <w:p>
      <w:r>
        <w:t>33. 计算：2^3 = ?</w:t>
      </w:r>
      <w:r>
        <w:br/>
        <w:t xml:space="preserve">    A. 4</w:t>
      </w:r>
      <w:r>
        <w:br/>
        <w:t xml:space="preserve">    B. 8</w:t>
      </w:r>
      <w:r>
        <w:br/>
        <w:t xml:space="preserve">    C. 7</w:t>
      </w:r>
      <w:r>
        <w:br/>
        <w:t xml:space="preserve">    D. 16</w:t>
      </w:r>
      <w:r>
        <w:br/>
        <w:t>【答案】B　【解析】2^3=8。</w:t>
      </w:r>
    </w:p>
    <w:p>
      <w:r>
        <w:t>34. 计算：2^3 = ?</w:t>
      </w:r>
      <w:r>
        <w:br/>
        <w:t xml:space="preserve">    A. 16</w:t>
      </w:r>
      <w:r>
        <w:br/>
        <w:t xml:space="preserve">    B. 4</w:t>
      </w:r>
      <w:r>
        <w:br/>
        <w:t xml:space="preserve">    C. 8</w:t>
      </w:r>
      <w:r>
        <w:br/>
        <w:t xml:space="preserve">    D. 8</w:t>
      </w:r>
      <w:r>
        <w:br/>
        <w:t>【答案】C　【解析】2^3=8。</w:t>
      </w:r>
    </w:p>
    <w:p>
      <w:r>
        <w:t>35. 计算：2^4 = ?</w:t>
      </w:r>
      <w:r>
        <w:br/>
        <w:t xml:space="preserve">    A. 8</w:t>
      </w:r>
      <w:r>
        <w:br/>
        <w:t xml:space="preserve">    B. 16</w:t>
      </w:r>
      <w:r>
        <w:br/>
        <w:t xml:space="preserve">    C. 14</w:t>
      </w:r>
      <w:r>
        <w:br/>
        <w:t xml:space="preserve">    D. 32</w:t>
      </w:r>
      <w:r>
        <w:br/>
        <w:t>【答案】B　【解析】2^4=16。</w:t>
      </w:r>
    </w:p>
    <w:p>
      <w:r>
        <w:t>36. 计算：2^2 = ?</w:t>
      </w:r>
      <w:r>
        <w:br/>
        <w:t xml:space="preserve">    A. 8</w:t>
      </w:r>
      <w:r>
        <w:br/>
        <w:t xml:space="preserve">    B. 4</w:t>
      </w:r>
      <w:r>
        <w:br/>
        <w:t xml:space="preserve">    C. 2</w:t>
      </w:r>
      <w:r>
        <w:br/>
        <w:t xml:space="preserve">    D. 6</w:t>
      </w:r>
      <w:r>
        <w:br/>
        <w:t>【答案】B　【解析】2^2=4。</w:t>
      </w:r>
    </w:p>
    <w:p>
      <w:r>
        <w:t>37. 计算：3^3 = ?</w:t>
      </w:r>
      <w:r>
        <w:br/>
        <w:t xml:space="preserve">    A. 31</w:t>
      </w:r>
      <w:r>
        <w:br/>
        <w:t xml:space="preserve">    B. 9</w:t>
      </w:r>
      <w:r>
        <w:br/>
        <w:t xml:space="preserve">    C. 54</w:t>
      </w:r>
      <w:r>
        <w:br/>
        <w:t xml:space="preserve">    D. 27</w:t>
      </w:r>
      <w:r>
        <w:br/>
        <w:t>【答案】D　【解析】3^3=27。</w:t>
      </w:r>
    </w:p>
    <w:p>
      <w:r>
        <w:t>38. 计算：2^2 = ?</w:t>
      </w:r>
      <w:r>
        <w:br/>
        <w:t xml:space="preserve">    A. 4</w:t>
      </w:r>
      <w:r>
        <w:br/>
        <w:t xml:space="preserve">    B. 2</w:t>
      </w:r>
      <w:r>
        <w:br/>
        <w:t xml:space="preserve">    C. 8</w:t>
      </w:r>
      <w:r>
        <w:br/>
        <w:t>【答案】A　【解析】2^2=4。</w:t>
      </w:r>
    </w:p>
    <w:p>
      <w:r>
        <w:t>39. 计算：3^2 = ?</w:t>
      </w:r>
      <w:r>
        <w:br/>
        <w:t xml:space="preserve">    A. 9</w:t>
      </w:r>
      <w:r>
        <w:br/>
        <w:t xml:space="preserve">    B. 10</w:t>
      </w:r>
      <w:r>
        <w:br/>
        <w:t xml:space="preserve">    C. 9</w:t>
      </w:r>
      <w:r>
        <w:br/>
        <w:t xml:space="preserve">    D. 3</w:t>
      </w:r>
      <w:r>
        <w:br/>
        <w:t>【答案】A　【解析】3^2=9。</w:t>
      </w:r>
    </w:p>
    <w:p>
      <w:r>
        <w:t>40. 计算：7^5 = ?</w:t>
      </w:r>
      <w:r>
        <w:br/>
        <w:t xml:space="preserve">    A. 2401</w:t>
      </w:r>
      <w:r>
        <w:br/>
        <w:t xml:space="preserve">    B. 33614</w:t>
      </w:r>
      <w:r>
        <w:br/>
        <w:t xml:space="preserve">    C. 16807</w:t>
      </w:r>
      <w:r>
        <w:br/>
        <w:t xml:space="preserve">    D. 16804</w:t>
      </w:r>
      <w:r>
        <w:br/>
        <w:t>【答案】C　【解析】7^5=16807。</w:t>
      </w:r>
    </w:p>
    <w:p>
      <w:r>
        <w:t>41. 计算：5^4 = ?</w:t>
      </w:r>
      <w:r>
        <w:br/>
        <w:t xml:space="preserve">    A. 623</w:t>
      </w:r>
      <w:r>
        <w:br/>
        <w:t xml:space="preserve">    B. 1250</w:t>
      </w:r>
      <w:r>
        <w:br/>
        <w:t xml:space="preserve">    C. 625</w:t>
      </w:r>
      <w:r>
        <w:br/>
        <w:t xml:space="preserve">    D. 125</w:t>
      </w:r>
      <w:r>
        <w:br/>
        <w:t>【答案】C　【解析】5^4=625。</w:t>
      </w:r>
    </w:p>
    <w:p>
      <w:r>
        <w:t>42. 计算：2^2 = ?</w:t>
      </w:r>
      <w:r>
        <w:br/>
        <w:t xml:space="preserve">    A. 4</w:t>
      </w:r>
      <w:r>
        <w:br/>
        <w:t xml:space="preserve">    B. 4</w:t>
      </w:r>
      <w:r>
        <w:br/>
        <w:t xml:space="preserve">    C. 1</w:t>
      </w:r>
      <w:r>
        <w:br/>
        <w:t xml:space="preserve">    D. 2</w:t>
      </w:r>
      <w:r>
        <w:br/>
        <w:t>【答案】A　【解析】2^2=4。</w:t>
      </w:r>
    </w:p>
    <w:p>
      <w:r>
        <w:t>43. 计算：2^4 = ?</w:t>
      </w:r>
      <w:r>
        <w:br/>
        <w:t xml:space="preserve">    A. 8</w:t>
      </w:r>
      <w:r>
        <w:br/>
        <w:t xml:space="preserve">    B. 32</w:t>
      </w:r>
      <w:r>
        <w:br/>
        <w:t xml:space="preserve">    C. 16</w:t>
      </w:r>
      <w:r>
        <w:br/>
        <w:t xml:space="preserve">    D. 19</w:t>
      </w:r>
      <w:r>
        <w:br/>
        <w:t>【答案】C　【解析】2^4=16。</w:t>
      </w:r>
    </w:p>
    <w:p>
      <w:r>
        <w:t>44. 计算：3^3 = ?</w:t>
      </w:r>
      <w:r>
        <w:br/>
        <w:t xml:space="preserve">    A. 9</w:t>
      </w:r>
      <w:r>
        <w:br/>
        <w:t xml:space="preserve">    B. 27</w:t>
      </w:r>
      <w:r>
        <w:br/>
        <w:t xml:space="preserve">    C. 29</w:t>
      </w:r>
      <w:r>
        <w:br/>
        <w:t xml:space="preserve">    D. 27</w:t>
      </w:r>
      <w:r>
        <w:br/>
        <w:t>【答案】B　【解析】3^3=27。</w:t>
      </w:r>
    </w:p>
    <w:p>
      <w:r>
        <w:t>45. 计算：7^1 = ?</w:t>
      </w:r>
      <w:r>
        <w:br/>
        <w:t xml:space="preserve">    A. 14</w:t>
      </w:r>
      <w:r>
        <w:br/>
        <w:t xml:space="preserve">    B. 7</w:t>
      </w:r>
      <w:r>
        <w:br/>
        <w:t xml:space="preserve">    C. 8</w:t>
      </w:r>
      <w:r>
        <w:br/>
        <w:t xml:space="preserve">    D. 1</w:t>
      </w:r>
      <w:r>
        <w:br/>
        <w:t>【答案】B　【解析】7^1=7。</w:t>
      </w:r>
    </w:p>
    <w:p>
      <w:r>
        <w:t>46. 计算：7^1 = ?</w:t>
      </w:r>
      <w:r>
        <w:br/>
        <w:t xml:space="preserve">    A. 3</w:t>
      </w:r>
      <w:r>
        <w:br/>
        <w:t xml:space="preserve">    B. 1</w:t>
      </w:r>
      <w:r>
        <w:br/>
        <w:t xml:space="preserve">    C. 14</w:t>
      </w:r>
      <w:r>
        <w:br/>
        <w:t xml:space="preserve">    D. 7</w:t>
      </w:r>
      <w:r>
        <w:br/>
        <w:t>【答案】D　【解析】7^1=7。</w:t>
      </w:r>
    </w:p>
    <w:p>
      <w:r>
        <w:t>47. 计算：3^1 = ?</w:t>
      </w:r>
      <w:r>
        <w:br/>
        <w:t xml:space="preserve">    A. 0</w:t>
      </w:r>
      <w:r>
        <w:br/>
        <w:t xml:space="preserve">    B. 1</w:t>
      </w:r>
      <w:r>
        <w:br/>
        <w:t xml:space="preserve">    C. 6</w:t>
      </w:r>
      <w:r>
        <w:br/>
        <w:t xml:space="preserve">    D. 3</w:t>
      </w:r>
      <w:r>
        <w:br/>
        <w:t>【答案】D　【解析】3^1=3。</w:t>
      </w:r>
    </w:p>
    <w:p>
      <w:r>
        <w:t>48. 计算：5^2 = ?</w:t>
      </w:r>
      <w:r>
        <w:br/>
        <w:t xml:space="preserve">    A. 50</w:t>
      </w:r>
      <w:r>
        <w:br/>
        <w:t xml:space="preserve">    B. 25</w:t>
      </w:r>
      <w:r>
        <w:br/>
        <w:t xml:space="preserve">    C. 25</w:t>
      </w:r>
      <w:r>
        <w:br/>
        <w:t xml:space="preserve">    D. 5</w:t>
      </w:r>
      <w:r>
        <w:br/>
        <w:t>【答案】B　【解析】5^2=25。</w:t>
      </w:r>
    </w:p>
    <w:p>
      <w:r>
        <w:t>49. 计算：3^1 = ?</w:t>
      </w:r>
      <w:r>
        <w:br/>
        <w:t xml:space="preserve">    A. 3</w:t>
      </w:r>
      <w:r>
        <w:br/>
        <w:t xml:space="preserve">    B. 1</w:t>
      </w:r>
      <w:r>
        <w:br/>
        <w:t xml:space="preserve">    C. 3</w:t>
      </w:r>
      <w:r>
        <w:br/>
        <w:t xml:space="preserve">    D. 9</w:t>
      </w:r>
      <w:r>
        <w:br/>
        <w:t>【答案】A　【解析】3^1=3。</w:t>
      </w:r>
    </w:p>
    <w:p>
      <w:r>
        <w:t>50. 计算：7^4 = ?</w:t>
      </w:r>
      <w:r>
        <w:br/>
        <w:t xml:space="preserve">    A. 2401</w:t>
      </w:r>
      <w:r>
        <w:br/>
        <w:t xml:space="preserve">    B. 2405</w:t>
      </w:r>
      <w:r>
        <w:br/>
        <w:t xml:space="preserve">    C. 2401</w:t>
      </w:r>
      <w:r>
        <w:br/>
        <w:t xml:space="preserve">    D. 343</w:t>
      </w:r>
      <w:r>
        <w:br/>
        <w:t>【答案】A　【解析】7^4=2401。</w:t>
      </w:r>
    </w:p>
    <w:p>
      <w:r>
        <w:t>51. 计算：7^4 = ?</w:t>
      </w:r>
      <w:r>
        <w:br/>
        <w:t xml:space="preserve">    A. 2401</w:t>
      </w:r>
      <w:r>
        <w:br/>
        <w:t xml:space="preserve">    B. 343</w:t>
      </w:r>
      <w:r>
        <w:br/>
        <w:t xml:space="preserve">    C. 2401</w:t>
      </w:r>
      <w:r>
        <w:br/>
        <w:t xml:space="preserve">    D. 2402</w:t>
      </w:r>
      <w:r>
        <w:br/>
        <w:t>【答案】A　【解析】7^4=2401。</w:t>
      </w:r>
    </w:p>
    <w:p>
      <w:r>
        <w:t>52. 计算：2^2 = ?</w:t>
      </w:r>
      <w:r>
        <w:br/>
        <w:t xml:space="preserve">    A. 4</w:t>
      </w:r>
      <w:r>
        <w:br/>
        <w:t xml:space="preserve">    B. 1</w:t>
      </w:r>
      <w:r>
        <w:br/>
        <w:t xml:space="preserve">    C. 4</w:t>
      </w:r>
      <w:r>
        <w:br/>
        <w:t xml:space="preserve">    D. 2</w:t>
      </w:r>
      <w:r>
        <w:br/>
        <w:t>【答案】A　【解析】2^2=4。</w:t>
      </w:r>
    </w:p>
    <w:p>
      <w:r>
        <w:t>53. 计算：2^5 = ?</w:t>
      </w:r>
      <w:r>
        <w:br/>
        <w:t xml:space="preserve">    A. 64</w:t>
      </w:r>
      <w:r>
        <w:br/>
        <w:t xml:space="preserve">    B. 16</w:t>
      </w:r>
      <w:r>
        <w:br/>
        <w:t xml:space="preserve">    C. 32</w:t>
      </w:r>
      <w:r>
        <w:br/>
        <w:t xml:space="preserve">    D. 29</w:t>
      </w:r>
      <w:r>
        <w:br/>
        <w:t>【答案】C　【解析】2^5=32。</w:t>
      </w:r>
    </w:p>
    <w:p>
      <w:r>
        <w:t>54. 计算：3^2 = ?</w:t>
      </w:r>
      <w:r>
        <w:br/>
        <w:t xml:space="preserve">    A. 9</w:t>
      </w:r>
      <w:r>
        <w:br/>
        <w:t xml:space="preserve">    B. 14</w:t>
      </w:r>
      <w:r>
        <w:br/>
        <w:t xml:space="preserve">    C. 9</w:t>
      </w:r>
      <w:r>
        <w:br/>
        <w:t xml:space="preserve">    D. 3</w:t>
      </w:r>
      <w:r>
        <w:br/>
        <w:t>【答案】A　【解析】3^2=9。</w:t>
      </w:r>
    </w:p>
    <w:p>
      <w:r>
        <w:t>55. 计算：3^2 = ?</w:t>
      </w:r>
      <w:r>
        <w:br/>
        <w:t xml:space="preserve">    A. 3</w:t>
      </w:r>
      <w:r>
        <w:br/>
        <w:t xml:space="preserve">    B. 9</w:t>
      </w:r>
      <w:r>
        <w:br/>
        <w:t xml:space="preserve">    C. 10</w:t>
      </w:r>
      <w:r>
        <w:br/>
        <w:t xml:space="preserve">    D. 9</w:t>
      </w:r>
      <w:r>
        <w:br/>
        <w:t>【答案】B　【解析】3^2=9。</w:t>
      </w:r>
    </w:p>
    <w:p>
      <w:r>
        <w:t>56. 计算：7^5 = ?</w:t>
      </w:r>
      <w:r>
        <w:br/>
        <w:t xml:space="preserve">    A. 16806</w:t>
      </w:r>
      <w:r>
        <w:br/>
        <w:t xml:space="preserve">    B. 16807</w:t>
      </w:r>
      <w:r>
        <w:br/>
        <w:t xml:space="preserve">    C. 16807</w:t>
      </w:r>
      <w:r>
        <w:br/>
        <w:t xml:space="preserve">    D. 2401</w:t>
      </w:r>
      <w:r>
        <w:br/>
        <w:t>【答案】B　【解析】7^5=16807。</w:t>
      </w:r>
    </w:p>
    <w:p>
      <w:r>
        <w:t>57. 计算：5^5 = ?</w:t>
      </w:r>
      <w:r>
        <w:br/>
        <w:t xml:space="preserve">    A. 625</w:t>
      </w:r>
      <w:r>
        <w:br/>
        <w:t xml:space="preserve">    B. 6250</w:t>
      </w:r>
      <w:r>
        <w:br/>
        <w:t xml:space="preserve">    C. 3125</w:t>
      </w:r>
      <w:r>
        <w:br/>
        <w:t xml:space="preserve">    D. 3130</w:t>
      </w:r>
      <w:r>
        <w:br/>
        <w:t>【答案】C　【解析】5^5=3125。</w:t>
      </w:r>
    </w:p>
    <w:p>
      <w:r>
        <w:t>58. 计算：2^5 = ?</w:t>
      </w:r>
      <w:r>
        <w:br/>
        <w:t xml:space="preserve">    A. 32</w:t>
      </w:r>
      <w:r>
        <w:br/>
        <w:t xml:space="preserve">    B. 16</w:t>
      </w:r>
      <w:r>
        <w:br/>
        <w:t xml:space="preserve">    C. 64</w:t>
      </w:r>
      <w:r>
        <w:br/>
        <w:t xml:space="preserve">    D. 32</w:t>
      </w:r>
      <w:r>
        <w:br/>
        <w:t>【答案】A　【解析】2^5=32。</w:t>
      </w:r>
    </w:p>
    <w:p>
      <w:r>
        <w:t>59. 计算：7^3 = ?</w:t>
      </w:r>
      <w:r>
        <w:br/>
        <w:t xml:space="preserve">    A. 686</w:t>
      </w:r>
      <w:r>
        <w:br/>
        <w:t xml:space="preserve">    B. 49</w:t>
      </w:r>
      <w:r>
        <w:br/>
        <w:t xml:space="preserve">    C. 345</w:t>
      </w:r>
      <w:r>
        <w:br/>
        <w:t xml:space="preserve">    D. 343</w:t>
      </w:r>
      <w:r>
        <w:br/>
        <w:t>【答案】D　【解析】7^3=343。</w:t>
      </w:r>
    </w:p>
    <w:p>
      <w:r>
        <w:t>60. 计算：2^2 = ?</w:t>
      </w:r>
      <w:r>
        <w:br/>
        <w:t xml:space="preserve">    A. 4</w:t>
      </w:r>
      <w:r>
        <w:br/>
        <w:t xml:space="preserve">    B. 2</w:t>
      </w:r>
      <w:r>
        <w:br/>
        <w:t xml:space="preserve">    C. 5</w:t>
      </w:r>
      <w:r>
        <w:br/>
        <w:t xml:space="preserve">    D. 4</w:t>
      </w:r>
      <w:r>
        <w:br/>
        <w:t>【答案】A　【解析】2^2=4。</w:t>
      </w:r>
    </w:p>
    <w:p>
      <w:pPr>
        <w:pStyle w:val="Heading1"/>
      </w:pPr>
      <w:r>
        <w:t>二、填空题</w:t>
      </w:r>
    </w:p>
    <w:p>
      <w:r>
        <w:t>61. 集合{1,2,3}的所有子集个数是____。</w:t>
      </w:r>
    </w:p>
    <w:p>
      <w:r>
        <w:t xml:space="preserve">    【答案】8　【解析】2³=8。</w:t>
      </w:r>
    </w:p>
    <w:p>
      <w:r>
        <w:t>62. 函数f(x)=x²-2x+1的零点为____。</w:t>
      </w:r>
    </w:p>
    <w:p>
      <w:r>
        <w:t xml:space="preserve">    【答案】1　【解析】令f(x)=0，(x-1)²=0，x=1。</w:t>
      </w:r>
    </w:p>
    <w:p>
      <w:r>
        <w:t>63. log₂16=____。</w:t>
      </w:r>
    </w:p>
    <w:p>
      <w:r>
        <w:t xml:space="preserve">    【答案】4　【解析】2⁴=16。</w:t>
      </w:r>
    </w:p>
    <w:p>
      <w:r>
        <w:t>64. 若函数f(x)=x²是偶函数，则f(-3)=f(____)。</w:t>
      </w:r>
    </w:p>
    <w:p>
      <w:r>
        <w:t xml:space="preserve">    【答案】3　【解析】偶函数f(-x)=f(x)。</w:t>
      </w:r>
    </w:p>
    <w:p>
      <w:r>
        <w:t>65. 指数函数y=0.5ˣ在R上是____函数（填增或减）。</w:t>
      </w:r>
    </w:p>
    <w:p>
      <w:r>
        <w:t xml:space="preserve">    【答案】减　【解析】底数0&lt;0.5&lt;1，单调递减。</w:t>
      </w:r>
    </w:p>
    <w:p>
      <w:r>
        <w:t>66. 已知f(x)=2x+1，则f(f(1))=____。</w:t>
      </w:r>
    </w:p>
    <w:p>
      <w:r>
        <w:t xml:space="preserve">    【答案】7　【解析】f(1)=3，f(3)=7。</w:t>
      </w:r>
    </w:p>
    <w:p>
      <w:r>
        <w:t>67. log₃(1/9)=____。</w:t>
      </w:r>
    </w:p>
    <w:p>
      <w:r>
        <w:t xml:space="preserve">    【答案】-2　【解析】3⁻²=1/9。</w:t>
      </w:r>
    </w:p>
    <w:p>
      <w:r>
        <w:t>68. 函数y=√(x-1)的定义域是____。</w:t>
      </w:r>
    </w:p>
    <w:p>
      <w:r>
        <w:t xml:space="preserve">    【答案】{x|x≥1}　【解析】根号下x-1≥0。</w:t>
      </w:r>
    </w:p>
    <w:p>
      <w:r>
        <w:t>69. 若2^x=3，4^y=9，则2^(x+2y)=____。</w:t>
      </w:r>
    </w:p>
    <w:p>
      <w:r>
        <w:t xml:space="preserve">    【答案】27　【解析】2^(2y)=(2²)^y=4^y=9，2^(x+2y)=3×9=27。</w:t>
      </w:r>
    </w:p>
    <w:p>
      <w:r>
        <w:t>70. 函数f(x)=(1/3)ˣ的值域是____。</w:t>
      </w:r>
    </w:p>
    <w:p>
      <w:r>
        <w:t xml:space="preserve">    【答案】(0,+∞)　【解析】指数函数值域。</w:t>
      </w:r>
    </w:p>
    <w:p>
      <w:r>
        <w:t>71. 集合A={x|x&lt;2}，B={x|x&gt;-1}，A∩B=____。</w:t>
      </w:r>
    </w:p>
    <w:p>
      <w:r>
        <w:t xml:space="preserve">    【答案】{x|-1&lt;x&lt;2}　【解析】取交集。</w:t>
      </w:r>
    </w:p>
    <w:p>
      <w:r>
        <w:t>72. 已知幂函数f(x)=x²过点(2,m)，则m=____。</w:t>
      </w:r>
    </w:p>
    <w:p>
      <w:r>
        <w:t xml:space="preserve">    【答案】4　【解析】2²=4。</w:t>
      </w:r>
    </w:p>
    <w:p>
      <w:r>
        <w:t>73. log₅5+log₅1=____。</w:t>
      </w:r>
    </w:p>
    <w:p>
      <w:r>
        <w:t xml:space="preserve">    【答案】1　【解析】1+0=1。</w:t>
      </w:r>
    </w:p>
    <w:p>
      <w:r>
        <w:t>74. 若f(x)为偶函数，f(-2)=6，则f(2)=____。</w:t>
      </w:r>
    </w:p>
    <w:p>
      <w:r>
        <w:t xml:space="preserve">    【答案】6　【解析】偶函数对称取值相等。</w:t>
      </w:r>
    </w:p>
    <w:p>
      <w:r>
        <w:t>75. 函数y=x²-4x的零点为____（从小到大）。</w:t>
      </w:r>
    </w:p>
    <w:p>
      <w:r>
        <w:t xml:space="preserve">    【答案】0、4　【解析】x(x-4)=0。</w:t>
      </w:r>
    </w:p>
    <w:p>
      <w:r>
        <w:t>76. log₇49=____。</w:t>
      </w:r>
    </w:p>
    <w:p>
      <w:r>
        <w:t xml:space="preserve">    【答案】2　【解析】7²=49。</w:t>
      </w:r>
    </w:p>
    <w:p>
      <w:r>
        <w:t>77. 函数f(x)=x³是____函数（填奇或偶）。</w:t>
      </w:r>
    </w:p>
    <w:p>
      <w:r>
        <w:t xml:space="preserve">    【答案】奇　【解析】f(-x)=-f(x)。</w:t>
      </w:r>
    </w:p>
    <w:p>
      <w:r>
        <w:t>78. 集合A={1,2}的子集个数为____。</w:t>
      </w:r>
    </w:p>
    <w:p>
      <w:r>
        <w:t xml:space="preserve">    【答案】4　【解析】2²=4。</w:t>
      </w:r>
    </w:p>
    <w:p>
      <w:pPr>
        <w:pStyle w:val="Heading1"/>
      </w:pPr>
      <w:r>
        <w:t>三、判断题</w:t>
      </w:r>
    </w:p>
    <w:p>
      <w:r>
        <w:t>79. 空集是任何集合的子集。</w:t>
      </w:r>
    </w:p>
    <w:p>
      <w:r>
        <w:t xml:space="preserve">    【答案】对　【解析】空集是任何集合的子集，是任何非空集合的真子集。</w:t>
      </w:r>
    </w:p>
    <w:p>
      <w:r>
        <w:t>80. 函数y=x²在其定义域内是增函数。</w:t>
      </w:r>
    </w:p>
    <w:p>
      <w:r>
        <w:t xml:space="preserve">    【答案】错　【解析】在(-∞,0)递减，(0,+∞)递增。</w:t>
      </w:r>
    </w:p>
    <w:p>
      <w:r>
        <w:t>81. logₐ1=0（a&gt;0且a≠1）。</w:t>
      </w:r>
    </w:p>
    <w:p>
      <w:r>
        <w:t xml:space="preserve">    【答案】对　【解析】对数的性质。</w:t>
      </w:r>
    </w:p>
    <w:p>
      <w:r>
        <w:t>82. 指数函数y=aˣ（a&gt;1）在R上是增函数。</w:t>
      </w:r>
    </w:p>
    <w:p>
      <w:r>
        <w:t xml:space="preserve">    【答案】对　【解析】底数大于1时递增。</w:t>
      </w:r>
    </w:p>
    <w:p>
      <w:r>
        <w:t>83. 奇函数的图象关于原点对称。</w:t>
      </w:r>
    </w:p>
    <w:p>
      <w:r>
        <w:t xml:space="preserve">    【答案】对　【解析】奇函数图象对称性。</w:t>
      </w:r>
    </w:p>
    <w:p>
      <w:r>
        <w:t>84. f(x)=|x|是偶函数。</w:t>
      </w:r>
    </w:p>
    <w:p>
      <w:r>
        <w:t xml:space="preserve">    【答案】对　【解析】|-x|=|x|。</w:t>
      </w:r>
    </w:p>
    <w:p>
      <w:r>
        <w:t>85. 若A⊆B且B⊆A，则A=B。</w:t>
      </w:r>
    </w:p>
    <w:p>
      <w:r>
        <w:t xml:space="preserve">    【答案】对　【解析】集合相等定义。</w:t>
      </w:r>
    </w:p>
    <w:p>
      <w:r>
        <w:t>86. 函数y=lg x的定义域是R。</w:t>
      </w:r>
    </w:p>
    <w:p>
      <w:r>
        <w:t xml:space="preserve">    【答案】错　【解析】定义域为x&gt;0。</w:t>
      </w:r>
    </w:p>
    <w:p>
      <w:r>
        <w:t>87. 偶函数的图象关于y轴对称。</w:t>
      </w:r>
    </w:p>
    <w:p>
      <w:r>
        <w:t xml:space="preserve">    【答案】对　【解析】偶函数图象对称性。</w:t>
      </w:r>
    </w:p>
    <w:p>
      <w:r>
        <w:t>88. log₂8-log₂4=log₂2=1。</w:t>
      </w:r>
    </w:p>
    <w:p>
      <w:r>
        <w:t xml:space="preserve">    【答案】对　【解析】对数减法法则。</w:t>
      </w:r>
    </w:p>
    <w:p>
      <w:r>
        <w:t>89. 函数f(x)=2x+1是偶函数。</w:t>
      </w:r>
    </w:p>
    <w:p>
      <w:r>
        <w:t xml:space="preserve">    【答案】错　【解析】f(-x)=-2x+1≠f(x)。</w:t>
      </w:r>
    </w:p>
    <w:p>
      <w:r>
        <w:t>90. 任何函数都有最大值和最小值。</w:t>
      </w:r>
    </w:p>
    <w:p>
      <w:r>
        <w:t xml:space="preserve">    【答案】错　【解析】如y=x无最值。</w:t>
      </w:r>
    </w:p>
    <w:p>
      <w:pPr>
        <w:pStyle w:val="Heading1"/>
      </w:pPr>
      <w:r>
        <w:t>五、解答题（应用题）</w:t>
      </w:r>
    </w:p>
    <w:p>
      <w:r>
        <w:t>91. 已知集合A={x|-2≤x≤3}，B={x|x&lt;1}，求A∩B。</w:t>
      </w:r>
    </w:p>
    <w:p>
      <w:r>
        <w:t xml:space="preserve">    【参考答案】{x|-2≤x&lt;1}</w:t>
      </w:r>
    </w:p>
    <w:p>
      <w:r>
        <w:t xml:space="preserve">    【解析】取两集合公共部分。</w:t>
      </w:r>
    </w:p>
    <w:p>
      <w:r>
        <w:t>92. 求函数f(x)=x²-4x+5在区间[0,3]上的最大值和最小值。</w:t>
      </w:r>
    </w:p>
    <w:p>
      <w:r>
        <w:t xml:space="preserve">    【参考答案】最小值1，最大值5</w:t>
      </w:r>
    </w:p>
    <w:p>
      <w:r>
        <w:t xml:space="preserve">    【解析】f(x)=(x-2)²+1，x=2时最小1，f(0)=5最大。</w:t>
      </w:r>
    </w:p>
    <w:p>
      <w:r>
        <w:t>93. 计算：log₂4+log₃9-log₅5。</w:t>
      </w:r>
    </w:p>
    <w:p>
      <w:r>
        <w:t xml:space="preserve">    【参考答案】3</w:t>
      </w:r>
    </w:p>
    <w:p>
      <w:r>
        <w:t xml:space="preserve">    【解析】2+2-1=3。</w:t>
      </w:r>
    </w:p>
    <w:p>
      <w:r>
        <w:t>94. 解方程：2^(x+1)=16。</w:t>
      </w:r>
    </w:p>
    <w:p>
      <w:r>
        <w:t xml:space="preserve">    【参考答案】x=3</w:t>
      </w:r>
    </w:p>
    <w:p>
      <w:r>
        <w:t xml:space="preserve">    【解析】2⁴=16，x+1=4，x=3。</w:t>
      </w:r>
    </w:p>
    <w:p>
      <w:r>
        <w:t>95. 已知f(x)=x³-x，判断f(x)的奇偶性并求f(2)。</w:t>
      </w:r>
    </w:p>
    <w:p>
      <w:r>
        <w:t xml:space="preserve">    【参考答案】奇函数，f(2)=6</w:t>
      </w:r>
    </w:p>
    <w:p>
      <w:r>
        <w:t xml:space="preserve">    【解析】f(-x)=-x³+x=-(x³-x)=-f(x)；f(2)=8-2=6。</w:t>
      </w:r>
    </w:p>
    <w:p>
      <w:r>
        <w:t>96. 比较大小：2³ 与 3²；log₂3 与 log₂5。</w:t>
      </w:r>
    </w:p>
    <w:p>
      <w:r>
        <w:t xml:space="preserve">    【参考答案】2³&lt;3²；log₂3&lt;log₂5</w:t>
      </w:r>
    </w:p>
    <w:p>
      <w:r>
        <w:t xml:space="preserve">    【解析】8&lt;9；底数相同2&gt;1，真数大对数大。</w:t>
      </w:r>
    </w:p>
    <w:p>
      <w:r>
        <w:t>97. 求函数y=log₂(x-3)的定义域。</w:t>
      </w:r>
    </w:p>
    <w:p>
      <w:r>
        <w:t xml:space="preserve">    【参考答案】{x|x&gt;3}</w:t>
      </w:r>
    </w:p>
    <w:p>
      <w:r>
        <w:t xml:space="preserve">    【解析】真数x-3&gt;0。</w:t>
      </w:r>
    </w:p>
    <w:p>
      <w:r>
        <w:t>98. 某指数函数经过点(1,2)，求该函数解析式。</w:t>
      </w:r>
    </w:p>
    <w:p>
      <w:r>
        <w:t xml:space="preserve">    【参考答案】y=2ˣ</w:t>
      </w:r>
    </w:p>
    <w:p>
      <w:r>
        <w:t xml:space="preserve">    【解析】设y=aˣ，a¹=2，a=2。</w:t>
      </w:r>
    </w:p>
    <w:p>
      <w:r>
        <w:t>99. 已知A={1,2,3}，B={2,3,4}，求A∪B和A∩B。</w:t>
      </w:r>
    </w:p>
    <w:p>
      <w:r>
        <w:t xml:space="preserve">    【参考答案】A∪B={1,2,3,4}，A∩B={2,3}</w:t>
      </w:r>
    </w:p>
    <w:p>
      <w:r>
        <w:t xml:space="preserve">    【解析】按并集交集定义。</w:t>
      </w:r>
    </w:p>
    <w:p>
      <w:r>
        <w:t>100. 解不等式：log₂x&lt;3。</w:t>
      </w:r>
    </w:p>
    <w:p>
      <w:r>
        <w:t xml:space="preserve">    【参考答案】0&lt;x&lt;8</w:t>
      </w:r>
    </w:p>
    <w:p>
      <w:r>
        <w:t xml:space="preserve">    【解析】log₂x&lt;log₂8，0&lt;x&lt;8。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