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高中英语3500词记忆方法与高频短语汇总（可打印）</w:t>
      </w:r>
    </w:p>
    <w:p>
      <w:r>
        <w:t>高中英语3500词记忆方法与高频短语汇总（可打印）</w:t>
      </w:r>
    </w:p>
    <w:p>
      <w:r>
        <w:t>一、3500词是高考英语的底线词汇量。建议分三轮记忆：第一轮快速过（每天50词，只记核心义）；第二轮精学（用法、搭配、辨析）；第三轮真题检验。</w:t>
      </w:r>
    </w:p>
    <w:p>
      <w:r>
        <w:t>二、高频短语：make up（编造/化妆/组成）、take off（起飞/脱下/突然成功）、put off（推迟）、turn down（拒绝/调低）、break down（崩溃/抛锚/分解）、come up with（想出）、look forward to（期待）、account for（解释/占比例）。</w:t>
      </w:r>
    </w:p>
    <w:p>
      <w:r>
        <w:t>三、词根词缀法：dis-/un-/in-/im-表否定；-tion/-ment/-ness表名词；-ful/-ous/-able表形容词；-ly表副词；re-表“再”，pre-表“前”，inter-表“之间”。</w:t>
      </w:r>
    </w:p>
    <w:p>
      <w:r>
        <w:t>四、语境记忆法：不要孤立背单词，把单词放进例句和短文里记。高考词汇题考的是“在语境中的含义”，尤其是熟词生义：如address（地址/处理）、plant（植物/工厂）、bank（银行/河岸）。</w:t>
      </w:r>
    </w:p>
    <w:p>
      <w:r>
        <w:t>五、每日计划示例：早读背20个新词+复习40个旧词；课间看5个短语；睡前默写今天背的词，错的标记明天重背。</w:t>
      </w:r>
    </w:p>
    <w:p>
      <w:r>
        <w:t>六、建议：词汇量是英语的根基，坚持每天背，配合阅读积累，3500词覆盖率达到95%以上，英语成绩至少提升一个档次。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