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高中数学立体几何空间向量解题模板（期末冲刺版）</w:t>
      </w:r>
    </w:p>
    <w:p>
      <w:r>
        <w:t>高中数学立体几何空间向量解题模板</w:t>
      </w:r>
    </w:p>
    <w:p>
      <w:r>
        <w:t>一、建系原则：优先选择有直角的位置建系——长方体、正方体、直棱柱直接以顶点为原点；底面是直角三角形的，以直角顶点为原点；没有明显直角时，找中点或取中点作辅助线创造直角。</w:t>
      </w:r>
    </w:p>
    <w:p>
      <w:r>
        <w:t>二、写点坐标：建系后逐个写出关键点的坐标。注意：底面写x、y，高度方向写z；中点用中点公式（两端点坐标相加除以2）。</w:t>
      </w:r>
    </w:p>
    <w:p>
      <w:r>
        <w:t>三、求法向量步骤：设平面法向量n=(x,y,z)，在平面内找两个不共线向量a、b，令n·a=0且n·b=0，解方程组。取一个便于计算的解（如令x=1或取整数）。</w:t>
      </w:r>
    </w:p>
    <w:p>
      <w:r>
        <w:t>四、求线面角：线面角正弦值=直线方向向量与平面法向量夹角余弦的绝对值。注意：线面角范围是[0°,90°]，永远取锐角。</w:t>
      </w:r>
    </w:p>
    <w:p>
      <w:r>
        <w:t>五、求二面角：二面角余弦=两个平面法向量夹角余弦的绝对值。判断锐角还是钝角：看图，二面角是锐角取正，钝角取负。</w:t>
      </w:r>
    </w:p>
    <w:p>
      <w:r>
        <w:t>六、求点到面距离：距离=|法向量·(面上一点到该点的向量)|÷|法向量|。这个公式背熟，所有距离问题都能套。</w:t>
      </w:r>
    </w:p>
    <w:p>
      <w:r>
        <w:t>七、常见建系套路：直三棱柱——底边中点建系；正四棱锥——底面中心建系；长方体——顶点建系；三棱锥——取高线中点。</w:t>
      </w:r>
    </w:p>
    <w:p>
      <w:r>
        <w:t>八、易错提醒：坐标别写反（先x后y再z）；法向量要检验（代回方程验证）；二面角判断锐钝要结合图形；结果要求最简分数。</w:t>
      </w:r>
    </w:p>
    <w:p>
      <w:r>
        <w:t>九、练习建议：每天做1道立体几何大题，按"建系-写点-求向量-套公式"四步走，10天后形成肌肉记忆，考试时不再害怕。</w:t>
      </w:r>
    </w:p>
    <w:p>
      <w:r>
        <w:t>祝同学们立体几何满分！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