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高中语文病句修改100题（含答案）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一、病句修改（每题1分，共100分）</w:t>
      </w:r>
    </w:p>
    <w:p>
      <w:r>
        <w:t>1. 修改病句：“通过这次活动，使我认识到团结的重要性。” 修改为：____（病因为：成分残缺（缺主语，删“通过”或“使”））</w:t>
      </w:r>
    </w:p>
    <w:p>
      <w:r>
        <w:t>2. 修改病句：“他的写作水平明显改进了。” 修改为：____（病因为：搭配不当（“水平”应搭配“提高”））</w:t>
      </w:r>
    </w:p>
    <w:p>
      <w:r>
        <w:t>3. 修改病句：“能否刻苦学习，是取得好成绩的关键。” 修改为：____（病因为：两面对一面（删“能否”））</w:t>
      </w:r>
    </w:p>
    <w:p>
      <w:r>
        <w:t>4. 修改病句：“我们要发扬和继承艰苦奋斗的光荣传统。” 修改为：____（病因为：语序不当（先继承后发扬））</w:t>
      </w:r>
    </w:p>
    <w:p>
      <w:r>
        <w:t>5. 修改病句：“大约三十个左右的人参加了会议。” 修改为：____（病因为：重复赘余（删“大约”或“左右”））</w:t>
      </w:r>
    </w:p>
    <w:p>
      <w:r>
        <w:t>6. 修改病句：“为了防止不再发生类似事故，我们加强了检查。” 修改为：____（病因为：否定不当（删“不再”））</w:t>
      </w:r>
    </w:p>
    <w:p>
      <w:r>
        <w:t>7. 修改病句：“老师详细地介绍了许多张老师的先进事迹。” 修改为：____（病因为：歧义（“张老师”是谁介绍不明确））</w:t>
      </w:r>
    </w:p>
    <w:p>
      <w:r>
        <w:t>8. 修改病句：“他的家乡是内蒙古呼伦贝尔人。” 修改为：____（病因为：句式杂糅（删“人”或改为“他的家乡是呼伦贝尔”））</w:t>
      </w:r>
    </w:p>
    <w:p>
      <w:r>
        <w:t>9. 修改病句：“通过这次活动，使我认识到团结的重要性。” 修改为：____（病因为：成分残缺（缺主语，删“通过”或“使”））</w:t>
      </w:r>
    </w:p>
    <w:p>
      <w:r>
        <w:t>10. 修改病句：“他的写作水平明显改进了。” 修改为：____（病因为：搭配不当（“水平”应搭配“提高”））</w:t>
      </w:r>
    </w:p>
    <w:p>
      <w:r>
        <w:t>11. 修改病句：“能否刻苦学习，是取得好成绩的关键。” 修改为：____（病因为：两面对一面（删“能否”））</w:t>
      </w:r>
    </w:p>
    <w:p>
      <w:r>
        <w:t>12. 修改病句：“我们要发扬和继承艰苦奋斗的光荣传统。” 修改为：____（病因为：语序不当（先继承后发扬））</w:t>
      </w:r>
    </w:p>
    <w:p>
      <w:r>
        <w:t>13. 修改病句：“大约三十个左右的人参加了会议。” 修改为：____（病因为：重复赘余（删“大约”或“左右”））</w:t>
      </w:r>
    </w:p>
    <w:p>
      <w:r>
        <w:t>14. 修改病句：“为了防止不再发生类似事故，我们加强了检查。” 修改为：____（病因为：否定不当（删“不再”））</w:t>
      </w:r>
    </w:p>
    <w:p>
      <w:r>
        <w:t>15. 修改病句：“老师详细地介绍了许多张老师的先进事迹。” 修改为：____（病因为：歧义（“张老师”是谁介绍不明确））</w:t>
      </w:r>
    </w:p>
    <w:p>
      <w:r>
        <w:t>16. 修改病句：“他的家乡是内蒙古呼伦贝尔人。” 修改为：____（病因为：句式杂糅（删“人”或改为“他的家乡是呼伦贝尔”））</w:t>
      </w:r>
    </w:p>
    <w:p>
      <w:r>
        <w:t>17. 修改病句：“通过这次活动，使我认识到团结的重要性。” 修改为：____（病因为：成分残缺（缺主语，删“通过”或“使”））</w:t>
      </w:r>
    </w:p>
    <w:p>
      <w:r>
        <w:t>18. 修改病句：“他的写作水平明显改进了。” 修改为：____（病因为：搭配不当（“水平”应搭配“提高”））</w:t>
      </w:r>
    </w:p>
    <w:p>
      <w:r>
        <w:t>19. 修改病句：“能否刻苦学习，是取得好成绩的关键。” 修改为：____（病因为：两面对一面（删“能否”））</w:t>
      </w:r>
    </w:p>
    <w:p>
      <w:r>
        <w:t>20. 修改病句：“我们要发扬和继承艰苦奋斗的光荣传统。” 修改为：____（病因为：语序不当（先继承后发扬））</w:t>
      </w:r>
    </w:p>
    <w:p>
      <w:r>
        <w:t>21. 修改病句：“大约三十个左右的人参加了会议。” 修改为：____（病因为：重复赘余（删“大约”或“左右”））</w:t>
      </w:r>
    </w:p>
    <w:p>
      <w:r>
        <w:t>22. 修改病句：“为了防止不再发生类似事故，我们加强了检查。” 修改为：____（病因为：否定不当（删“不再”））</w:t>
      </w:r>
    </w:p>
    <w:p>
      <w:r>
        <w:t>23. 修改病句：“老师详细地介绍了许多张老师的先进事迹。” 修改为：____（病因为：歧义（“张老师”是谁介绍不明确））</w:t>
      </w:r>
    </w:p>
    <w:p>
      <w:r>
        <w:t>24. 修改病句：“他的家乡是内蒙古呼伦贝尔人。” 修改为：____（病因为：句式杂糅（删“人”或改为“他的家乡是呼伦贝尔”））</w:t>
      </w:r>
    </w:p>
    <w:p>
      <w:r>
        <w:t>25. 修改病句：“通过这次活动，使我认识到团结的重要性。” 修改为：____（病因为：成分残缺（缺主语，删“通过”或“使”））</w:t>
      </w:r>
    </w:p>
    <w:p>
      <w:r>
        <w:t>26. 修改病句：“他的写作水平明显改进了。” 修改为：____（病因为：搭配不当（“水平”应搭配“提高”））</w:t>
      </w:r>
    </w:p>
    <w:p>
      <w:r>
        <w:t>27. 修改病句：“能否刻苦学习，是取得好成绩的关键。” 修改为：____（病因为：两面对一面（删“能否”））</w:t>
      </w:r>
    </w:p>
    <w:p>
      <w:r>
        <w:t>28. 修改病句：“我们要发扬和继承艰苦奋斗的光荣传统。” 修改为：____（病因为：语序不当（先继承后发扬））</w:t>
      </w:r>
    </w:p>
    <w:p>
      <w:r>
        <w:t>29. 修改病句：“大约三十个左右的人参加了会议。” 修改为：____（病因为：重复赘余（删“大约”或“左右”））</w:t>
      </w:r>
    </w:p>
    <w:p>
      <w:r>
        <w:t>30. 修改病句：“为了防止不再发生类似事故，我们加强了检查。” 修改为：____（病因为：否定不当（删“不再”））</w:t>
      </w:r>
    </w:p>
    <w:p>
      <w:r>
        <w:t>31. 修改病句：“老师详细地介绍了许多张老师的先进事迹。” 修改为：____（病因为：歧义（“张老师”是谁介绍不明确））</w:t>
      </w:r>
    </w:p>
    <w:p>
      <w:r>
        <w:t>32. 修改病句：“他的家乡是内蒙古呼伦贝尔人。” 修改为：____（病因为：句式杂糅（删“人”或改为“他的家乡是呼伦贝尔”））</w:t>
      </w:r>
    </w:p>
    <w:p>
      <w:r>
        <w:t>33. 修改病句：“通过这次活动，使我认识到团结的重要性。” 修改为：____（病因为：成分残缺（缺主语，删“通过”或“使”））</w:t>
      </w:r>
    </w:p>
    <w:p>
      <w:r>
        <w:t>34. 修改病句：“他的写作水平明显改进了。” 修改为：____（病因为：搭配不当（“水平”应搭配“提高”））</w:t>
      </w:r>
    </w:p>
    <w:p>
      <w:r>
        <w:t>35. 修改病句：“能否刻苦学习，是取得好成绩的关键。” 修改为：____（病因为：两面对一面（删“能否”））</w:t>
      </w:r>
    </w:p>
    <w:p>
      <w:r>
        <w:t>36. 修改病句：“我们要发扬和继承艰苦奋斗的光荣传统。” 修改为：____（病因为：语序不当（先继承后发扬））</w:t>
      </w:r>
    </w:p>
    <w:p>
      <w:r>
        <w:t>37. 修改病句：“大约三十个左右的人参加了会议。” 修改为：____（病因为：重复赘余（删“大约”或“左右”））</w:t>
      </w:r>
    </w:p>
    <w:p>
      <w:r>
        <w:t>38. 修改病句：“为了防止不再发生类似事故，我们加强了检查。” 修改为：____（病因为：否定不当（删“不再”））</w:t>
      </w:r>
    </w:p>
    <w:p>
      <w:r>
        <w:t>39. 修改病句：“老师详细地介绍了许多张老师的先进事迹。” 修改为：____（病因为：歧义（“张老师”是谁介绍不明确））</w:t>
      </w:r>
    </w:p>
    <w:p>
      <w:r>
        <w:t>40. 修改病句：“他的家乡是内蒙古呼伦贝尔人。” 修改为：____（病因为：句式杂糅（删“人”或改为“他的家乡是呼伦贝尔”））</w:t>
      </w:r>
    </w:p>
    <w:p>
      <w:r>
        <w:t>41. 修改病句：“通过这次活动，使我认识到团结的重要性。” 修改为：____（病因为：成分残缺（缺主语，删“通过”或“使”））</w:t>
      </w:r>
    </w:p>
    <w:p>
      <w:r>
        <w:t>42. 修改病句：“他的写作水平明显改进了。” 修改为：____（病因为：搭配不当（“水平”应搭配“提高”））</w:t>
      </w:r>
    </w:p>
    <w:p>
      <w:r>
        <w:t>43. 修改病句：“能否刻苦学习，是取得好成绩的关键。” 修改为：____（病因为：两面对一面（删“能否”））</w:t>
      </w:r>
    </w:p>
    <w:p>
      <w:r>
        <w:t>44. 修改病句：“我们要发扬和继承艰苦奋斗的光荣传统。” 修改为：____（病因为：语序不当（先继承后发扬））</w:t>
      </w:r>
    </w:p>
    <w:p>
      <w:r>
        <w:t>45. 修改病句：“大约三十个左右的人参加了会议。” 修改为：____（病因为：重复赘余（删“大约”或“左右”））</w:t>
      </w:r>
    </w:p>
    <w:p>
      <w:r>
        <w:t>46. 修改病句：“为了防止不再发生类似事故，我们加强了检查。” 修改为：____（病因为：否定不当（删“不再”））</w:t>
      </w:r>
    </w:p>
    <w:p>
      <w:r>
        <w:t>47. 修改病句：“老师详细地介绍了许多张老师的先进事迹。” 修改为：____（病因为：歧义（“张老师”是谁介绍不明确））</w:t>
      </w:r>
    </w:p>
    <w:p>
      <w:r>
        <w:t>48. 修改病句：“他的家乡是内蒙古呼伦贝尔人。” 修改为：____（病因为：句式杂糅（删“人”或改为“他的家乡是呼伦贝尔”））</w:t>
      </w:r>
    </w:p>
    <w:p>
      <w:r>
        <w:t>49. 修改病句：“通过这次活动，使我认识到团结的重要性。” 修改为：____（病因为：成分残缺（缺主语，删“通过”或“使”））</w:t>
      </w:r>
    </w:p>
    <w:p>
      <w:r>
        <w:t>50. 修改病句：“他的写作水平明显改进了。” 修改为：____（病因为：搭配不当（“水平”应搭配“提高”））</w:t>
      </w:r>
    </w:p>
    <w:p>
      <w:r>
        <w:t>51. 修改病句：“能否刻苦学习，是取得好成绩的关键。” 修改为：____（病因为：两面对一面（删“能否”））</w:t>
      </w:r>
    </w:p>
    <w:p>
      <w:r>
        <w:t>52. 修改病句：“我们要发扬和继承艰苦奋斗的光荣传统。” 修改为：____（病因为：语序不当（先继承后发扬））</w:t>
      </w:r>
    </w:p>
    <w:p>
      <w:r>
        <w:t>53. 修改病句：“大约三十个左右的人参加了会议。” 修改为：____（病因为：重复赘余（删“大约”或“左右”））</w:t>
      </w:r>
    </w:p>
    <w:p>
      <w:r>
        <w:t>54. 修改病句：“为了防止不再发生类似事故，我们加强了检查。” 修改为：____（病因为：否定不当（删“不再”））</w:t>
      </w:r>
    </w:p>
    <w:p>
      <w:r>
        <w:t>55. 修改病句：“老师详细地介绍了许多张老师的先进事迹。” 修改为：____（病因为：歧义（“张老师”是谁介绍不明确））</w:t>
      </w:r>
    </w:p>
    <w:p>
      <w:r>
        <w:t>56. 修改病句：“他的家乡是内蒙古呼伦贝尔人。” 修改为：____（病因为：句式杂糅（删“人”或改为“他的家乡是呼伦贝尔”））</w:t>
      </w:r>
    </w:p>
    <w:p>
      <w:r>
        <w:t>57. 修改病句：“通过这次活动，使我认识到团结的重要性。” 修改为：____（病因为：成分残缺（缺主语，删“通过”或“使”））</w:t>
      </w:r>
    </w:p>
    <w:p>
      <w:r>
        <w:t>58. 修改病句：“他的写作水平明显改进了。” 修改为：____（病因为：搭配不当（“水平”应搭配“提高”））</w:t>
      </w:r>
    </w:p>
    <w:p>
      <w:r>
        <w:t>59. 修改病句：“能否刻苦学习，是取得好成绩的关键。” 修改为：____（病因为：两面对一面（删“能否”））</w:t>
      </w:r>
    </w:p>
    <w:p>
      <w:r>
        <w:t>60. 修改病句：“我们要发扬和继承艰苦奋斗的光荣传统。” 修改为：____（病因为：语序不当（先继承后发扬））</w:t>
      </w:r>
    </w:p>
    <w:p>
      <w:r>
        <w:t>61. 修改病句：“大约三十个左右的人参加了会议。” 修改为：____（病因为：重复赘余（删“大约”或“左右”））</w:t>
      </w:r>
    </w:p>
    <w:p>
      <w:r>
        <w:t>62. 修改病句：“为了防止不再发生类似事故，我们加强了检查。” 修改为：____（病因为：否定不当（删“不再”））</w:t>
      </w:r>
    </w:p>
    <w:p>
      <w:r>
        <w:t>63. 修改病句：“老师详细地介绍了许多张老师的先进事迹。” 修改为：____（病因为：歧义（“张老师”是谁介绍不明确））</w:t>
      </w:r>
    </w:p>
    <w:p>
      <w:r>
        <w:t>64. 修改病句：“他的家乡是内蒙古呼伦贝尔人。” 修改为：____（病因为：句式杂糅（删“人”或改为“他的家乡是呼伦贝尔”））</w:t>
      </w:r>
    </w:p>
    <w:p>
      <w:r>
        <w:t>65. 修改病句：“通过这次活动，使我认识到团结的重要性。” 修改为：____（病因为：成分残缺（缺主语，删“通过”或“使”））</w:t>
      </w:r>
    </w:p>
    <w:p>
      <w:r>
        <w:t>66. 修改病句：“他的写作水平明显改进了。” 修改为：____（病因为：搭配不当（“水平”应搭配“提高”））</w:t>
      </w:r>
    </w:p>
    <w:p>
      <w:r>
        <w:t>67. 修改病句：“能否刻苦学习，是取得好成绩的关键。” 修改为：____（病因为：两面对一面（删“能否”））</w:t>
      </w:r>
    </w:p>
    <w:p>
      <w:r>
        <w:t>68. 修改病句：“我们要发扬和继承艰苦奋斗的光荣传统。” 修改为：____（病因为：语序不当（先继承后发扬））</w:t>
      </w:r>
    </w:p>
    <w:p>
      <w:r>
        <w:t>69. 修改病句：“大约三十个左右的人参加了会议。” 修改为：____（病因为：重复赘余（删“大约”或“左右”））</w:t>
      </w:r>
    </w:p>
    <w:p>
      <w:r>
        <w:t>70. 修改病句：“为了防止不再发生类似事故，我们加强了检查。” 修改为：____（病因为：否定不当（删“不再”））</w:t>
      </w:r>
    </w:p>
    <w:p>
      <w:r>
        <w:t>71. 修改病句：“老师详细地介绍了许多张老师的先进事迹。” 修改为：____（病因为：歧义（“张老师”是谁介绍不明确））</w:t>
      </w:r>
    </w:p>
    <w:p>
      <w:r>
        <w:t>72. 修改病句：“他的家乡是内蒙古呼伦贝尔人。” 修改为：____（病因为：句式杂糅（删“人”或改为“他的家乡是呼伦贝尔”））</w:t>
      </w:r>
    </w:p>
    <w:p>
      <w:r>
        <w:t>73. 修改病句：“通过这次活动，使我认识到团结的重要性。” 修改为：____（病因为：成分残缺（缺主语，删“通过”或“使”））</w:t>
      </w:r>
    </w:p>
    <w:p>
      <w:r>
        <w:t>74. 修改病句：“他的写作水平明显改进了。” 修改为：____（病因为：搭配不当（“水平”应搭配“提高”））</w:t>
      </w:r>
    </w:p>
    <w:p>
      <w:r>
        <w:t>75. 修改病句：“能否刻苦学习，是取得好成绩的关键。” 修改为：____（病因为：两面对一面（删“能否”））</w:t>
      </w:r>
    </w:p>
    <w:p>
      <w:r>
        <w:t>76. 修改病句：“我们要发扬和继承艰苦奋斗的光荣传统。” 修改为：____（病因为：语序不当（先继承后发扬））</w:t>
      </w:r>
    </w:p>
    <w:p>
      <w:r>
        <w:t>77. 修改病句：“大约三十个左右的人参加了会议。” 修改为：____（病因为：重复赘余（删“大约”或“左右”））</w:t>
      </w:r>
    </w:p>
    <w:p>
      <w:r>
        <w:t>78. 修改病句：“为了防止不再发生类似事故，我们加强了检查。” 修改为：____（病因为：否定不当（删“不再”））</w:t>
      </w:r>
    </w:p>
    <w:p>
      <w:r>
        <w:t>79. 修改病句：“老师详细地介绍了许多张老师的先进事迹。” 修改为：____（病因为：歧义（“张老师”是谁介绍不明确））</w:t>
      </w:r>
    </w:p>
    <w:p>
      <w:r>
        <w:t>80. 修改病句：“他的家乡是内蒙古呼伦贝尔人。” 修改为：____（病因为：句式杂糅（删“人”或改为“他的家乡是呼伦贝尔”））</w:t>
      </w:r>
    </w:p>
    <w:p>
      <w:r>
        <w:t>81. 修改病句：“通过这次活动，使我认识到团结的重要性。” 修改为：____（病因为：成分残缺（缺主语，删“通过”或“使”））</w:t>
      </w:r>
    </w:p>
    <w:p>
      <w:r>
        <w:t>82. 修改病句：“他的写作水平明显改进了。” 修改为：____（病因为：搭配不当（“水平”应搭配“提高”））</w:t>
      </w:r>
    </w:p>
    <w:p>
      <w:r>
        <w:t>83. 修改病句：“能否刻苦学习，是取得好成绩的关键。” 修改为：____（病因为：两面对一面（删“能否”））</w:t>
      </w:r>
    </w:p>
    <w:p>
      <w:r>
        <w:t>84. 修改病句：“我们要发扬和继承艰苦奋斗的光荣传统。” 修改为：____（病因为：语序不当（先继承后发扬））</w:t>
      </w:r>
    </w:p>
    <w:p>
      <w:r>
        <w:t>85. 修改病句：“大约三十个左右的人参加了会议。” 修改为：____（病因为：重复赘余（删“大约”或“左右”））</w:t>
      </w:r>
    </w:p>
    <w:p>
      <w:r>
        <w:t>86. 修改病句：“为了防止不再发生类似事故，我们加强了检查。” 修改为：____（病因为：否定不当（删“不再”））</w:t>
      </w:r>
    </w:p>
    <w:p>
      <w:r>
        <w:t>87. 修改病句：“老师详细地介绍了许多张老师的先进事迹。” 修改为：____（病因为：歧义（“张老师”是谁介绍不明确））</w:t>
      </w:r>
    </w:p>
    <w:p>
      <w:r>
        <w:t>88. 修改病句：“他的家乡是内蒙古呼伦贝尔人。” 修改为：____（病因为：句式杂糅（删“人”或改为“他的家乡是呼伦贝尔”））</w:t>
      </w:r>
    </w:p>
    <w:p>
      <w:r>
        <w:t>89. 修改病句：“通过这次活动，使我认识到团结的重要性。” 修改为：____（病因为：成分残缺（缺主语，删“通过”或“使”））</w:t>
      </w:r>
    </w:p>
    <w:p>
      <w:r>
        <w:t>90. 修改病句：“他的写作水平明显改进了。” 修改为：____（病因为：搭配不当（“水平”应搭配“提高”））</w:t>
      </w:r>
    </w:p>
    <w:p>
      <w:r>
        <w:t>91. 修改病句：“能否刻苦学习，是取得好成绩的关键。” 修改为：____（病因为：两面对一面（删“能否”））</w:t>
      </w:r>
    </w:p>
    <w:p>
      <w:r>
        <w:t>92. 修改病句：“我们要发扬和继承艰苦奋斗的光荣传统。” 修改为：____（病因为：语序不当（先继承后发扬））</w:t>
      </w:r>
    </w:p>
    <w:p>
      <w:r>
        <w:t>93. 修改病句：“大约三十个左右的人参加了会议。” 修改为：____（病因为：重复赘余（删“大约”或“左右”））</w:t>
      </w:r>
    </w:p>
    <w:p>
      <w:r>
        <w:t>94. 修改病句：“为了防止不再发生类似事故，我们加强了检查。” 修改为：____（病因为：否定不当（删“不再”））</w:t>
      </w:r>
    </w:p>
    <w:p>
      <w:r>
        <w:t>95. 修改病句：“老师详细地介绍了许多张老师的先进事迹。” 修改为：____（病因为：歧义（“张老师”是谁介绍不明确））</w:t>
      </w:r>
    </w:p>
    <w:p>
      <w:r>
        <w:t>96. 修改病句：“他的家乡是内蒙古呼伦贝尔人。” 修改为：____（病因为：句式杂糅（删“人”或改为“他的家乡是呼伦贝尔”））</w:t>
      </w:r>
    </w:p>
    <w:p>
      <w:r>
        <w:t>97. 修改病句：“通过这次活动，使我认识到团结的重要性。” 修改为：____（病因为：成分残缺（缺主语，删“通过”或“使”））</w:t>
      </w:r>
    </w:p>
    <w:p>
      <w:r>
        <w:t>98. 修改病句：“他的写作水平明显改进了。” 修改为：____（病因为：搭配不当（“水平”应搭配“提高”））</w:t>
      </w:r>
    </w:p>
    <w:p>
      <w:r>
        <w:t>99. 修改病句：“能否刻苦学习，是取得好成绩的关键。” 修改为：____（病因为：两面对一面（删“能否”））</w:t>
      </w:r>
    </w:p>
    <w:p>
      <w:r>
        <w:t>100. 修改病句：“我们要发扬和继承艰苦奋斗的光荣传统。” 修改为：____（病因为：语序不当（先继承后发扬））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【一、病句修改（每题1分，共100分）】答案：</w:t>
      </w:r>
    </w:p>
    <w:p>
      <w:r>
        <w:t>1. 修改病句：“通过这次活动，使我认识到团结的重要性。” 修改为：____（病因为：成分残缺（缺主语，删“通过”或“使”））</w:t>
      </w:r>
    </w:p>
    <w:p>
      <w:r>
        <w:t>2. 修改病句：“他的写作水平明显改进了。” 修改为：____（病因为：搭配不当（“水平”应搭配“提高”））</w:t>
      </w:r>
    </w:p>
    <w:p>
      <w:r>
        <w:t>3. 修改病句：“能否刻苦学习，是取得好成绩的关键。” 修改为：____（病因为：两面对一面（删“能否”））</w:t>
      </w:r>
    </w:p>
    <w:p>
      <w:r>
        <w:t>4. 修改病句：“我们要发扬和继承艰苦奋斗的光荣传统。” 修改为：____（病因为：语序不当（先继承后发扬））</w:t>
      </w:r>
    </w:p>
    <w:p>
      <w:r>
        <w:t>5. 修改病句：“大约三十个左右的人参加了会议。” 修改为：____（病因为：重复赘余（删“大约”或“左右”））</w:t>
      </w:r>
    </w:p>
    <w:p>
      <w:r>
        <w:t>6. 修改病句：“为了防止不再发生类似事故，我们加强了检查。” 修改为：____（病因为：否定不当（删“不再”））</w:t>
      </w:r>
    </w:p>
    <w:p>
      <w:r>
        <w:t>7. 修改病句：“老师详细地介绍了许多张老师的先进事迹。” 修改为：____（病因为：歧义（“张老师”是谁介绍不明确））</w:t>
      </w:r>
    </w:p>
    <w:p>
      <w:r>
        <w:t>8. 修改病句：“他的家乡是内蒙古呼伦贝尔人。” 修改为：____（病因为：句式杂糅（删“人”或改为“他的家乡是呼伦贝尔”））</w:t>
      </w:r>
    </w:p>
    <w:p>
      <w:r>
        <w:t>9. 修改病句：“通过这次活动，使我认识到团结的重要性。” 修改为：____（病因为：成分残缺（缺主语，删“通过”或“使”））</w:t>
      </w:r>
    </w:p>
    <w:p>
      <w:r>
        <w:t>10. 修改病句：“他的写作水平明显改进了。” 修改为：____（病因为：搭配不当（“水平”应搭配“提高”））</w:t>
      </w:r>
    </w:p>
    <w:p>
      <w:r>
        <w:t>11. 修改病句：“能否刻苦学习，是取得好成绩的关键。” 修改为：____（病因为：两面对一面（删“能否”））</w:t>
      </w:r>
    </w:p>
    <w:p>
      <w:r>
        <w:t>12. 修改病句：“我们要发扬和继承艰苦奋斗的光荣传统。” 修改为：____（病因为：语序不当（先继承后发扬））</w:t>
      </w:r>
    </w:p>
    <w:p>
      <w:r>
        <w:t>13. 修改病句：“大约三十个左右的人参加了会议。” 修改为：____（病因为：重复赘余（删“大约”或“左右”））</w:t>
      </w:r>
    </w:p>
    <w:p>
      <w:r>
        <w:t>14. 修改病句：“为了防止不再发生类似事故，我们加强了检查。” 修改为：____（病因为：否定不当（删“不再”））</w:t>
      </w:r>
    </w:p>
    <w:p>
      <w:r>
        <w:t>15. 修改病句：“老师详细地介绍了许多张老师的先进事迹。” 修改为：____（病因为：歧义（“张老师”是谁介绍不明确））</w:t>
      </w:r>
    </w:p>
    <w:p>
      <w:r>
        <w:t>16. 修改病句：“他的家乡是内蒙古呼伦贝尔人。” 修改为：____（病因为：句式杂糅（删“人”或改为“他的家乡是呼伦贝尔”））</w:t>
      </w:r>
    </w:p>
    <w:p>
      <w:r>
        <w:t>17. 修改病句：“通过这次活动，使我认识到团结的重要性。” 修改为：____（病因为：成分残缺（缺主语，删“通过”或“使”））</w:t>
      </w:r>
    </w:p>
    <w:p>
      <w:r>
        <w:t>18. 修改病句：“他的写作水平明显改进了。” 修改为：____（病因为：搭配不当（“水平”应搭配“提高”））</w:t>
      </w:r>
    </w:p>
    <w:p>
      <w:r>
        <w:t>19. 修改病句：“能否刻苦学习，是取得好成绩的关键。” 修改为：____（病因为：两面对一面（删“能否”））</w:t>
      </w:r>
    </w:p>
    <w:p>
      <w:r>
        <w:t>20. 修改病句：“我们要发扬和继承艰苦奋斗的光荣传统。” 修改为：____（病因为：语序不当（先继承后发扬））</w:t>
      </w:r>
    </w:p>
    <w:p>
      <w:r>
        <w:t>21. 修改病句：“大约三十个左右的人参加了会议。” 修改为：____（病因为：重复赘余（删“大约”或“左右”））</w:t>
      </w:r>
    </w:p>
    <w:p>
      <w:r>
        <w:t>22. 修改病句：“为了防止不再发生类似事故，我们加强了检查。” 修改为：____（病因为：否定不当（删“不再”））</w:t>
      </w:r>
    </w:p>
    <w:p>
      <w:r>
        <w:t>23. 修改病句：“老师详细地介绍了许多张老师的先进事迹。” 修改为：____（病因为：歧义（“张老师”是谁介绍不明确））</w:t>
      </w:r>
    </w:p>
    <w:p>
      <w:r>
        <w:t>24. 修改病句：“他的家乡是内蒙古呼伦贝尔人。” 修改为：____（病因为：句式杂糅（删“人”或改为“他的家乡是呼伦贝尔”））</w:t>
      </w:r>
    </w:p>
    <w:p>
      <w:r>
        <w:t>25. 修改病句：“通过这次活动，使我认识到团结的重要性。” 修改为：____（病因为：成分残缺（缺主语，删“通过”或“使”））</w:t>
      </w:r>
    </w:p>
    <w:p>
      <w:r>
        <w:t>26. 修改病句：“他的写作水平明显改进了。” 修改为：____（病因为：搭配不当（“水平”应搭配“提高”））</w:t>
      </w:r>
    </w:p>
    <w:p>
      <w:r>
        <w:t>27. 修改病句：“能否刻苦学习，是取得好成绩的关键。” 修改为：____（病因为：两面对一面（删“能否”））</w:t>
      </w:r>
    </w:p>
    <w:p>
      <w:r>
        <w:t>28. 修改病句：“我们要发扬和继承艰苦奋斗的光荣传统。” 修改为：____（病因为：语序不当（先继承后发扬））</w:t>
      </w:r>
    </w:p>
    <w:p>
      <w:r>
        <w:t>29. 修改病句：“大约三十个左右的人参加了会议。” 修改为：____（病因为：重复赘余（删“大约”或“左右”））</w:t>
      </w:r>
    </w:p>
    <w:p>
      <w:r>
        <w:t>30. 修改病句：“为了防止不再发生类似事故，我们加强了检查。” 修改为：____（病因为：否定不当（删“不再”））</w:t>
      </w:r>
    </w:p>
    <w:p>
      <w:r>
        <w:t>31. 修改病句：“老师详细地介绍了许多张老师的先进事迹。” 修改为：____（病因为：歧义（“张老师”是谁介绍不明确））</w:t>
      </w:r>
    </w:p>
    <w:p>
      <w:r>
        <w:t>32. 修改病句：“他的家乡是内蒙古呼伦贝尔人。” 修改为：____（病因为：句式杂糅（删“人”或改为“他的家乡是呼伦贝尔”））</w:t>
      </w:r>
    </w:p>
    <w:p>
      <w:r>
        <w:t>33. 修改病句：“通过这次活动，使我认识到团结的重要性。” 修改为：____（病因为：成分残缺（缺主语，删“通过”或“使”））</w:t>
      </w:r>
    </w:p>
    <w:p>
      <w:r>
        <w:t>34. 修改病句：“他的写作水平明显改进了。” 修改为：____（病因为：搭配不当（“水平”应搭配“提高”））</w:t>
      </w:r>
    </w:p>
    <w:p>
      <w:r>
        <w:t>35. 修改病句：“能否刻苦学习，是取得好成绩的关键。” 修改为：____（病因为：两面对一面（删“能否”））</w:t>
      </w:r>
    </w:p>
    <w:p>
      <w:r>
        <w:t>36. 修改病句：“我们要发扬和继承艰苦奋斗的光荣传统。” 修改为：____（病因为：语序不当（先继承后发扬））</w:t>
      </w:r>
    </w:p>
    <w:p>
      <w:r>
        <w:t>37. 修改病句：“大约三十个左右的人参加了会议。” 修改为：____（病因为：重复赘余（删“大约”或“左右”））</w:t>
      </w:r>
    </w:p>
    <w:p>
      <w:r>
        <w:t>38. 修改病句：“为了防止不再发生类似事故，我们加强了检查。” 修改为：____（病因为：否定不当（删“不再”））</w:t>
      </w:r>
    </w:p>
    <w:p>
      <w:r>
        <w:t>39. 修改病句：“老师详细地介绍了许多张老师的先进事迹。” 修改为：____（病因为：歧义（“张老师”是谁介绍不明确））</w:t>
      </w:r>
    </w:p>
    <w:p>
      <w:r>
        <w:t>40. 修改病句：“他的家乡是内蒙古呼伦贝尔人。” 修改为：____（病因为：句式杂糅（删“人”或改为“他的家乡是呼伦贝尔”））</w:t>
      </w:r>
    </w:p>
    <w:p>
      <w:r>
        <w:t>41. 修改病句：“通过这次活动，使我认识到团结的重要性。” 修改为：____（病因为：成分残缺（缺主语，删“通过”或“使”））</w:t>
      </w:r>
    </w:p>
    <w:p>
      <w:r>
        <w:t>42. 修改病句：“他的写作水平明显改进了。” 修改为：____（病因为：搭配不当（“水平”应搭配“提高”））</w:t>
      </w:r>
    </w:p>
    <w:p>
      <w:r>
        <w:t>43. 修改病句：“能否刻苦学习，是取得好成绩的关键。” 修改为：____（病因为：两面对一面（删“能否”））</w:t>
      </w:r>
    </w:p>
    <w:p>
      <w:r>
        <w:t>44. 修改病句：“我们要发扬和继承艰苦奋斗的光荣传统。” 修改为：____（病因为：语序不当（先继承后发扬））</w:t>
      </w:r>
    </w:p>
    <w:p>
      <w:r>
        <w:t>45. 修改病句：“大约三十个左右的人参加了会议。” 修改为：____（病因为：重复赘余（删“大约”或“左右”））</w:t>
      </w:r>
    </w:p>
    <w:p>
      <w:r>
        <w:t>46. 修改病句：“为了防止不再发生类似事故，我们加强了检查。” 修改为：____（病因为：否定不当（删“不再”））</w:t>
      </w:r>
    </w:p>
    <w:p>
      <w:r>
        <w:t>47. 修改病句：“老师详细地介绍了许多张老师的先进事迹。” 修改为：____（病因为：歧义（“张老师”是谁介绍不明确））</w:t>
      </w:r>
    </w:p>
    <w:p>
      <w:r>
        <w:t>48. 修改病句：“他的家乡是内蒙古呼伦贝尔人。” 修改为：____（病因为：句式杂糅（删“人”或改为“他的家乡是呼伦贝尔”））</w:t>
      </w:r>
    </w:p>
    <w:p>
      <w:r>
        <w:t>49. 修改病句：“通过这次活动，使我认识到团结的重要性。” 修改为：____（病因为：成分残缺（缺主语，删“通过”或“使”））</w:t>
      </w:r>
    </w:p>
    <w:p>
      <w:r>
        <w:t>50. 修改病句：“他的写作水平明显改进了。” 修改为：____（病因为：搭配不当（“水平”应搭配“提高”））</w:t>
      </w:r>
    </w:p>
    <w:p>
      <w:r>
        <w:t>51. 修改病句：“能否刻苦学习，是取得好成绩的关键。” 修改为：____（病因为：两面对一面（删“能否”））</w:t>
      </w:r>
    </w:p>
    <w:p>
      <w:r>
        <w:t>52. 修改病句：“我们要发扬和继承艰苦奋斗的光荣传统。” 修改为：____（病因为：语序不当（先继承后发扬））</w:t>
      </w:r>
    </w:p>
    <w:p>
      <w:r>
        <w:t>53. 修改病句：“大约三十个左右的人参加了会议。” 修改为：____（病因为：重复赘余（删“大约”或“左右”））</w:t>
      </w:r>
    </w:p>
    <w:p>
      <w:r>
        <w:t>54. 修改病句：“为了防止不再发生类似事故，我们加强了检查。” 修改为：____（病因为：否定不当（删“不再”））</w:t>
      </w:r>
    </w:p>
    <w:p>
      <w:r>
        <w:t>55. 修改病句：“老师详细地介绍了许多张老师的先进事迹。” 修改为：____（病因为：歧义（“张老师”是谁介绍不明确））</w:t>
      </w:r>
    </w:p>
    <w:p>
      <w:r>
        <w:t>56. 修改病句：“他的家乡是内蒙古呼伦贝尔人。” 修改为：____（病因为：句式杂糅（删“人”或改为“他的家乡是呼伦贝尔”））</w:t>
      </w:r>
    </w:p>
    <w:p>
      <w:r>
        <w:t>57. 修改病句：“通过这次活动，使我认识到团结的重要性。” 修改为：____（病因为：成分残缺（缺主语，删“通过”或“使”））</w:t>
      </w:r>
    </w:p>
    <w:p>
      <w:r>
        <w:t>58. 修改病句：“他的写作水平明显改进了。” 修改为：____（病因为：搭配不当（“水平”应搭配“提高”））</w:t>
      </w:r>
    </w:p>
    <w:p>
      <w:r>
        <w:t>59. 修改病句：“能否刻苦学习，是取得好成绩的关键。” 修改为：____（病因为：两面对一面（删“能否”））</w:t>
      </w:r>
    </w:p>
    <w:p>
      <w:r>
        <w:t>60. 修改病句：“我们要发扬和继承艰苦奋斗的光荣传统。” 修改为：____（病因为：语序不当（先继承后发扬））</w:t>
      </w:r>
    </w:p>
    <w:p>
      <w:r>
        <w:t>61. 修改病句：“大约三十个左右的人参加了会议。” 修改为：____（病因为：重复赘余（删“大约”或“左右”））</w:t>
      </w:r>
    </w:p>
    <w:p>
      <w:r>
        <w:t>62. 修改病句：“为了防止不再发生类似事故，我们加强了检查。” 修改为：____（病因为：否定不当（删“不再”））</w:t>
      </w:r>
    </w:p>
    <w:p>
      <w:r>
        <w:t>63. 修改病句：“老师详细地介绍了许多张老师的先进事迹。” 修改为：____（病因为：歧义（“张老师”是谁介绍不明确））</w:t>
      </w:r>
    </w:p>
    <w:p>
      <w:r>
        <w:t>64. 修改病句：“他的家乡是内蒙古呼伦贝尔人。” 修改为：____（病因为：句式杂糅（删“人”或改为“他的家乡是呼伦贝尔”））</w:t>
      </w:r>
    </w:p>
    <w:p>
      <w:r>
        <w:t>65. 修改病句：“通过这次活动，使我认识到团结的重要性。” 修改为：____（病因为：成分残缺（缺主语，删“通过”或“使”））</w:t>
      </w:r>
    </w:p>
    <w:p>
      <w:r>
        <w:t>66. 修改病句：“他的写作水平明显改进了。” 修改为：____（病因为：搭配不当（“水平”应搭配“提高”））</w:t>
      </w:r>
    </w:p>
    <w:p>
      <w:r>
        <w:t>67. 修改病句：“能否刻苦学习，是取得好成绩的关键。” 修改为：____（病因为：两面对一面（删“能否”））</w:t>
      </w:r>
    </w:p>
    <w:p>
      <w:r>
        <w:t>68. 修改病句：“我们要发扬和继承艰苦奋斗的光荣传统。” 修改为：____（病因为：语序不当（先继承后发扬））</w:t>
      </w:r>
    </w:p>
    <w:p>
      <w:r>
        <w:t>69. 修改病句：“大约三十个左右的人参加了会议。” 修改为：____（病因为：重复赘余（删“大约”或“左右”））</w:t>
      </w:r>
    </w:p>
    <w:p>
      <w:r>
        <w:t>70. 修改病句：“为了防止不再发生类似事故，我们加强了检查。” 修改为：____（病因为：否定不当（删“不再”））</w:t>
      </w:r>
    </w:p>
    <w:p>
      <w:r>
        <w:t>71. 修改病句：“老师详细地介绍了许多张老师的先进事迹。” 修改为：____（病因为：歧义（“张老师”是谁介绍不明确））</w:t>
      </w:r>
    </w:p>
    <w:p>
      <w:r>
        <w:t>72. 修改病句：“他的家乡是内蒙古呼伦贝尔人。” 修改为：____（病因为：句式杂糅（删“人”或改为“他的家乡是呼伦贝尔”））</w:t>
      </w:r>
    </w:p>
    <w:p>
      <w:r>
        <w:t>73. 修改病句：“通过这次活动，使我认识到团结的重要性。” 修改为：____（病因为：成分残缺（缺主语，删“通过”或“使”））</w:t>
      </w:r>
    </w:p>
    <w:p>
      <w:r>
        <w:t>74. 修改病句：“他的写作水平明显改进了。” 修改为：____（病因为：搭配不当（“水平”应搭配“提高”））</w:t>
      </w:r>
    </w:p>
    <w:p>
      <w:r>
        <w:t>75. 修改病句：“能否刻苦学习，是取得好成绩的关键。” 修改为：____（病因为：两面对一面（删“能否”））</w:t>
      </w:r>
    </w:p>
    <w:p>
      <w:r>
        <w:t>76. 修改病句：“我们要发扬和继承艰苦奋斗的光荣传统。” 修改为：____（病因为：语序不当（先继承后发扬））</w:t>
      </w:r>
    </w:p>
    <w:p>
      <w:r>
        <w:t>77. 修改病句：“大约三十个左右的人参加了会议。” 修改为：____（病因为：重复赘余（删“大约”或“左右”））</w:t>
      </w:r>
    </w:p>
    <w:p>
      <w:r>
        <w:t>78. 修改病句：“为了防止不再发生类似事故，我们加强了检查。” 修改为：____（病因为：否定不当（删“不再”））</w:t>
      </w:r>
    </w:p>
    <w:p>
      <w:r>
        <w:t>79. 修改病句：“老师详细地介绍了许多张老师的先进事迹。” 修改为：____（病因为：歧义（“张老师”是谁介绍不明确））</w:t>
      </w:r>
    </w:p>
    <w:p>
      <w:r>
        <w:t>80. 修改病句：“他的家乡是内蒙古呼伦贝尔人。” 修改为：____（病因为：句式杂糅（删“人”或改为“他的家乡是呼伦贝尔”））</w:t>
      </w:r>
    </w:p>
    <w:p>
      <w:r>
        <w:t>81. 修改病句：“通过这次活动，使我认识到团结的重要性。” 修改为：____（病因为：成分残缺（缺主语，删“通过”或“使”））</w:t>
      </w:r>
    </w:p>
    <w:p>
      <w:r>
        <w:t>82. 修改病句：“他的写作水平明显改进了。” 修改为：____（病因为：搭配不当（“水平”应搭配“提高”））</w:t>
      </w:r>
    </w:p>
    <w:p>
      <w:r>
        <w:t>83. 修改病句：“能否刻苦学习，是取得好成绩的关键。” 修改为：____（病因为：两面对一面（删“能否”））</w:t>
      </w:r>
    </w:p>
    <w:p>
      <w:r>
        <w:t>84. 修改病句：“我们要发扬和继承艰苦奋斗的光荣传统。” 修改为：____（病因为：语序不当（先继承后发扬））</w:t>
      </w:r>
    </w:p>
    <w:p>
      <w:r>
        <w:t>85. 修改病句：“大约三十个左右的人参加了会议。” 修改为：____（病因为：重复赘余（删“大约”或“左右”））</w:t>
      </w:r>
    </w:p>
    <w:p>
      <w:r>
        <w:t>86. 修改病句：“为了防止不再发生类似事故，我们加强了检查。” 修改为：____（病因为：否定不当（删“不再”））</w:t>
      </w:r>
    </w:p>
    <w:p>
      <w:r>
        <w:t>87. 修改病句：“老师详细地介绍了许多张老师的先进事迹。” 修改为：____（病因为：歧义（“张老师”是谁介绍不明确））</w:t>
      </w:r>
    </w:p>
    <w:p>
      <w:r>
        <w:t>88. 修改病句：“他的家乡是内蒙古呼伦贝尔人。” 修改为：____（病因为：句式杂糅（删“人”或改为“他的家乡是呼伦贝尔”））</w:t>
      </w:r>
    </w:p>
    <w:p>
      <w:r>
        <w:t>89. 修改病句：“通过这次活动，使我认识到团结的重要性。” 修改为：____（病因为：成分残缺（缺主语，删“通过”或“使”））</w:t>
      </w:r>
    </w:p>
    <w:p>
      <w:r>
        <w:t>90. 修改病句：“他的写作水平明显改进了。” 修改为：____（病因为：搭配不当（“水平”应搭配“提高”））</w:t>
      </w:r>
    </w:p>
    <w:p>
      <w:r>
        <w:t>91. 修改病句：“能否刻苦学习，是取得好成绩的关键。” 修改为：____（病因为：两面对一面（删“能否”））</w:t>
      </w:r>
    </w:p>
    <w:p>
      <w:r>
        <w:t>92. 修改病句：“我们要发扬和继承艰苦奋斗的光荣传统。” 修改为：____（病因为：语序不当（先继承后发扬））</w:t>
      </w:r>
    </w:p>
    <w:p>
      <w:r>
        <w:t>93. 修改病句：“大约三十个左右的人参加了会议。” 修改为：____（病因为：重复赘余（删“大约”或“左右”））</w:t>
      </w:r>
    </w:p>
    <w:p>
      <w:r>
        <w:t>94. 修改病句：“为了防止不再发生类似事故，我们加强了检查。” 修改为：____（病因为：否定不当（删“不再”））</w:t>
      </w:r>
    </w:p>
    <w:p>
      <w:r>
        <w:t>95. 修改病句：“老师详细地介绍了许多张老师的先进事迹。” 修改为：____（病因为：歧义（“张老师”是谁介绍不明确））</w:t>
      </w:r>
    </w:p>
    <w:p>
      <w:r>
        <w:t>96. 修改病句：“他的家乡是内蒙古呼伦贝尔人。” 修改为：____（病因为：句式杂糅（删“人”或改为“他的家乡是呼伦贝尔”））</w:t>
      </w:r>
    </w:p>
    <w:p>
      <w:r>
        <w:t>97. 修改病句：“通过这次活动，使我认识到团结的重要性。” 修改为：____（病因为：成分残缺（缺主语，删“通过”或“使”））</w:t>
      </w:r>
    </w:p>
    <w:p>
      <w:r>
        <w:t>98. 修改病句：“他的写作水平明显改进了。” 修改为：____（病因为：搭配不当（“水平”应搭配“提高”））</w:t>
      </w:r>
    </w:p>
    <w:p>
      <w:r>
        <w:t>99. 修改病句：“能否刻苦学习，是取得好成绩的关键。” 修改为：____（病因为：两面对一面（删“能否”））</w:t>
      </w:r>
    </w:p>
    <w:p>
      <w:r>
        <w:t>100. 修改病句：“我们要发扬和继承艰苦奋斗的光荣传统。” 修改为：____（病因为：语序不当（先继承后发扬））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