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2026年个人工作总结范文（通用版，可直接改名字用）</w:t>
      </w:r>
    </w:p>
    <w:p>
      <w:r>
        <w:t>年底到了，又要写总结！小编整理了一份2026年个人工作总结范文（通用版），覆盖德、能、勤、绩四个维度，企事业单位员工都能用，下载后把岗位和成绩改成自己的就行。</w:t>
      </w:r>
    </w:p>
    <w:p>
      <w:r>
        <w:t>亮点：①结构完整（前言+成绩+不足+计划）；②每段都有可替换的模板句；③末尾附写作技巧。网页是预览版，下载Word完整版可直接编辑。? 免费下载Word完整版（可直接打印编辑）</w:t>
      </w:r>
    </w:p>
    <w:p>
      <w:pPr>
        <w:pStyle w:val="Heading1"/>
      </w:pPr>
      <w:r>
        <w:t>2026年度个人工作总结</w:t>
      </w:r>
    </w:p>
    <w:p>
      <w:r>
        <w:t>【前言】2026年，在领导和同事的支持帮助下，我立足本职岗位，认真履行职责，较好地完成了各项工作任务。现将一年来的工作情况总结如下。</w:t>
      </w:r>
    </w:p>
    <w:p>
      <w:pPr>
        <w:pStyle w:val="Heading1"/>
      </w:pPr>
      <w:r>
        <w:t>一、思想政治方面</w:t>
      </w:r>
    </w:p>
    <w:p>
      <w:r>
        <w:t>过去一年，我认真学习贯彻各项方针政策，积极参加单位组织的学习活动，不断提高政治站位和思想觉悟，始终以踏实肯干的态度对待每一项工作。</w:t>
      </w:r>
    </w:p>
    <w:p>
      <w:pPr>
        <w:pStyle w:val="Heading1"/>
      </w:pPr>
      <w:r>
        <w:t>二、主要工作成绩</w:t>
      </w:r>
    </w:p>
    <w:p>
      <w:r>
        <w:t>1. 本职工作：全年完成____项工作任务，较上年增长____%；</w:t>
      </w:r>
    </w:p>
    <w:p>
      <w:r>
        <w:t>2. 重点任务：参与____项目，按期保质完成____；</w:t>
      </w:r>
    </w:p>
    <w:p>
      <w:r>
        <w:t>3. 其他工作：协助完成____，主动承担临时性任务____次。</w:t>
      </w:r>
    </w:p>
    <w:p>
      <w:r>
        <w:t>（替换成你自己的数据和成绩）</w:t>
      </w:r>
    </w:p>
    <w:p>
      <w:pPr>
        <w:pStyle w:val="Heading1"/>
      </w:pPr>
      <w:r>
        <w:t>三、存在的不足</w:t>
      </w:r>
    </w:p>
    <w:p>
      <w:r>
        <w:t>一是业务知识学习还不够深入；二是创新意识有待加强；三是与同事的沟通协作还需改进。</w:t>
      </w:r>
    </w:p>
    <w:p>
      <w:pPr>
        <w:pStyle w:val="Heading1"/>
      </w:pPr>
      <w:r>
        <w:t>四、2027年工作打算</w:t>
      </w:r>
    </w:p>
    <w:p>
      <w:r>
        <w:t>新的一年，我将加强业务学习，提升专业能力；改进工作方法，提高工作效率；以更高的标准严格要求自己，为单位发展贡献更大力量。? 写作技巧：总结要"数字+事例"，避免空话；成绩要具体，不足要真诚，计划要有可操作性。Word版可直接编辑。? 免费下载Word完整版（可直接打印编辑）本文由「老百姓办事指南」整理，资料供学习参考，可下载Word版打印使用。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