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个人年度工作总结范文（通用版：成绩+不足+计划）</w:t>
      </w:r>
    </w:p>
    <w:p>
      <w:r>
        <w:t>个人年度工作总结是职场人的“年度必答题”！小编整理了个人年度工作总结范文（通用版），适用于行政、销售、技术等各类岗位，框架完整可直接套用。</w:t>
      </w:r>
    </w:p>
    <w:p>
      <w:r>
        <w:t>亮点：①经典三段式：主要成绩-存在不足-明年计划；②量化写法示范；③工作亮点提炼技巧；④Word版可修改成自己的。网页是预览版，下载Word完整版可编辑使用。? 免费下载Word完整版（可直接打印编辑）</w:t>
      </w:r>
    </w:p>
    <w:p>
      <w:pPr>
        <w:pStyle w:val="Heading1"/>
      </w:pPr>
      <w:r>
        <w:t>范文正文（节选）</w:t>
      </w:r>
    </w:p>
    <w:p>
      <w:r>
        <w:t>2026年即将结束，回顾这一年的工作，在领导的关心指导和同事们的支持帮助下，我较好地完成了各项工作任务，现将个人工作总结如下：</w:t>
      </w:r>
    </w:p>
    <w:p>
      <w:r>
        <w:t>一、主要工作完成情况</w:t>
      </w:r>
    </w:p>
    <w:p>
      <w:r>
        <w:t>1. 本职工作方面：全年完成XX项目X个，处理业务XX笔，达成率XX%，较去年提升X%。</w:t>
      </w:r>
    </w:p>
    <w:p>
      <w:r>
        <w:t>2. 重点工作方面：参与XX专项工作，负责XX环节，保障项目按期交付，获得XX认可。</w:t>
      </w:r>
    </w:p>
    <w:p>
      <w:r>
        <w:t>3. 学习提升方面：完成XX培训X场，取得XX证书，将所学应用到工作中。</w:t>
      </w:r>
    </w:p>
    <w:p>
      <w:r>
        <w:t>二、存在的不足</w:t>
      </w:r>
    </w:p>
    <w:p>
      <w:r>
        <w:t>1. 工作经验积累还不够，面对复杂问题有时处理不够果断；2. 主动思考、主动谋划不足，工作创新性有待提升；3. 时间管理能力需加强，多项任务并行时偶有手忙脚乱。</w:t>
      </w:r>
    </w:p>
    <w:p>
      <w:r>
        <w:t>三、明年工作计划</w:t>
      </w:r>
    </w:p>
    <w:p>
      <w:r>
        <w:t>1. 制定清晰的年度目标，分解到季度和月度；2. 加强专业学习，提升XX能力；3. 优化工作方法，提高工作效率；4. 加强与同事的协作沟通，共同提升团队战斗力。</w:t>
      </w:r>
    </w:p>
    <w:p>
      <w:r>
        <w:t>新的一年，我将以更高的标准要求自己，争取更大的进步。? 写作要点：①用数据和结果说话；②不足要真诚但不过度自贬；③计划要与公司目标挂钩。完整版见Word。?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