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个人年度述职报告模板（通用版·含范文）</w:t>
      </w:r>
    </w:p>
    <w:p>
      <w:r>
        <w:t>个人年度述职报告</w:t>
      </w:r>
    </w:p>
    <w:p>
      <w:r>
        <w:t>各位领导、各位同事：大家好！现将本人___年度工作情况向大家述职，请予以评议。</w:t>
      </w:r>
    </w:p>
    <w:p>
      <w:r>
        <w:t>一、岗位职责履行情况：本年度，我主要承担___岗位职责，具体包括：1.___；2.___；3.___。一年来，我认真履行岗位职责，围绕中心工作，较好地完成了各项任务。</w:t>
      </w:r>
    </w:p>
    <w:p>
      <w:r>
        <w:t>二、主要工作成绩：1.业务工作方面：完成___（具体任务及数量），实现___（成果/数据）；2.专项工作方面：参与___（重点项目），负责___，取得___；3.其他方面：___。以上成绩的取得，离不开领导的关心指导和同事们的帮助支持。</w:t>
      </w:r>
    </w:p>
    <w:p>
      <w:r>
        <w:t>三、存在的问题与不足：对照岗位要求，我还存在以下不足：1.学习主动性不够强，对___新知识新政策掌握不及时；2.工作创新能力有待提高，习惯于按老办法办事；3.统筹协调能力有待加强，多任务处理时效率不够高。</w:t>
      </w:r>
    </w:p>
    <w:p>
      <w:r>
        <w:t>四、今后努力方向：1.加强学习，提升能力：系统学习___，不断提高业务水平；2.改进作风，狠抓落实：树立"马上就办"意识，提高工作效率；3.创新方法，争创一流：积极探索___新路径，力争工作有新突破。</w:t>
      </w:r>
    </w:p>
    <w:p>
      <w:r>
        <w:t>以上述职，请各位领导、同事批评指正。谢谢大家！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