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个人思想工作总结范文（半年/年度通用）</w:t>
      </w:r>
    </w:p>
    <w:p>
      <w:pPr>
        <w:jc w:val="center"/>
      </w:pPr>
      <w:r>
        <w:t>（范文模板，可直接参考使用）</w:t>
      </w:r>
    </w:p>
    <w:p/>
    <w:p>
      <w:r>
        <w:t>个人思想学习工作总结</w:t>
      </w:r>
    </w:p>
    <w:p>
      <w:r>
        <w:t>202X年上半年，本人在单位领导的关心指导和同事们的支持帮助下，坚持学思践悟、知行合一，较好地完成了各项工作任务。现将个人思想、学习、工作情况总结如下。</w:t>
      </w:r>
    </w:p>
    <w:p>
      <w:r>
        <w:t>一、思想方面。始终把思想政治建设摆在首位，自觉学习党的创新理论和路线方针政策，坚定拥护党的决策部署。积极参加单位组织的政治学习和主题党日活动，坚持用党的创新理论武装头脑、指导实践。在工作中，自觉做到讲政治、顾大局、守纪律，始终与单位决策部署保持高度一致。</w:t>
      </w:r>
    </w:p>
    <w:p>
      <w:r>
        <w:t>二、学习方面。坚持“学以致用、用以促学”的理念，制定了个人学习计划，每周安排不少于X小时学习时间。上半年累计阅读专业书籍X本，参加线上培训X次，撰写学习笔记X万余字。重点学习了XX、XX等与本职工作密切相关的业务知识，提升了专业素养和工作能力。</w:t>
      </w:r>
    </w:p>
    <w:p>
      <w:r>
        <w:t>三、工作方面。立足本职岗位，认真履职尽责。上半年累计完成XX、XX等重点工作X项，办理日常业务X件，均做到按程序、按时限、高质量完成。在XX重点任务中，主动担当、加班加点，确保任务按时交付。在服务群众工作中，耐心细致、热情周到，收到群众好评。</w:t>
      </w:r>
    </w:p>
    <w:p>
      <w:r>
        <w:t>四、廉洁自律方面。严格遵守各项纪律规定，自觉接受组织和群众监督。不利用职务便利谋取私利，不参与违规违纪活动，保持清正廉洁的本色。</w:t>
      </w:r>
    </w:p>
    <w:p>
      <w:r>
        <w:t>五、存在不足与改进方向。一是理论学习深度还不够，存在“学用脱节”现象；二是工作创新意识不强，习惯于按既有方式推进；三是统筹兼顾能力有待提升，偶有顾此失彼。下一步将：一是在学深悟透上下功夫，做到真学真信真用；二是增强创新意识，主动研究改进工作；三是优化工作方法，提高统筹效率。</w:t>
      </w:r>
    </w:p>
    <w:p>
      <w:r>
        <w:t>下半年，我将继续保持昂扬向上的精神状态，以更加务实的作风、更加扎实的工作，努力为单位高质量发展作出新的更大贡献。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