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个人年度工作总结范文：通用版（可直接修改使用）</w:t>
      </w:r>
    </w:p>
    <w:p>
      <w:r>
        <w:t>年底写个人总结，很多朋友不知道从何下笔。这份《个人年度工作总结》通用范文从思想、工作、学习、不足、计划五个维度展开，结构完整、语言规范，Word完整版免费下载，按自己岗位修改即可！</w:t>
      </w:r>
    </w:p>
    <w:p>
      <w:r>
        <w:t>一、思想政治方面。本年度本人积极参加各项学习活动，认真学习贯彻党的路线方针政策和各项决策部署，不断提高政治素养和思想觉悟，牢固树立服务意识和大局意识，自觉遵守法律法规和单位各项规章制度，在思想上行动上与组织保持高度一致。</w:t>
      </w:r>
    </w:p>
    <w:p>
      <w:r>
        <w:t>二、主要工作情况。1.本职业务：认真履行岗位职责，按时保质完成各项日常工作任务，全年无重大差错事故；2.重点工作：参与完成XX重点项目，负责XX环节，通过合理安排和扎实推进，保证了项目按期完成并取得预期效果；3.创新改进：针对工作中的难点，提出了XX优化建议，被采纳后有效提升了工作效率；4.协作配合：与同事保持良好的沟通协作，主动补位，共同完成部门目标。</w:t>
      </w:r>
    </w:p>
    <w:p>
      <w:r>
        <w:t>三、学习提升方面。一是加强政治理论和业务知识学习，完成XX学时培训；二是学习掌握XX新技能/新系统，提升工作效率；三是坚持阅读专业书籍和行业资讯，拓宽知识面和视野。</w:t>
      </w:r>
    </w:p>
    <w:p>
      <w:r>
        <w:t>四、存在不足。1.工作中有时考虑问题不够周全，细节把控还需加强；2.主动创新意识不强，习惯于按既有方式开展工作；3.沟通表达方面，面对复杂问题时的归纳总结能力有待提高。</w:t>
      </w:r>
    </w:p>
    <w:p>
      <w:r>
        <w:t>五、下一步计划。1.针对不足制定改进措施，逐项落实；2.加强学习，提升专业能力和综合素质；3.主动担当，积极参与重点工作；4.加强协作，提升团队战斗力；5.注重总结积累，形成可复用的工作方法。新的一年，我将以更饱满的热情和更扎实的作风，努力把各项工作做得更好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