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事业单位公基模拟单选100题（含答案）</w:t>
      </w:r>
    </w:p>
    <w:p>
      <w:pPr>
        <w:jc w:val="center"/>
      </w:pPr>
      <w:r>
        <w:t>（时间：90分钟  满分：100分）</w:t>
      </w:r>
    </w:p>
    <w:p>
      <w:r>
        <w:t>姓名：__________  班级：__________  分数：__________</w:t>
      </w:r>
    </w:p>
    <w:p/>
    <w:p>
      <w:pPr>
        <w:pStyle w:val="Heading2"/>
      </w:pPr>
      <w:r>
        <w:t>一、政治常识（每题1分，共50题）</w:t>
      </w:r>
    </w:p>
    <w:p>
      <w:r>
        <w:t>1. 《宪法》规定，我国最高国家权力机关是（ ）。A. 国务院 B. 全国人民代表大会 C. 中央军委 D. 最高人民法院</w:t>
      </w:r>
    </w:p>
    <w:p>
      <w:r>
        <w:t>2. 公文法定作者是（ ）。A. 撰写人 B. 签发人 C. 发文机关 D. 收文机关</w:t>
      </w:r>
    </w:p>
    <w:p>
      <w:r>
        <w:t>3. 事业单位工作人员年度考核等次不包括（ ）。A. 优秀 B. 合格 C. 基本合格 D. 良好</w:t>
      </w:r>
    </w:p>
    <w:p>
      <w:r>
        <w:t>4. 我国的国体是（ ）。A. 人民民主专政 B. 人民代表大会 C. 民主集中制 D. 社会主义制度</w:t>
      </w:r>
    </w:p>
    <w:p>
      <w:r>
        <w:t>5. 我国的根本政治制度是（ ）。A. 人民代表大会制度 B. 多党合作制度 C. 民族区域自治 D. 基层群众自治</w:t>
      </w:r>
    </w:p>
    <w:p>
      <w:r>
        <w:t>6. 《宪法》规定，我国最高国家权力机关是（ ）。A. 国务院 B. 全国人民代表大会 C. 中央军委 D. 最高人民法院</w:t>
      </w:r>
    </w:p>
    <w:p>
      <w:r>
        <w:t>7. 公文法定作者是（ ）。A. 撰写人 B. 签发人 C. 发文机关 D. 收文机关</w:t>
      </w:r>
    </w:p>
    <w:p>
      <w:r>
        <w:t>8. 事业单位工作人员年度考核等次不包括（ ）。A. 优秀 B. 合格 C. 基本合格 D. 良好</w:t>
      </w:r>
    </w:p>
    <w:p>
      <w:r>
        <w:t>9. 我国的国体是（ ）。A. 人民民主专政 B. 人民代表大会 C. 民主集中制 D. 社会主义制度</w:t>
      </w:r>
    </w:p>
    <w:p>
      <w:r>
        <w:t>10. 我国的根本政治制度是（ ）。A. 人民代表大会制度 B. 多党合作制度 C. 民族区域自治 D. 基层群众自治</w:t>
      </w:r>
    </w:p>
    <w:p>
      <w:r>
        <w:t>11. 《宪法》规定，我国最高国家权力机关是（ ）。A. 国务院 B. 全国人民代表大会 C. 中央军委 D. 最高人民法院</w:t>
      </w:r>
    </w:p>
    <w:p>
      <w:r>
        <w:t>12. 公文法定作者是（ ）。A. 撰写人 B. 签发人 C. 发文机关 D. 收文机关</w:t>
      </w:r>
    </w:p>
    <w:p>
      <w:r>
        <w:t>13. 事业单位工作人员年度考核等次不包括（ ）。A. 优秀 B. 合格 C. 基本合格 D. 良好</w:t>
      </w:r>
    </w:p>
    <w:p>
      <w:r>
        <w:t>14. 我国的国体是（ ）。A. 人民民主专政 B. 人民代表大会 C. 民主集中制 D. 社会主义制度</w:t>
      </w:r>
    </w:p>
    <w:p>
      <w:r>
        <w:t>15. 我国的根本政治制度是（ ）。A. 人民代表大会制度 B. 多党合作制度 C. 民族区域自治 D. 基层群众自治</w:t>
      </w:r>
    </w:p>
    <w:p>
      <w:r>
        <w:t>16. 《宪法》规定，我国最高国家权力机关是（ ）。A. 国务院 B. 全国人民代表大会 C. 中央军委 D. 最高人民法院</w:t>
      </w:r>
    </w:p>
    <w:p>
      <w:r>
        <w:t>17. 公文法定作者是（ ）。A. 撰写人 B. 签发人 C. 发文机关 D. 收文机关</w:t>
      </w:r>
    </w:p>
    <w:p>
      <w:r>
        <w:t>18. 事业单位工作人员年度考核等次不包括（ ）。A. 优秀 B. 合格 C. 基本合格 D. 良好</w:t>
      </w:r>
    </w:p>
    <w:p>
      <w:r>
        <w:t>19. 我国的国体是（ ）。A. 人民民主专政 B. 人民代表大会 C. 民主集中制 D. 社会主义制度</w:t>
      </w:r>
    </w:p>
    <w:p>
      <w:r>
        <w:t>20. 我国的根本政治制度是（ ）。A. 人民代表大会制度 B. 多党合作制度 C. 民族区域自治 D. 基层群众自治</w:t>
      </w:r>
    </w:p>
    <w:p>
      <w:r>
        <w:t>21. 《宪法》规定，我国最高国家权力机关是（ ）。A. 国务院 B. 全国人民代表大会 C. 中央军委 D. 最高人民法院</w:t>
      </w:r>
    </w:p>
    <w:p>
      <w:r>
        <w:t>22. 公文法定作者是（ ）。A. 撰写人 B. 签发人 C. 发文机关 D. 收文机关</w:t>
      </w:r>
    </w:p>
    <w:p>
      <w:r>
        <w:t>23. 事业单位工作人员年度考核等次不包括（ ）。A. 优秀 B. 合格 C. 基本合格 D. 良好</w:t>
      </w:r>
    </w:p>
    <w:p>
      <w:r>
        <w:t>24. 我国的国体是（ ）。A. 人民民主专政 B. 人民代表大会 C. 民主集中制 D. 社会主义制度</w:t>
      </w:r>
    </w:p>
    <w:p>
      <w:r>
        <w:t>25. 我国的根本政治制度是（ ）。A. 人民代表大会制度 B. 多党合作制度 C. 民族区域自治 D. 基层群众自治</w:t>
      </w:r>
    </w:p>
    <w:p>
      <w:r>
        <w:t>26. 《宪法》规定，我国最高国家权力机关是（ ）。A. 国务院 B. 全国人民代表大会 C. 中央军委 D. 最高人民法院</w:t>
      </w:r>
    </w:p>
    <w:p>
      <w:r>
        <w:t>27. 公文法定作者是（ ）。A. 撰写人 B. 签发人 C. 发文机关 D. 收文机关</w:t>
      </w:r>
    </w:p>
    <w:p>
      <w:r>
        <w:t>28. 事业单位工作人员年度考核等次不包括（ ）。A. 优秀 B. 合格 C. 基本合格 D. 良好</w:t>
      </w:r>
    </w:p>
    <w:p>
      <w:r>
        <w:t>29. 我国的国体是（ ）。A. 人民民主专政 B. 人民代表大会 C. 民主集中制 D. 社会主义制度</w:t>
      </w:r>
    </w:p>
    <w:p>
      <w:r>
        <w:t>30. 我国的根本政治制度是（ ）。A. 人民代表大会制度 B. 多党合作制度 C. 民族区域自治 D. 基层群众自治</w:t>
      </w:r>
    </w:p>
    <w:p>
      <w:r>
        <w:t>31. 《宪法》规定，我国最高国家权力机关是（ ）。A. 国务院 B. 全国人民代表大会 C. 中央军委 D. 最高人民法院</w:t>
      </w:r>
    </w:p>
    <w:p>
      <w:r>
        <w:t>32. 公文法定作者是（ ）。A. 撰写人 B. 签发人 C. 发文机关 D. 收文机关</w:t>
      </w:r>
    </w:p>
    <w:p>
      <w:r>
        <w:t>33. 事业单位工作人员年度考核等次不包括（ ）。A. 优秀 B. 合格 C. 基本合格 D. 良好</w:t>
      </w:r>
    </w:p>
    <w:p>
      <w:r>
        <w:t>34. 我国的国体是（ ）。A. 人民民主专政 B. 人民代表大会 C. 民主集中制 D. 社会主义制度</w:t>
      </w:r>
    </w:p>
    <w:p>
      <w:r>
        <w:t>35. 我国的根本政治制度是（ ）。A. 人民代表大会制度 B. 多党合作制度 C. 民族区域自治 D. 基层群众自治</w:t>
      </w:r>
    </w:p>
    <w:p>
      <w:r>
        <w:t>36. 《宪法》规定，我国最高国家权力机关是（ ）。A. 国务院 B. 全国人民代表大会 C. 中央军委 D. 最高人民法院</w:t>
      </w:r>
    </w:p>
    <w:p>
      <w:r>
        <w:t>37. 公文法定作者是（ ）。A. 撰写人 B. 签发人 C. 发文机关 D. 收文机关</w:t>
      </w:r>
    </w:p>
    <w:p>
      <w:r>
        <w:t>38. 事业单位工作人员年度考核等次不包括（ ）。A. 优秀 B. 合格 C. 基本合格 D. 良好</w:t>
      </w:r>
    </w:p>
    <w:p>
      <w:r>
        <w:t>39. 我国的国体是（ ）。A. 人民民主专政 B. 人民代表大会 C. 民主集中制 D. 社会主义制度</w:t>
      </w:r>
    </w:p>
    <w:p>
      <w:r>
        <w:t>40. 我国的根本政治制度是（ ）。A. 人民代表大会制度 B. 多党合作制度 C. 民族区域自治 D. 基层群众自治</w:t>
      </w:r>
    </w:p>
    <w:p>
      <w:r>
        <w:t>41. 《宪法》规定，我国最高国家权力机关是（ ）。A. 国务院 B. 全国人民代表大会 C. 中央军委 D. 最高人民法院</w:t>
      </w:r>
    </w:p>
    <w:p>
      <w:r>
        <w:t>42. 公文法定作者是（ ）。A. 撰写人 B. 签发人 C. 发文机关 D. 收文机关</w:t>
      </w:r>
    </w:p>
    <w:p>
      <w:r>
        <w:t>43. 事业单位工作人员年度考核等次不包括（ ）。A. 优秀 B. 合格 C. 基本合格 D. 良好</w:t>
      </w:r>
    </w:p>
    <w:p>
      <w:r>
        <w:t>44. 我国的国体是（ ）。A. 人民民主专政 B. 人民代表大会 C. 民主集中制 D. 社会主义制度</w:t>
      </w:r>
    </w:p>
    <w:p>
      <w:r>
        <w:t>45. 我国的根本政治制度是（ ）。A. 人民代表大会制度 B. 多党合作制度 C. 民族区域自治 D. 基层群众自治</w:t>
      </w:r>
    </w:p>
    <w:p>
      <w:r>
        <w:t>46. 《宪法》规定，我国最高国家权力机关是（ ）。A. 国务院 B. 全国人民代表大会 C. 中央军委 D. 最高人民法院</w:t>
      </w:r>
    </w:p>
    <w:p>
      <w:r>
        <w:t>47. 公文法定作者是（ ）。A. 撰写人 B. 签发人 C. 发文机关 D. 收文机关</w:t>
      </w:r>
    </w:p>
    <w:p>
      <w:r>
        <w:t>48. 事业单位工作人员年度考核等次不包括（ ）。A. 优秀 B. 合格 C. 基本合格 D. 良好</w:t>
      </w:r>
    </w:p>
    <w:p>
      <w:r>
        <w:t>49. 我国的国体是（ ）。A. 人民民主专政 B. 人民代表大会 C. 民主集中制 D. 社会主义制度</w:t>
      </w:r>
    </w:p>
    <w:p>
      <w:r>
        <w:t>50. 我国的根本政治制度是（ ）。A. 人民代表大会制度 B. 多党合作制度 C. 民族区域自治 D. 基层群众自治</w:t>
      </w:r>
    </w:p>
    <w:p/>
    <w:p>
      <w:pPr>
        <w:pStyle w:val="Heading2"/>
      </w:pPr>
      <w:r>
        <w:t>二、法律与公文（每题1分，共50题）</w:t>
      </w:r>
    </w:p>
    <w:p>
      <w:r>
        <w:t>51. 《宪法》规定，我国最高国家权力机关是（ ）。A. 国务院 B. 全国人民代表大会 C. 中央军委 D. 最高人民法院</w:t>
      </w:r>
    </w:p>
    <w:p>
      <w:r>
        <w:t>52. 公文法定作者是（ ）。A. 撰写人 B. 签发人 C. 发文机关 D. 收文机关</w:t>
      </w:r>
    </w:p>
    <w:p>
      <w:r>
        <w:t>53. 事业单位工作人员年度考核等次不包括（ ）。A. 优秀 B. 合格 C. 基本合格 D. 良好</w:t>
      </w:r>
    </w:p>
    <w:p>
      <w:r>
        <w:t>54. 我国的国体是（ ）。A. 人民民主专政 B. 人民代表大会 C. 民主集中制 D. 社会主义制度</w:t>
      </w:r>
    </w:p>
    <w:p>
      <w:r>
        <w:t>55. 我国的根本政治制度是（ ）。A. 人民代表大会制度 B. 多党合作制度 C. 民族区域自治 D. 基层群众自治</w:t>
      </w:r>
    </w:p>
    <w:p>
      <w:r>
        <w:t>56. 《宪法》规定，我国最高国家权力机关是（ ）。A. 国务院 B. 全国人民代表大会 C. 中央军委 D. 最高人民法院</w:t>
      </w:r>
    </w:p>
    <w:p>
      <w:r>
        <w:t>57. 公文法定作者是（ ）。A. 撰写人 B. 签发人 C. 发文机关 D. 收文机关</w:t>
      </w:r>
    </w:p>
    <w:p>
      <w:r>
        <w:t>58. 事业单位工作人员年度考核等次不包括（ ）。A. 优秀 B. 合格 C. 基本合格 D. 良好</w:t>
      </w:r>
    </w:p>
    <w:p>
      <w:r>
        <w:t>59. 我国的国体是（ ）。A. 人民民主专政 B. 人民代表大会 C. 民主集中制 D. 社会主义制度</w:t>
      </w:r>
    </w:p>
    <w:p>
      <w:r>
        <w:t>60. 我国的根本政治制度是（ ）。A. 人民代表大会制度 B. 多党合作制度 C. 民族区域自治 D. 基层群众自治</w:t>
      </w:r>
    </w:p>
    <w:p>
      <w:r>
        <w:t>61. 《宪法》规定，我国最高国家权力机关是（ ）。A. 国务院 B. 全国人民代表大会 C. 中央军委 D. 最高人民法院</w:t>
      </w:r>
    </w:p>
    <w:p>
      <w:r>
        <w:t>62. 公文法定作者是（ ）。A. 撰写人 B. 签发人 C. 发文机关 D. 收文机关</w:t>
      </w:r>
    </w:p>
    <w:p>
      <w:r>
        <w:t>63. 事业单位工作人员年度考核等次不包括（ ）。A. 优秀 B. 合格 C. 基本合格 D. 良好</w:t>
      </w:r>
    </w:p>
    <w:p>
      <w:r>
        <w:t>64. 我国的国体是（ ）。A. 人民民主专政 B. 人民代表大会 C. 民主集中制 D. 社会主义制度</w:t>
      </w:r>
    </w:p>
    <w:p>
      <w:r>
        <w:t>65. 我国的根本政治制度是（ ）。A. 人民代表大会制度 B. 多党合作制度 C. 民族区域自治 D. 基层群众自治</w:t>
      </w:r>
    </w:p>
    <w:p>
      <w:r>
        <w:t>66. 《宪法》规定，我国最高国家权力机关是（ ）。A. 国务院 B. 全国人民代表大会 C. 中央军委 D. 最高人民法院</w:t>
      </w:r>
    </w:p>
    <w:p>
      <w:r>
        <w:t>67. 公文法定作者是（ ）。A. 撰写人 B. 签发人 C. 发文机关 D. 收文机关</w:t>
      </w:r>
    </w:p>
    <w:p>
      <w:r>
        <w:t>68. 事业单位工作人员年度考核等次不包括（ ）。A. 优秀 B. 合格 C. 基本合格 D. 良好</w:t>
      </w:r>
    </w:p>
    <w:p>
      <w:r>
        <w:t>69. 我国的国体是（ ）。A. 人民民主专政 B. 人民代表大会 C. 民主集中制 D. 社会主义制度</w:t>
      </w:r>
    </w:p>
    <w:p>
      <w:r>
        <w:t>70. 我国的根本政治制度是（ ）。A. 人民代表大会制度 B. 多党合作制度 C. 民族区域自治 D. 基层群众自治</w:t>
      </w:r>
    </w:p>
    <w:p>
      <w:r>
        <w:t>71. 《宪法》规定，我国最高国家权力机关是（ ）。A. 国务院 B. 全国人民代表大会 C. 中央军委 D. 最高人民法院</w:t>
      </w:r>
    </w:p>
    <w:p>
      <w:r>
        <w:t>72. 公文法定作者是（ ）。A. 撰写人 B. 签发人 C. 发文机关 D. 收文机关</w:t>
      </w:r>
    </w:p>
    <w:p>
      <w:r>
        <w:t>73. 事业单位工作人员年度考核等次不包括（ ）。A. 优秀 B. 合格 C. 基本合格 D. 良好</w:t>
      </w:r>
    </w:p>
    <w:p>
      <w:r>
        <w:t>74. 我国的国体是（ ）。A. 人民民主专政 B. 人民代表大会 C. 民主集中制 D. 社会主义制度</w:t>
      </w:r>
    </w:p>
    <w:p>
      <w:r>
        <w:t>75. 我国的根本政治制度是（ ）。A. 人民代表大会制度 B. 多党合作制度 C. 民族区域自治 D. 基层群众自治</w:t>
      </w:r>
    </w:p>
    <w:p>
      <w:r>
        <w:t>76. 《宪法》规定，我国最高国家权力机关是（ ）。A. 国务院 B. 全国人民代表大会 C. 中央军委 D. 最高人民法院</w:t>
      </w:r>
    </w:p>
    <w:p>
      <w:r>
        <w:t>77. 公文法定作者是（ ）。A. 撰写人 B. 签发人 C. 发文机关 D. 收文机关</w:t>
      </w:r>
    </w:p>
    <w:p>
      <w:r>
        <w:t>78. 事业单位工作人员年度考核等次不包括（ ）。A. 优秀 B. 合格 C. 基本合格 D. 良好</w:t>
      </w:r>
    </w:p>
    <w:p>
      <w:r>
        <w:t>79. 我国的国体是（ ）。A. 人民民主专政 B. 人民代表大会 C. 民主集中制 D. 社会主义制度</w:t>
      </w:r>
    </w:p>
    <w:p>
      <w:r>
        <w:t>80. 我国的根本政治制度是（ ）。A. 人民代表大会制度 B. 多党合作制度 C. 民族区域自治 D. 基层群众自治</w:t>
      </w:r>
    </w:p>
    <w:p>
      <w:r>
        <w:t>81. 《宪法》规定，我国最高国家权力机关是（ ）。A. 国务院 B. 全国人民代表大会 C. 中央军委 D. 最高人民法院</w:t>
      </w:r>
    </w:p>
    <w:p>
      <w:r>
        <w:t>82. 公文法定作者是（ ）。A. 撰写人 B. 签发人 C. 发文机关 D. 收文机关</w:t>
      </w:r>
    </w:p>
    <w:p>
      <w:r>
        <w:t>83. 事业单位工作人员年度考核等次不包括（ ）。A. 优秀 B. 合格 C. 基本合格 D. 良好</w:t>
      </w:r>
    </w:p>
    <w:p>
      <w:r>
        <w:t>84. 我国的国体是（ ）。A. 人民民主专政 B. 人民代表大会 C. 民主集中制 D. 社会主义制度</w:t>
      </w:r>
    </w:p>
    <w:p>
      <w:r>
        <w:t>85. 我国的根本政治制度是（ ）。A. 人民代表大会制度 B. 多党合作制度 C. 民族区域自治 D. 基层群众自治</w:t>
      </w:r>
    </w:p>
    <w:p>
      <w:r>
        <w:t>86. 《宪法》规定，我国最高国家权力机关是（ ）。A. 国务院 B. 全国人民代表大会 C. 中央军委 D. 最高人民法院</w:t>
      </w:r>
    </w:p>
    <w:p>
      <w:r>
        <w:t>87. 公文法定作者是（ ）。A. 撰写人 B. 签发人 C. 发文机关 D. 收文机关</w:t>
      </w:r>
    </w:p>
    <w:p>
      <w:r>
        <w:t>88. 事业单位工作人员年度考核等次不包括（ ）。A. 优秀 B. 合格 C. 基本合格 D. 良好</w:t>
      </w:r>
    </w:p>
    <w:p>
      <w:r>
        <w:t>89. 我国的国体是（ ）。A. 人民民主专政 B. 人民代表大会 C. 民主集中制 D. 社会主义制度</w:t>
      </w:r>
    </w:p>
    <w:p>
      <w:r>
        <w:t>90. 我国的根本政治制度是（ ）。A. 人民代表大会制度 B. 多党合作制度 C. 民族区域自治 D. 基层群众自治</w:t>
      </w:r>
    </w:p>
    <w:p>
      <w:r>
        <w:t>91. 《宪法》规定，我国最高国家权力机关是（ ）。A. 国务院 B. 全国人民代表大会 C. 中央军委 D. 最高人民法院</w:t>
      </w:r>
    </w:p>
    <w:p>
      <w:r>
        <w:t>92. 公文法定作者是（ ）。A. 撰写人 B. 签发人 C. 发文机关 D. 收文机关</w:t>
      </w:r>
    </w:p>
    <w:p>
      <w:r>
        <w:t>93. 事业单位工作人员年度考核等次不包括（ ）。A. 优秀 B. 合格 C. 基本合格 D. 良好</w:t>
      </w:r>
    </w:p>
    <w:p>
      <w:r>
        <w:t>94. 我国的国体是（ ）。A. 人民民主专政 B. 人民代表大会 C. 民主集中制 D. 社会主义制度</w:t>
      </w:r>
    </w:p>
    <w:p>
      <w:r>
        <w:t>95. 我国的根本政治制度是（ ）。A. 人民代表大会制度 B. 多党合作制度 C. 民族区域自治 D. 基层群众自治</w:t>
      </w:r>
    </w:p>
    <w:p>
      <w:r>
        <w:t>96. 《宪法》规定，我国最高国家权力机关是（ ）。A. 国务院 B. 全国人民代表大会 C. 中央军委 D. 最高人民法院</w:t>
      </w:r>
    </w:p>
    <w:p>
      <w:r>
        <w:t>97. 公文法定作者是（ ）。A. 撰写人 B. 签发人 C. 发文机关 D. 收文机关</w:t>
      </w:r>
    </w:p>
    <w:p>
      <w:r>
        <w:t>98. 事业单位工作人员年度考核等次不包括（ ）。A. 优秀 B. 合格 C. 基本合格 D. 良好</w:t>
      </w:r>
    </w:p>
    <w:p>
      <w:r>
        <w:t>99. 我国的国体是（ ）。A. 人民民主专政 B. 人民代表大会 C. 民主集中制 D. 社会主义制度</w:t>
      </w:r>
    </w:p>
    <w:p>
      <w:r>
        <w:t>100. 我国的根本政治制度是（ ）。A. 人民代表大会制度 B. 多党合作制度 C. 民族区域自治 D. 基层群众自治</w:t>
      </w:r>
    </w:p>
    <w:p/>
    <w:p>
      <w:r>
        <w:br w:type="page"/>
      </w:r>
    </w:p>
    <w:p>
      <w:pPr>
        <w:pStyle w:val="Heading1"/>
      </w:pPr>
      <w:r>
        <w:t>参考答案与解析</w:t>
      </w:r>
    </w:p>
    <w:p>
      <w:r>
        <w:t>【一、政治常识（每题1分，共50题）】答案：</w:t>
      </w:r>
    </w:p>
    <w:p>
      <w:r>
        <w:t>1. 《宪法》规定，我国最高国家权力机关是（ ）。A. 国务院 B. 全国人民代表大会 C. 中央军委 D. 最高人民法院</w:t>
      </w:r>
    </w:p>
    <w:p>
      <w:r>
        <w:t>2. 公文法定作者是（ ）。A. 撰写人 B. 签发人 C. 发文机关 D. 收文机关</w:t>
      </w:r>
    </w:p>
    <w:p>
      <w:r>
        <w:t>3. 事业单位工作人员年度考核等次不包括（ ）。A. 优秀 B. 合格 C. 基本合格 D. 良好</w:t>
      </w:r>
    </w:p>
    <w:p>
      <w:r>
        <w:t>4. 我国的国体是（ ）。A. 人民民主专政 B. 人民代表大会 C. 民主集中制 D. 社会主义制度</w:t>
      </w:r>
    </w:p>
    <w:p>
      <w:r>
        <w:t>5. 我国的根本政治制度是（ ）。A. 人民代表大会制度 B. 多党合作制度 C. 民族区域自治 D. 基层群众自治</w:t>
      </w:r>
    </w:p>
    <w:p>
      <w:r>
        <w:t>6. 《宪法》规定，我国最高国家权力机关是（ ）。A. 国务院 B. 全国人民代表大会 C. 中央军委 D. 最高人民法院</w:t>
      </w:r>
    </w:p>
    <w:p>
      <w:r>
        <w:t>7. 公文法定作者是（ ）。A. 撰写人 B. 签发人 C. 发文机关 D. 收文机关</w:t>
      </w:r>
    </w:p>
    <w:p>
      <w:r>
        <w:t>8. 事业单位工作人员年度考核等次不包括（ ）。A. 优秀 B. 合格 C. 基本合格 D. 良好</w:t>
      </w:r>
    </w:p>
    <w:p>
      <w:r>
        <w:t>9. 我国的国体是（ ）。A. 人民民主专政 B. 人民代表大会 C. 民主集中制 D. 社会主义制度</w:t>
      </w:r>
    </w:p>
    <w:p>
      <w:r>
        <w:t>10. 我国的根本政治制度是（ ）。A. 人民代表大会制度 B. 多党合作制度 C. 民族区域自治 D. 基层群众自治</w:t>
      </w:r>
    </w:p>
    <w:p>
      <w:r>
        <w:t>11. 《宪法》规定，我国最高国家权力机关是（ ）。A. 国务院 B. 全国人民代表大会 C. 中央军委 D. 最高人民法院</w:t>
      </w:r>
    </w:p>
    <w:p>
      <w:r>
        <w:t>12. 公文法定作者是（ ）。A. 撰写人 B. 签发人 C. 发文机关 D. 收文机关</w:t>
      </w:r>
    </w:p>
    <w:p>
      <w:r>
        <w:t>13. 事业单位工作人员年度考核等次不包括（ ）。A. 优秀 B. 合格 C. 基本合格 D. 良好</w:t>
      </w:r>
    </w:p>
    <w:p>
      <w:r>
        <w:t>14. 我国的国体是（ ）。A. 人民民主专政 B. 人民代表大会 C. 民主集中制 D. 社会主义制度</w:t>
      </w:r>
    </w:p>
    <w:p>
      <w:r>
        <w:t>15. 我国的根本政治制度是（ ）。A. 人民代表大会制度 B. 多党合作制度 C. 民族区域自治 D. 基层群众自治</w:t>
      </w:r>
    </w:p>
    <w:p>
      <w:r>
        <w:t>16. 《宪法》规定，我国最高国家权力机关是（ ）。A. 国务院 B. 全国人民代表大会 C. 中央军委 D. 最高人民法院</w:t>
      </w:r>
    </w:p>
    <w:p>
      <w:r>
        <w:t>17. 公文法定作者是（ ）。A. 撰写人 B. 签发人 C. 发文机关 D. 收文机关</w:t>
      </w:r>
    </w:p>
    <w:p>
      <w:r>
        <w:t>18. 事业单位工作人员年度考核等次不包括（ ）。A. 优秀 B. 合格 C. 基本合格 D. 良好</w:t>
      </w:r>
    </w:p>
    <w:p>
      <w:r>
        <w:t>19. 我国的国体是（ ）。A. 人民民主专政 B. 人民代表大会 C. 民主集中制 D. 社会主义制度</w:t>
      </w:r>
    </w:p>
    <w:p>
      <w:r>
        <w:t>20. 我国的根本政治制度是（ ）。A. 人民代表大会制度 B. 多党合作制度 C. 民族区域自治 D. 基层群众自治</w:t>
      </w:r>
    </w:p>
    <w:p>
      <w:r>
        <w:t>21. 《宪法》规定，我国最高国家权力机关是（ ）。A. 国务院 B. 全国人民代表大会 C. 中央军委 D. 最高人民法院</w:t>
      </w:r>
    </w:p>
    <w:p>
      <w:r>
        <w:t>22. 公文法定作者是（ ）。A. 撰写人 B. 签发人 C. 发文机关 D. 收文机关</w:t>
      </w:r>
    </w:p>
    <w:p>
      <w:r>
        <w:t>23. 事业单位工作人员年度考核等次不包括（ ）。A. 优秀 B. 合格 C. 基本合格 D. 良好</w:t>
      </w:r>
    </w:p>
    <w:p>
      <w:r>
        <w:t>24. 我国的国体是（ ）。A. 人民民主专政 B. 人民代表大会 C. 民主集中制 D. 社会主义制度</w:t>
      </w:r>
    </w:p>
    <w:p>
      <w:r>
        <w:t>25. 我国的根本政治制度是（ ）。A. 人民代表大会制度 B. 多党合作制度 C. 民族区域自治 D. 基层群众自治</w:t>
      </w:r>
    </w:p>
    <w:p>
      <w:r>
        <w:t>26. 《宪法》规定，我国最高国家权力机关是（ ）。A. 国务院 B. 全国人民代表大会 C. 中央军委 D. 最高人民法院</w:t>
      </w:r>
    </w:p>
    <w:p>
      <w:r>
        <w:t>27. 公文法定作者是（ ）。A. 撰写人 B. 签发人 C. 发文机关 D. 收文机关</w:t>
      </w:r>
    </w:p>
    <w:p>
      <w:r>
        <w:t>28. 事业单位工作人员年度考核等次不包括（ ）。A. 优秀 B. 合格 C. 基本合格 D. 良好</w:t>
      </w:r>
    </w:p>
    <w:p>
      <w:r>
        <w:t>29. 我国的国体是（ ）。A. 人民民主专政 B. 人民代表大会 C. 民主集中制 D. 社会主义制度</w:t>
      </w:r>
    </w:p>
    <w:p>
      <w:r>
        <w:t>30. 我国的根本政治制度是（ ）。A. 人民代表大会制度 B. 多党合作制度 C. 民族区域自治 D. 基层群众自治</w:t>
      </w:r>
    </w:p>
    <w:p>
      <w:r>
        <w:t>31. 《宪法》规定，我国最高国家权力机关是（ ）。A. 国务院 B. 全国人民代表大会 C. 中央军委 D. 最高人民法院</w:t>
      </w:r>
    </w:p>
    <w:p>
      <w:r>
        <w:t>32. 公文法定作者是（ ）。A. 撰写人 B. 签发人 C. 发文机关 D. 收文机关</w:t>
      </w:r>
    </w:p>
    <w:p>
      <w:r>
        <w:t>33. 事业单位工作人员年度考核等次不包括（ ）。A. 优秀 B. 合格 C. 基本合格 D. 良好</w:t>
      </w:r>
    </w:p>
    <w:p>
      <w:r>
        <w:t>34. 我国的国体是（ ）。A. 人民民主专政 B. 人民代表大会 C. 民主集中制 D. 社会主义制度</w:t>
      </w:r>
    </w:p>
    <w:p>
      <w:r>
        <w:t>35. 我国的根本政治制度是（ ）。A. 人民代表大会制度 B. 多党合作制度 C. 民族区域自治 D. 基层群众自治</w:t>
      </w:r>
    </w:p>
    <w:p>
      <w:r>
        <w:t>36. 《宪法》规定，我国最高国家权力机关是（ ）。A. 国务院 B. 全国人民代表大会 C. 中央军委 D. 最高人民法院</w:t>
      </w:r>
    </w:p>
    <w:p>
      <w:r>
        <w:t>37. 公文法定作者是（ ）。A. 撰写人 B. 签发人 C. 发文机关 D. 收文机关</w:t>
      </w:r>
    </w:p>
    <w:p>
      <w:r>
        <w:t>38. 事业单位工作人员年度考核等次不包括（ ）。A. 优秀 B. 合格 C. 基本合格 D. 良好</w:t>
      </w:r>
    </w:p>
    <w:p>
      <w:r>
        <w:t>39. 我国的国体是（ ）。A. 人民民主专政 B. 人民代表大会 C. 民主集中制 D. 社会主义制度</w:t>
      </w:r>
    </w:p>
    <w:p>
      <w:r>
        <w:t>40. 我国的根本政治制度是（ ）。A. 人民代表大会制度 B. 多党合作制度 C. 民族区域自治 D. 基层群众自治</w:t>
      </w:r>
    </w:p>
    <w:p>
      <w:r>
        <w:t>41. 《宪法》规定，我国最高国家权力机关是（ ）。A. 国务院 B. 全国人民代表大会 C. 中央军委 D. 最高人民法院</w:t>
      </w:r>
    </w:p>
    <w:p>
      <w:r>
        <w:t>42. 公文法定作者是（ ）。A. 撰写人 B. 签发人 C. 发文机关 D. 收文机关</w:t>
      </w:r>
    </w:p>
    <w:p>
      <w:r>
        <w:t>43. 事业单位工作人员年度考核等次不包括（ ）。A. 优秀 B. 合格 C. 基本合格 D. 良好</w:t>
      </w:r>
    </w:p>
    <w:p>
      <w:r>
        <w:t>44. 我国的国体是（ ）。A. 人民民主专政 B. 人民代表大会 C. 民主集中制 D. 社会主义制度</w:t>
      </w:r>
    </w:p>
    <w:p>
      <w:r>
        <w:t>45. 我国的根本政治制度是（ ）。A. 人民代表大会制度 B. 多党合作制度 C. 民族区域自治 D. 基层群众自治</w:t>
      </w:r>
    </w:p>
    <w:p>
      <w:r>
        <w:t>46. 《宪法》规定，我国最高国家权力机关是（ ）。A. 国务院 B. 全国人民代表大会 C. 中央军委 D. 最高人民法院</w:t>
      </w:r>
    </w:p>
    <w:p>
      <w:r>
        <w:t>47. 公文法定作者是（ ）。A. 撰写人 B. 签发人 C. 发文机关 D. 收文机关</w:t>
      </w:r>
    </w:p>
    <w:p>
      <w:r>
        <w:t>48. 事业单位工作人员年度考核等次不包括（ ）。A. 优秀 B. 合格 C. 基本合格 D. 良好</w:t>
      </w:r>
    </w:p>
    <w:p>
      <w:r>
        <w:t>49. 我国的国体是（ ）。A. 人民民主专政 B. 人民代表大会 C. 民主集中制 D. 社会主义制度</w:t>
      </w:r>
    </w:p>
    <w:p>
      <w:r>
        <w:t>50. 我国的根本政治制度是（ ）。A. 人民代表大会制度 B. 多党合作制度 C. 民族区域自治 D. 基层群众自治</w:t>
      </w:r>
    </w:p>
    <w:p>
      <w:r>
        <w:t>【二、法律与公文（每题1分，共50题）】答案：</w:t>
      </w:r>
    </w:p>
    <w:p>
      <w:r>
        <w:t>51. 《宪法》规定，我国最高国家权力机关是（ ）。A. 国务院 B. 全国人民代表大会 C. 中央军委 D. 最高人民法院</w:t>
      </w:r>
    </w:p>
    <w:p>
      <w:r>
        <w:t>52. 公文法定作者是（ ）。A. 撰写人 B. 签发人 C. 发文机关 D. 收文机关</w:t>
      </w:r>
    </w:p>
    <w:p>
      <w:r>
        <w:t>53. 事业单位工作人员年度考核等次不包括（ ）。A. 优秀 B. 合格 C. 基本合格 D. 良好</w:t>
      </w:r>
    </w:p>
    <w:p>
      <w:r>
        <w:t>54. 我国的国体是（ ）。A. 人民民主专政 B. 人民代表大会 C. 民主集中制 D. 社会主义制度</w:t>
      </w:r>
    </w:p>
    <w:p>
      <w:r>
        <w:t>55. 我国的根本政治制度是（ ）。A. 人民代表大会制度 B. 多党合作制度 C. 民族区域自治 D. 基层群众自治</w:t>
      </w:r>
    </w:p>
    <w:p>
      <w:r>
        <w:t>56. 《宪法》规定，我国最高国家权力机关是（ ）。A. 国务院 B. 全国人民代表大会 C. 中央军委 D. 最高人民法院</w:t>
      </w:r>
    </w:p>
    <w:p>
      <w:r>
        <w:t>57. 公文法定作者是（ ）。A. 撰写人 B. 签发人 C. 发文机关 D. 收文机关</w:t>
      </w:r>
    </w:p>
    <w:p>
      <w:r>
        <w:t>58. 事业单位工作人员年度考核等次不包括（ ）。A. 优秀 B. 合格 C. 基本合格 D. 良好</w:t>
      </w:r>
    </w:p>
    <w:p>
      <w:r>
        <w:t>59. 我国的国体是（ ）。A. 人民民主专政 B. 人民代表大会 C. 民主集中制 D. 社会主义制度</w:t>
      </w:r>
    </w:p>
    <w:p>
      <w:r>
        <w:t>60. 我国的根本政治制度是（ ）。A. 人民代表大会制度 B. 多党合作制度 C. 民族区域自治 D. 基层群众自治</w:t>
      </w:r>
    </w:p>
    <w:p>
      <w:r>
        <w:t>61. 《宪法》规定，我国最高国家权力机关是（ ）。A. 国务院 B. 全国人民代表大会 C. 中央军委 D. 最高人民法院</w:t>
      </w:r>
    </w:p>
    <w:p>
      <w:r>
        <w:t>62. 公文法定作者是（ ）。A. 撰写人 B. 签发人 C. 发文机关 D. 收文机关</w:t>
      </w:r>
    </w:p>
    <w:p>
      <w:r>
        <w:t>63. 事业单位工作人员年度考核等次不包括（ ）。A. 优秀 B. 合格 C. 基本合格 D. 良好</w:t>
      </w:r>
    </w:p>
    <w:p>
      <w:r>
        <w:t>64. 我国的国体是（ ）。A. 人民民主专政 B. 人民代表大会 C. 民主集中制 D. 社会主义制度</w:t>
      </w:r>
    </w:p>
    <w:p>
      <w:r>
        <w:t>65. 我国的根本政治制度是（ ）。A. 人民代表大会制度 B. 多党合作制度 C. 民族区域自治 D. 基层群众自治</w:t>
      </w:r>
    </w:p>
    <w:p>
      <w:r>
        <w:t>66. 《宪法》规定，我国最高国家权力机关是（ ）。A. 国务院 B. 全国人民代表大会 C. 中央军委 D. 最高人民法院</w:t>
      </w:r>
    </w:p>
    <w:p>
      <w:r>
        <w:t>67. 公文法定作者是（ ）。A. 撰写人 B. 签发人 C. 发文机关 D. 收文机关</w:t>
      </w:r>
    </w:p>
    <w:p>
      <w:r>
        <w:t>68. 事业单位工作人员年度考核等次不包括（ ）。A. 优秀 B. 合格 C. 基本合格 D. 良好</w:t>
      </w:r>
    </w:p>
    <w:p>
      <w:r>
        <w:t>69. 我国的国体是（ ）。A. 人民民主专政 B. 人民代表大会 C. 民主集中制 D. 社会主义制度</w:t>
      </w:r>
    </w:p>
    <w:p>
      <w:r>
        <w:t>70. 我国的根本政治制度是（ ）。A. 人民代表大会制度 B. 多党合作制度 C. 民族区域自治 D. 基层群众自治</w:t>
      </w:r>
    </w:p>
    <w:p>
      <w:r>
        <w:t>71. 《宪法》规定，我国最高国家权力机关是（ ）。A. 国务院 B. 全国人民代表大会 C. 中央军委 D. 最高人民法院</w:t>
      </w:r>
    </w:p>
    <w:p>
      <w:r>
        <w:t>72. 公文法定作者是（ ）。A. 撰写人 B. 签发人 C. 发文机关 D. 收文机关</w:t>
      </w:r>
    </w:p>
    <w:p>
      <w:r>
        <w:t>73. 事业单位工作人员年度考核等次不包括（ ）。A. 优秀 B. 合格 C. 基本合格 D. 良好</w:t>
      </w:r>
    </w:p>
    <w:p>
      <w:r>
        <w:t>74. 我国的国体是（ ）。A. 人民民主专政 B. 人民代表大会 C. 民主集中制 D. 社会主义制度</w:t>
      </w:r>
    </w:p>
    <w:p>
      <w:r>
        <w:t>75. 我国的根本政治制度是（ ）。A. 人民代表大会制度 B. 多党合作制度 C. 民族区域自治 D. 基层群众自治</w:t>
      </w:r>
    </w:p>
    <w:p>
      <w:r>
        <w:t>76. 《宪法》规定，我国最高国家权力机关是（ ）。A. 国务院 B. 全国人民代表大会 C. 中央军委 D. 最高人民法院</w:t>
      </w:r>
    </w:p>
    <w:p>
      <w:r>
        <w:t>77. 公文法定作者是（ ）。A. 撰写人 B. 签发人 C. 发文机关 D. 收文机关</w:t>
      </w:r>
    </w:p>
    <w:p>
      <w:r>
        <w:t>78. 事业单位工作人员年度考核等次不包括（ ）。A. 优秀 B. 合格 C. 基本合格 D. 良好</w:t>
      </w:r>
    </w:p>
    <w:p>
      <w:r>
        <w:t>79. 我国的国体是（ ）。A. 人民民主专政 B. 人民代表大会 C. 民主集中制 D. 社会主义制度</w:t>
      </w:r>
    </w:p>
    <w:p>
      <w:r>
        <w:t>80. 我国的根本政治制度是（ ）。A. 人民代表大会制度 B. 多党合作制度 C. 民族区域自治 D. 基层群众自治</w:t>
      </w:r>
    </w:p>
    <w:p>
      <w:r>
        <w:t>81. 《宪法》规定，我国最高国家权力机关是（ ）。A. 国务院 B. 全国人民代表大会 C. 中央军委 D. 最高人民法院</w:t>
      </w:r>
    </w:p>
    <w:p>
      <w:r>
        <w:t>82. 公文法定作者是（ ）。A. 撰写人 B. 签发人 C. 发文机关 D. 收文机关</w:t>
      </w:r>
    </w:p>
    <w:p>
      <w:r>
        <w:t>83. 事业单位工作人员年度考核等次不包括（ ）。A. 优秀 B. 合格 C. 基本合格 D. 良好</w:t>
      </w:r>
    </w:p>
    <w:p>
      <w:r>
        <w:t>84. 我国的国体是（ ）。A. 人民民主专政 B. 人民代表大会 C. 民主集中制 D. 社会主义制度</w:t>
      </w:r>
    </w:p>
    <w:p>
      <w:r>
        <w:t>85. 我国的根本政治制度是（ ）。A. 人民代表大会制度 B. 多党合作制度 C. 民族区域自治 D. 基层群众自治</w:t>
      </w:r>
    </w:p>
    <w:p>
      <w:r>
        <w:t>86. 《宪法》规定，我国最高国家权力机关是（ ）。A. 国务院 B. 全国人民代表大会 C. 中央军委 D. 最高人民法院</w:t>
      </w:r>
    </w:p>
    <w:p>
      <w:r>
        <w:t>87. 公文法定作者是（ ）。A. 撰写人 B. 签发人 C. 发文机关 D. 收文机关</w:t>
      </w:r>
    </w:p>
    <w:p>
      <w:r>
        <w:t>88. 事业单位工作人员年度考核等次不包括（ ）。A. 优秀 B. 合格 C. 基本合格 D. 良好</w:t>
      </w:r>
    </w:p>
    <w:p>
      <w:r>
        <w:t>89. 我国的国体是（ ）。A. 人民民主专政 B. 人民代表大会 C. 民主集中制 D. 社会主义制度</w:t>
      </w:r>
    </w:p>
    <w:p>
      <w:r>
        <w:t>90. 我国的根本政治制度是（ ）。A. 人民代表大会制度 B. 多党合作制度 C. 民族区域自治 D. 基层群众自治</w:t>
      </w:r>
    </w:p>
    <w:p>
      <w:r>
        <w:t>91. 《宪法》规定，我国最高国家权力机关是（ ）。A. 国务院 B. 全国人民代表大会 C. 中央军委 D. 最高人民法院</w:t>
      </w:r>
    </w:p>
    <w:p>
      <w:r>
        <w:t>92. 公文法定作者是（ ）。A. 撰写人 B. 签发人 C. 发文机关 D. 收文机关</w:t>
      </w:r>
    </w:p>
    <w:p>
      <w:r>
        <w:t>93. 事业单位工作人员年度考核等次不包括（ ）。A. 优秀 B. 合格 C. 基本合格 D. 良好</w:t>
      </w:r>
    </w:p>
    <w:p>
      <w:r>
        <w:t>94. 我国的国体是（ ）。A. 人民民主专政 B. 人民代表大会 C. 民主集中制 D. 社会主义制度</w:t>
      </w:r>
    </w:p>
    <w:p>
      <w:r>
        <w:t>95. 我国的根本政治制度是（ ）。A. 人民代表大会制度 B. 多党合作制度 C. 民族区域自治 D. 基层群众自治</w:t>
      </w:r>
    </w:p>
    <w:p>
      <w:r>
        <w:t>96. 《宪法》规定，我国最高国家权力机关是（ ）。A. 国务院 B. 全国人民代表大会 C. 中央军委 D. 最高人民法院</w:t>
      </w:r>
    </w:p>
    <w:p>
      <w:r>
        <w:t>97. 公文法定作者是（ ）。A. 撰写人 B. 签发人 C. 发文机关 D. 收文机关</w:t>
      </w:r>
    </w:p>
    <w:p>
      <w:r>
        <w:t>98. 事业单位工作人员年度考核等次不包括（ ）。A. 优秀 B. 合格 C. 基本合格 D. 良好</w:t>
      </w:r>
    </w:p>
    <w:p>
      <w:r>
        <w:t>99. 我国的国体是（ ）。A. 人民民主专政 B. 人民代表大会 C. 民主集中制 D. 社会主义制度</w:t>
      </w:r>
    </w:p>
    <w:p>
      <w:r>
        <w:t>100. 我国的根本政治制度是（ ）。A. 人民代表大会制度 B. 多党合作制度 C. 民族区域自治 D. 基层群众自治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