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公文写作格式大全：通知、请示、报告、函的规范模板</w:t>
      </w:r>
    </w:p>
    <w:p>
      <w:r>
        <w:t>体制内、企事业单位写公文，格式错了会被打回来！小编整理了公文写作格式大全，把通知、请示、报告、函四种最常用文种的格式规范讲清楚，附标准模板。</w:t>
      </w:r>
    </w:p>
    <w:p>
      <w:r>
        <w:t>亮点：①每种文种附标准格式模板；②标题、正文、落款的写法规范；③常见错误提醒。网页是预览版，下载Word完整版含全部模板。? 免费下载Word完整版（可直接打印编辑）</w:t>
      </w:r>
    </w:p>
    <w:p>
      <w:pPr>
        <w:pStyle w:val="Heading1"/>
      </w:pPr>
      <w:r>
        <w:t>一、通知格式</w:t>
      </w:r>
    </w:p>
    <w:p>
      <w:r>
        <w:t>标题：《关于____的通知》</w:t>
      </w:r>
    </w:p>
    <w:p>
      <w:r>
        <w:t>主送机关：各____单位：</w:t>
      </w:r>
    </w:p>
    <w:p>
      <w:r>
        <w:t>正文：一、____；二、____；三、____</w:t>
      </w:r>
    </w:p>
    <w:p>
      <w:r>
        <w:t>落款：____单位（盖章）</w:t>
      </w:r>
    </w:p>
    <w:p>
      <w:r>
        <w:t>日期：____年__月__日</w:t>
      </w:r>
    </w:p>
    <w:p>
      <w:r>
        <w:t>⚠️常见错误：标题不写"关于"，主送机关不顶格。</w:t>
      </w:r>
    </w:p>
    <w:p>
      <w:pPr>
        <w:pStyle w:val="Heading1"/>
      </w:pPr>
      <w:r>
        <w:t>二、请示格式</w:t>
      </w:r>
    </w:p>
    <w:p>
      <w:r>
        <w:t>标题：《关于____的请示》</w:t>
      </w:r>
    </w:p>
    <w:p>
      <w:r>
        <w:t>主送：上级机关（只能写一个）</w:t>
      </w:r>
    </w:p>
    <w:p>
      <w:r>
        <w:t>正文：请示缘由（为什么）+请示事项（要什么）+结语（妥否，请批示）</w:t>
      </w:r>
    </w:p>
    <w:p>
      <w:r>
        <w:t>落款+日期</w:t>
      </w:r>
    </w:p>
    <w:p>
      <w:r>
        <w:t>⚠️注意：一文一事，不越级请示。</w:t>
      </w:r>
    </w:p>
    <w:p>
      <w:pPr>
        <w:pStyle w:val="Heading1"/>
      </w:pPr>
      <w:r>
        <w:t>三、报告格式</w:t>
      </w:r>
    </w:p>
    <w:p>
      <w:r>
        <w:t>标题：《关于____情况的报告》</w:t>
      </w:r>
    </w:p>
    <w:p>
      <w:r>
        <w:t>正文：基本情况+主要做法+存在问题+下一步打算</w:t>
      </w:r>
    </w:p>
    <w:p>
      <w:r>
        <w:t>结语：特此报告</w:t>
      </w:r>
    </w:p>
    <w:p>
      <w:r>
        <w:t>⚠️注意：报告中不夹带请示事项。</w:t>
      </w:r>
    </w:p>
    <w:p>
      <w:pPr>
        <w:pStyle w:val="Heading1"/>
      </w:pPr>
      <w:r>
        <w:t>四、函的格式</w:t>
      </w:r>
    </w:p>
    <w:p>
      <w:r>
        <w:t>标题：《____关于____的函》</w:t>
      </w:r>
    </w:p>
    <w:p>
      <w:r>
        <w:t>正文：商洽事项+具体要求</w:t>
      </w:r>
    </w:p>
    <w:p>
      <w:r>
        <w:t>结语：妥否，请函复。</w:t>
      </w:r>
    </w:p>
    <w:p>
      <w:r>
        <w:t>完整模板见Word版。?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