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公文写作：请示的格式与范文（含写作要点）</w:t>
      </w:r>
    </w:p>
    <w:p>
      <w:r>
        <w:t>向上级请示事项怎么写得规范？小编整理了请示的格式与范文，把请示的特点、结构、写作要点讲清楚，附两篇常见请示范文。</w:t>
      </w:r>
    </w:p>
    <w:p>
      <w:r>
        <w:t>亮点：①请示三要素：请示事项+理由+要求；②一文一事原则；③与报告的四大区别；④范文可直接参考。网页是预览版，下载Word完整版可打印使用。? 免费下载Word完整版（可直接打印编辑）</w:t>
      </w:r>
    </w:p>
    <w:p>
      <w:pPr>
        <w:pStyle w:val="Heading1"/>
      </w:pPr>
      <w:r>
        <w:t>一、请示的特点</w:t>
      </w:r>
    </w:p>
    <w:p>
      <w:r>
        <w:t>1. 请批性：请求上级机关指示、批准</w:t>
      </w:r>
    </w:p>
    <w:p>
      <w:r>
        <w:t>2. 一文一事：一份请示只请示一件事</w:t>
      </w:r>
    </w:p>
    <w:p>
      <w:r>
        <w:t>3. 事前行文：必须在执行前请示，不能先斩后奏</w:t>
      </w:r>
    </w:p>
    <w:p>
      <w:r>
        <w:t>4. 主送机关：一般只写一个主送机关</w:t>
      </w:r>
    </w:p>
    <w:p>
      <w:pPr>
        <w:pStyle w:val="Heading1"/>
      </w:pPr>
      <w:r>
        <w:t>二、请示范文（购置设备请示）</w:t>
      </w:r>
    </w:p>
    <w:p>
      <w:r>
        <w:t>关于购置办公设备的请示</w:t>
      </w:r>
    </w:p>
    <w:p>
      <w:r>
        <w:t>XX公司领导：</w:t>
      </w:r>
    </w:p>
    <w:p>
      <w:r>
        <w:t>为进一步提高办公效率，满足业务发展需要，拟购置一批办公设备，现将有关情况请示如下：</w:t>
      </w:r>
    </w:p>
    <w:p>
      <w:r>
        <w:t>一、购置理由：随着公司业务规模扩大，现有办公电脑等设备老化严重，运行缓慢，影响工作效率，部分设备已无法满足工作需要。</w:t>
      </w:r>
    </w:p>
    <w:p>
      <w:r>
        <w:t>二、购置计划：拟购置办公电脑XX台、打印机X台，预算金额共计人民币XX万元。</w:t>
      </w:r>
    </w:p>
    <w:p>
      <w:r>
        <w:t>三、资金来源：从公司年度办公经费中列支。</w:t>
      </w:r>
    </w:p>
    <w:p>
      <w:r>
        <w:t>妥否，请批示。</w:t>
      </w:r>
    </w:p>
    <w:p>
      <w:r>
        <w:t>XX部</w:t>
      </w:r>
    </w:p>
    <w:p>
      <w:r>
        <w:t>2026年X月X日? 写作要点：理由要充分、事项要具体、资金要写明来源；结尾用“妥否，请批示”“以上请示，请予审批”。完整版见Word。?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