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公文写作：通知的格式与范文（会议通知+放假通知）</w:t>
      </w:r>
    </w:p>
    <w:p>
      <w:r>
        <w:t>写通知是最常见的公文写作场景！小编整理了通知写作格式与范文，包含会议通知、放假通知两种常见类型，把格式要素、写作要点讲清楚。</w:t>
      </w:r>
    </w:p>
    <w:p>
      <w:r>
        <w:t>亮点：①通知五要素（标题、主送机关、正文、落款、日期）；②两种范文可直接参考；③常见错误提示；④Word版可编辑。网页是预览版，下载Word完整版可打印使用。? 免费下载Word完整版（可直接打印编辑）</w:t>
      </w:r>
    </w:p>
    <w:p>
      <w:pPr>
        <w:pStyle w:val="Heading1"/>
      </w:pPr>
      <w:r>
        <w:t>一、通知的格式</w:t>
      </w:r>
    </w:p>
    <w:p>
      <w:r>
        <w:t>1. 标题：发文机关+事由+文种，如《XX公司关于召开2026年度总结会议的通知》</w:t>
      </w:r>
    </w:p>
    <w:p>
      <w:r>
        <w:t>2. 主送机关：顶格写，如“各部门：”</w:t>
      </w:r>
    </w:p>
    <w:p>
      <w:r>
        <w:t>3. 正文：缘由+事项+要求（时间、地点、参会人员、议程要写清）</w:t>
      </w:r>
    </w:p>
    <w:p>
      <w:r>
        <w:t>4. 落款：发文机关名称+成文日期（加盖公章）</w:t>
      </w:r>
    </w:p>
    <w:p>
      <w:pPr>
        <w:pStyle w:val="Heading1"/>
      </w:pPr>
      <w:r>
        <w:t>二、会议通知范文</w:t>
      </w:r>
    </w:p>
    <w:p>
      <w:r>
        <w:t>关于召开2026年度工作总结会议的通知</w:t>
      </w:r>
    </w:p>
    <w:p>
      <w:r>
        <w:t>各部门：</w:t>
      </w:r>
    </w:p>
    <w:p>
      <w:r>
        <w:t>经公司研究决定，定于2026年X月X日召开年度工作总结会议。现将有关事项通知如下：</w:t>
      </w:r>
    </w:p>
    <w:p>
      <w:r>
        <w:t>一、会议时间：2026年X月X日（周X）上午9:00-12:00</w:t>
      </w:r>
    </w:p>
    <w:p>
      <w:r>
        <w:t>二、会议地点：公司三楼大会议室</w:t>
      </w:r>
    </w:p>
    <w:p>
      <w:r>
        <w:t>三、参会人员：公司领导班子、各部门负责人及全体员工</w:t>
      </w:r>
    </w:p>
    <w:p>
      <w:r>
        <w:t>四、会议议程：1.各部门负责人汇报年度工作；2.公司领导总结讲话；3.部署下年度重点工作。</w:t>
      </w:r>
    </w:p>
    <w:p>
      <w:r>
        <w:t>五、有关要求：请各部门于会前3个工作日将汇报材料报送至办公室；参会人员提前10分钟入场，会议期间手机调至静音。</w:t>
      </w:r>
    </w:p>
    <w:p>
      <w:r>
        <w:t>特此通知。</w:t>
      </w:r>
    </w:p>
    <w:p>
      <w:r>
        <w:t>XX公司办公室</w:t>
      </w:r>
    </w:p>
    <w:p>
      <w:r>
        <w:t>2026年X月X日? 写作要点：通知事项要具体明确；时间地点格式统一；语言简洁规范。完整版含放假通知范文见Word。?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