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年度工作总结通用模板（含范文·可直接修改使用）</w:t>
      </w:r>
    </w:p>
    <w:p>
      <w:r>
        <w:t>年度工作总结</w:t>
      </w:r>
    </w:p>
    <w:p>
      <w:r>
        <w:t>尊敬的领导、同事们：时间飞逝，转眼间一年过去了。在过去的一年里，在领导的关心指导和同事们的支持配合下，我认真履行岗位职责，较好地完成了各项工作任务。现将本年度工作情况总结如下：</w:t>
      </w:r>
    </w:p>
    <w:p>
      <w:r>
        <w:t>一、本年度主要工作及成绩：1.本职工作完成情况：本年度我主要负责___工作，共完成___项任务，办理___事项，处理___问题，均按时保质完成。2.重点任务完成情况：参与___项目/活动，负责___环节，取得___成果（数据、效果）。3.创新与改进：提出___建议/优化___流程，工作效率提升___%。</w:t>
      </w:r>
    </w:p>
    <w:p>
      <w:r>
        <w:t>二、工作中存在的不足：1.业务能力方面：对___知识掌握还不够深入，遇到复杂问题时处理经验不足。2.工作方法方面：有时工作计划性不够强，多项任务并行时容易顾此失彼。3.沟通协作方面：与___部门的沟通还不够主动及时，部分工作衔接不够顺畅。</w:t>
      </w:r>
    </w:p>
    <w:p>
      <w:r>
        <w:t>三、改进措施与下一年工作计划：1.加强学习：制定学习计划，系统学习___知识，提升专业技能。2.优化方法：学会使用___工具/方法，提高工作效率，加强时间管理。3.提升协作：主动加强与相关部门的沟通协调，建立顺畅的工作衔接机制。4.明确目标：下一年力争完成___目标，在___方面取得新突破。</w:t>
      </w:r>
    </w:p>
    <w:p>
      <w:r>
        <w:t>四、总结：新的一年，我将以更加饱满的热情和更加务实的作风投入到工作中，不断提升自身能力，为单位的发展贡献自己的力量。恳请领导和同事们继续给予指导和支持。谢谢大家！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