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工作总结PPT框架模板（目录结构+每页要点+图表建议）</w:t>
      </w:r>
    </w:p>
    <w:p>
      <w:r>
        <w:t>年终总结PPT不知道怎么排版？小编整理了工作总结PPT框架模板，把每页该放什么、怎么排版、用什么图表都设计好了，照着填内容就行。</w:t>
      </w:r>
    </w:p>
    <w:p>
      <w:r>
        <w:t>亮点：①12页标准结构（封面-目录-年度概览-亮点-数据-问题-计划等）；②每页内容要点提示；③数据图表选择建议；④配色和排版技巧。网页是预览版，下载Word完整版可按框架制作PPT。? 免费下载Word完整版（可直接打印编辑）</w:t>
      </w:r>
    </w:p>
    <w:p>
      <w:pPr>
        <w:pStyle w:val="Heading1"/>
      </w:pPr>
      <w:r>
        <w:t>PPT框架结构（节选）</w:t>
      </w:r>
    </w:p>
    <w:p>
      <w:r>
        <w:t>第1页 封面：标题《XX年度工作总结汇报》，副标题（部门+汇报人+日期）。</w:t>
      </w:r>
    </w:p>
    <w:p>
      <w:r>
        <w:t>第2页 目录：01年度概览 / 02工作亮点 / 03数据分析 / 04问题反思 / 05明年计划 / 06结语。</w:t>
      </w:r>
    </w:p>
    <w:p>
      <w:r>
        <w:t>第3页 年度概览：用3-5个关键数字（业绩、增长率、完成率）+一句话总评。</w:t>
      </w:r>
    </w:p>
    <w:p>
      <w:r>
        <w:t>第4-5页 工作亮点：每页讲1-2个亮点项目，用“目标-行动-结果”结构。</w:t>
      </w:r>
    </w:p>
    <w:p>
      <w:r>
        <w:t>第6-7页 数据分析：柱状图（月度/季度对比）、折线图（趋势）、饼图（占比），配一句结论。</w:t>
      </w:r>
    </w:p>
    <w:p>
      <w:r>
        <w:t>第8页 问题反思：列2-3个不足+原因分析，态度坦诚。</w:t>
      </w:r>
    </w:p>
    <w:p>
      <w:r>
        <w:t>第9-10页 明年计划：目标（可量化）+策略+关键行动+时间表。</w:t>
      </w:r>
    </w:p>
    <w:p>
      <w:r>
        <w:t>第11页 结语：感谢+决心。</w:t>
      </w:r>
    </w:p>
    <w:p>
      <w:r>
        <w:t>第12页 谢谢：Q&amp;A。</w:t>
      </w:r>
    </w:p>
    <w:p>
      <w:r>
        <w:t>配色建议：主色1种（品牌色）+辅助色1种+强调色1种，全篇不超过3色。完整版见Word。?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