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小学一年级语文上册期中测试卷（含答案+拼音专项）</w:t>
      </w:r>
    </w:p>
    <w:p>
      <w:r>
        <w:t>一年级期中考试快到了，小编整理了《小学一年级语文上册期中测试卷》，覆盖拼音、生字、词语、句子和看图写话五大板块，完全按照部编版教材出题。</w:t>
      </w:r>
    </w:p>
    <w:p>
      <w:r>
        <w:t>为什么值得下载？①拼音专项题量大，声母韵母整体认读音节全覆盖；②生字词全部来自课本前四个单元；③看图写话配有提示和范文，家长辅导有抓手；④A4打印即可用，可反复练习。网页上展示的是预览版，只放了部分题目，下载Word完整版后才是全部题目+答案解析。? 免费下载Word完整版（可直接打印编辑）</w:t>
      </w:r>
    </w:p>
    <w:p>
      <w:pPr>
        <w:pStyle w:val="Heading1"/>
      </w:pPr>
      <w:r>
        <w:t>试卷结构预览</w:t>
      </w:r>
    </w:p>
    <w:p>
      <w:r>
        <w:t>一、按顺序默写声母表（12分）</w:t>
      </w:r>
    </w:p>
    <w:p>
      <w:r>
        <w:t>b p m f d t n l g k h j q x zh ch sh r z c s y w</w:t>
      </w:r>
    </w:p>
    <w:p>
      <w:r>
        <w:t>……</w:t>
      </w:r>
    </w:p>
    <w:p>
      <w:r>
        <w:t>二、拼一拼，写一写（每空2分，共16分）</w:t>
      </w:r>
    </w:p>
    <w:p>
      <w:r>
        <w:t>1. rì yuè（ ）  2. dà mǐ（ ）  3. shān shuǐ（ ）  4. shàng xué（ ）</w:t>
      </w:r>
    </w:p>
    <w:p>
      <w:r>
        <w:t>……</w:t>
      </w:r>
    </w:p>
    <w:p>
      <w:r>
        <w:t>三、给加点字选择正确读音（每题2分，共12分）</w:t>
      </w:r>
    </w:p>
    <w:p>
      <w:r>
        <w:t>1. 土地（dì de）  2. 秋天（qiū qīu）</w:t>
      </w:r>
    </w:p>
    <w:p>
      <w:r>
        <w:t>……</w:t>
      </w:r>
    </w:p>
    <w:p>
      <w:r>
        <w:t>四、看图写话（20分）</w:t>
      </w:r>
    </w:p>
    <w:p>
      <w:r>
        <w:t>仔细看图，图上有什么？用一两句话写下来。提示：什么时候？谁？在干什么？</w:t>
      </w:r>
    </w:p>
    <w:p>
      <w:pPr>
        <w:pStyle w:val="Heading1"/>
      </w:pPr>
      <w:r>
        <w:t>参考答案</w:t>
      </w:r>
    </w:p>
    <w:p>
      <w:r>
        <w:t>拼写：日月、大米、山水、上学……</w:t>
      </w:r>
    </w:p>
    <w:p>
      <w:r>
        <w:t>读音：dì、qiū……</w:t>
      </w:r>
    </w:p>
    <w:p>
      <w:r>
        <w:t>看图写话示例：星期天上午，小明在公园里给小花浇水。</w:t>
      </w:r>
    </w:p>
    <w:p>
      <w:r>
        <w:t>? 详细解析和评分标准在Word完整版中，每道题都有解题思路和家长辅导提示。? 适合对象：小学一年级学生、家长、教师。使用建议：限时50分钟做一遍，拼音薄弱的孩子重点回看前两题，Word版可修改再打印。?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