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人教版一年级数学（上册）期中测试卷</w:t>
      </w:r>
    </w:p>
    <w:p>
      <w:pPr>
        <w:jc w:val="center"/>
      </w:pPr>
      <w:r>
        <w:t>（时间：60分钟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一、直接写出得数（每题1分，共20分）</w:t>
      </w:r>
    </w:p>
    <w:p>
      <w:r>
        <w:t>3+4=       7-5=       2+6=       8-3=       5+5=   9-4=       1+7=       10-6=      4+4=       6-2=   2+5=       8-8=       3+3=       7-2=       0+9=   10-5=      4+3=       9-7=       1+9=       6-6=</w:t>
      </w:r>
    </w:p>
    <w:p/>
    <w:p>
      <w:pPr>
        <w:pStyle w:val="Heading2"/>
      </w:pPr>
      <w:r>
        <w:t>二、填空题（每空1分，共20分）</w:t>
      </w:r>
    </w:p>
    <w:p>
      <w:r>
        <w:t>1. 按顺序写数：1、（  ）、3、（  ）、5、（  ）、7、（  ）、9。</w:t>
      </w:r>
    </w:p>
    <w:p>
      <w:r>
        <w:t>2. 与8相邻的两个数是（  ）和（  ）。</w:t>
      </w:r>
    </w:p>
    <w:p>
      <w:r>
        <w:t>3. 比6大比10小的数有（  ）、（  ）、（  ）。</w:t>
      </w:r>
    </w:p>
    <w:p>
      <w:r>
        <w:t>4. 5前面一个数是（  ），后面一个数是（  ）。</w:t>
      </w:r>
    </w:p>
    <w:p>
      <w:r>
        <w:t>5. 把3、7、10、2、9从小到大排列：（  ）＜（  ）＜（  ）＜（  ）＜（  ）。</w:t>
      </w:r>
    </w:p>
    <w:p/>
    <w:p>
      <w:pPr>
        <w:pStyle w:val="Heading2"/>
      </w:pPr>
      <w:r>
        <w:t>三、在○里填上"＞""＜"或"＝"（每题2分，共16分）</w:t>
      </w:r>
    </w:p>
    <w:p>
      <w:r>
        <w:t>5○7      9○9      4○6      8○3      2+3○6    10-4○5   7+2○8    9-3○5</w:t>
      </w:r>
    </w:p>
    <w:p/>
    <w:p>
      <w:pPr>
        <w:pStyle w:val="Heading2"/>
      </w:pPr>
      <w:r>
        <w:t>四、看图列式计算（每题5分，共20分）</w:t>
      </w:r>
    </w:p>
    <w:p>
      <w:r>
        <w:t>1. 左边有3个苹果，右边有5个苹果，一共有几个苹果？</w:t>
      </w:r>
    </w:p>
    <w:p>
      <w:r>
        <w:t xml:space="preserve">   □ ○ □ = □（个）</w:t>
      </w:r>
    </w:p>
    <w:p/>
    <w:p>
      <w:r>
        <w:t>2. 一共有9只小鸟，飞走了4只，还剩几只？</w:t>
      </w:r>
    </w:p>
    <w:p>
      <w:r>
        <w:t xml:space="preserve">   □ ○ □ = □（只）</w:t>
      </w:r>
    </w:p>
    <w:p/>
    <w:p>
      <w:pPr>
        <w:pStyle w:val="Heading2"/>
      </w:pPr>
      <w:r>
        <w:t>五、解决问题（每题8分，共24分）</w:t>
      </w:r>
    </w:p>
    <w:p>
      <w:r>
        <w:t>1. 小明有5支铅笔，妈妈又给他买了3支，现在小明一共有几支铅笔？</w:t>
      </w:r>
    </w:p>
    <w:p>
      <w:r>
        <w:t xml:space="preserve">   答：现在小明一共有（  ）支铅笔。</w:t>
      </w:r>
    </w:p>
    <w:p/>
    <w:p>
      <w:r>
        <w:t>2. 教室里有8个同学，出去了2个，又进来了3个，现在教室里有几个同学？</w:t>
      </w:r>
    </w:p>
    <w:p>
      <w:r>
        <w:t xml:space="preserve">   答：现在教室里有（  ）个同学。</w:t>
      </w:r>
    </w:p>
    <w:p/>
    <w:p>
      <w:r>
        <w:t>3. 小红前面有4个人，后面有5个人，这一队一共有多少人？</w:t>
      </w:r>
    </w:p>
    <w:p>
      <w:r>
        <w:t xml:space="preserve">   答：这一队一共有（  ）人。</w:t>
      </w:r>
    </w:p>
    <w:p>
      <w:r>
        <w:br w:type="page"/>
      </w:r>
    </w:p>
    <w:p>
      <w:pPr>
        <w:pStyle w:val="Heading1"/>
      </w:pPr>
      <w:r>
        <w:t>参考答案</w:t>
      </w:r>
    </w:p>
    <w:p>
      <w:r>
        <w:t>一、直接写出得数</w:t>
      </w:r>
    </w:p>
    <w:p>
      <w:r>
        <w:t>7、2、8、5、10、5、8、4、8、4、7、0、6、5、9、5、7、2、10、0</w:t>
      </w:r>
    </w:p>
    <w:p/>
    <w:p>
      <w:r>
        <w:t>二、填空题</w:t>
      </w:r>
    </w:p>
    <w:p>
      <w:r>
        <w:t>1. 2、4、6、8  2. 7、9  3. 7、8、9  4. 4、6  5. 2＜3＜7＜9＜10</w:t>
      </w:r>
    </w:p>
    <w:p/>
    <w:p>
      <w:r>
        <w:t>三、比大小</w:t>
      </w:r>
    </w:p>
    <w:p>
      <w:r>
        <w:t>＜、＝、＜、＞、＜、＞、＞、＞</w:t>
      </w:r>
    </w:p>
    <w:p/>
    <w:p>
      <w:r>
        <w:t>四、看图列式</w:t>
      </w:r>
    </w:p>
    <w:p>
      <w:r>
        <w:t>1. 3+5=8  2. 9-4=5</w:t>
      </w:r>
    </w:p>
    <w:p/>
    <w:p>
      <w:r>
        <w:t>五、解决问题</w:t>
      </w:r>
    </w:p>
    <w:p>
      <w:r>
        <w:t>1. 5+3=8（支）  答：8支。</w:t>
      </w:r>
    </w:p>
    <w:p>
      <w:r>
        <w:t>2. 8-2+3=9（个）  答：9个。</w:t>
      </w:r>
    </w:p>
    <w:p>
      <w:r>
        <w:t>3. 4+1+5=10（人）  答：10人（别忘了加小红自己）。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