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小学一年级数学上册期中测试卷（含答案+详细解析）</w:t>
      </w:r>
    </w:p>
    <w:p>
      <w:r>
        <w:t>小编今天整理了《小学一年级数学上册期中测试卷》，覆盖1-5单元核心考点：10以内数的认识、比较大小、加减法、位置与图形、认识钟表。这份试卷完全按照新课标和人教版教材编写，适合一年级学生期中复习和家长辅导使用。</w:t>
      </w:r>
    </w:p>
    <w:p>
      <w:r>
        <w:t>为什么值得下载？①题型和学校考试完全一致（填空、计算、选择、看图列式、应用题）；②每道题都附答案和详细解析，家长辅导不抓瞎；③可以直接A4打印，做完一遍还能做第二遍。网页上展示的是预览版，只放了部分题目，下载Word完整版后才是全部题目+答案解析。? 免费下载Word完整版（可直接打印编辑）</w:t>
      </w:r>
    </w:p>
    <w:p>
      <w:pPr>
        <w:pStyle w:val="Heading1"/>
      </w:pPr>
      <w:r>
        <w:t>试卷结构预览</w:t>
      </w:r>
    </w:p>
    <w:p>
      <w:r>
        <w:t>一、填空题（每空1分，共20分）</w:t>
      </w:r>
    </w:p>
    <w:p>
      <w:r>
        <w:t>1. 3前面的一个数是（ ），3后面的一个数是（ ）。</w:t>
      </w:r>
    </w:p>
    <w:p>
      <w:r>
        <w:t>2. 比5多2的数是（ ），比9少3的数是（ ）。</w:t>
      </w:r>
    </w:p>
    <w:p>
      <w:r>
        <w:t>3. 7里面有（ ）个一。</w:t>
      </w:r>
    </w:p>
    <w:p>
      <w:r>
        <w:t>……</w:t>
      </w:r>
    </w:p>
    <w:p>
      <w:r>
        <w:t>二、计算题（每题2分，共24分）</w:t>
      </w:r>
    </w:p>
    <w:p>
      <w:r>
        <w:t>1. 2+3=（ ）  2. 5-2=（ ）  3. 4+4=（ ）  4. 9-6=（ ）</w:t>
      </w:r>
    </w:p>
    <w:p>
      <w:r>
        <w:t>……</w:t>
      </w:r>
    </w:p>
    <w:p>
      <w:r>
        <w:t>三、看图列式（每题4分，共16分）</w:t>
      </w:r>
    </w:p>
    <w:p>
      <w:r>
        <w:t>（图片题：苹果图、小鸟图）</w:t>
      </w:r>
    </w:p>
    <w:p>
      <w:r>
        <w:t>……</w:t>
      </w:r>
    </w:p>
    <w:p>
      <w:r>
        <w:t>四、应用题（每题5分，共20分）</w:t>
      </w:r>
    </w:p>
    <w:p>
      <w:r>
        <w:t>1. 树上有6只小鸟，飞走了2只，还剩几只？</w:t>
      </w:r>
    </w:p>
    <w:p>
      <w:r>
        <w:t>……</w:t>
      </w:r>
    </w:p>
    <w:p>
      <w:pPr>
        <w:pStyle w:val="Heading1"/>
      </w:pPr>
      <w:r>
        <w:t>参考答案</w:t>
      </w:r>
    </w:p>
    <w:p>
      <w:r>
        <w:t>填空：1. 2、4  2. 7、6  3. 7  4. 略……</w:t>
      </w:r>
    </w:p>
    <w:p>
      <w:r>
        <w:t>计算：1. 5  2. 3  3. 8  4. 3……</w:t>
      </w:r>
    </w:p>
    <w:p>
      <w:r>
        <w:t>应用题：1. 6-2=4（只）</w:t>
      </w:r>
    </w:p>
    <w:p>
      <w:r>
        <w:t>? 详细解析在Word完整版中，每道题都有解题思路和家长辅导提示。? 适合对象：小学一年级学生、家长、教师。使用建议：限时40分钟做一遍，错题整理到错题本，Word版可修改再打印。?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