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小学二年级数学下册期末测试卷（含答案）</w:t>
      </w:r>
    </w:p>
    <w:p>
      <w:r>
        <w:t>期末复习到了！小编整理了《小学二年级数学下册期末测试卷》，覆盖万以内数的认识、有余数的除法、混合运算、克和千克、图形的运动、数据收集整理等全册考点。</w:t>
      </w:r>
    </w:p>
    <w:p>
      <w:r>
        <w:t>为什么值得下载？①全册知识点全覆盖，题型接近真实考试；②答案解析详细，家长能直接对照讲解；③A4打印即可用，可反复练习。网页上展示的是预览版，只放了部分题目，下载Word完整版后才是全部题目+答案解析。? 免费下载Word完整版（可直接打印编辑）</w:t>
      </w:r>
    </w:p>
    <w:p>
      <w:pPr>
        <w:pStyle w:val="Heading1"/>
      </w:pPr>
      <w:r>
        <w:t>试卷结构预览</w:t>
      </w:r>
    </w:p>
    <w:p>
      <w:r>
        <w:t>一、填空题（每空1分，共18分）</w:t>
      </w:r>
    </w:p>
    <w:p>
      <w:r>
        <w:t>1. 3056里面有（ ）个千、（ ）个十和（ ）个一。</w:t>
      </w:r>
    </w:p>
    <w:p>
      <w:r>
        <w:t>2. 有余数的除法中，余数一定比除数（ ）。</w:t>
      </w:r>
    </w:p>
    <w:p>
      <w:r>
        <w:t>……</w:t>
      </w:r>
    </w:p>
    <w:p>
      <w:r>
        <w:t>二、计算题（每题2分，共24分）</w:t>
      </w:r>
    </w:p>
    <w:p>
      <w:r>
        <w:t>1. 56÷7=（ ）  2. 72÷8=（ ）  3. 4×9=（ ）  4. 24÷6=（ ）</w:t>
      </w:r>
    </w:p>
    <w:p>
      <w:r>
        <w:t>……</w:t>
      </w:r>
    </w:p>
    <w:p>
      <w:r>
        <w:t>三、脱式计算（每题4分，共16分）</w:t>
      </w:r>
    </w:p>
    <w:p>
      <w:r>
        <w:t>1. 32+15÷3  2. （18+24）÷6</w:t>
      </w:r>
    </w:p>
    <w:p>
      <w:r>
        <w:t>……</w:t>
      </w:r>
    </w:p>
    <w:p>
      <w:r>
        <w:t>四、解决问题（每题6分，共24分）</w:t>
      </w:r>
    </w:p>
    <w:p>
      <w:r>
        <w:t>1. 有30个苹果，每盘放6个，可以放几盘？</w:t>
      </w:r>
    </w:p>
    <w:p>
      <w:r>
        <w:t>……</w:t>
      </w:r>
    </w:p>
    <w:p>
      <w:pPr>
        <w:pStyle w:val="Heading1"/>
      </w:pPr>
      <w:r>
        <w:t>参考答案</w:t>
      </w:r>
    </w:p>
    <w:p>
      <w:r>
        <w:t>填空：1. 3、5、6  2. 小  3. ……</w:t>
      </w:r>
    </w:p>
    <w:p>
      <w:r>
        <w:t>计算：1. 8  2. 9  3. 36  4. 4……</w:t>
      </w:r>
    </w:p>
    <w:p>
      <w:r>
        <w:t>解决问题：1. 30÷6=5（盘）</w:t>
      </w:r>
    </w:p>
    <w:p>
      <w:r>
        <w:t>? 详细解析在Word完整版中，每道题都有解题思路和家长辅导提示。? 适合对象：小学二年级学生、家长、教师。使用建议：期末考前一周每天做半张，错题及时订正。?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