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二年级数学三位数竖式计算100题（含答案）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一、加法竖式（每题1分，共50分）</w:t>
      </w:r>
    </w:p>
    <w:p>
      <w:r>
        <w:t>1. 用竖式计算：630 + 829 = ____</w:t>
      </w:r>
    </w:p>
    <w:p>
      <w:r>
        <w:t>2. 用竖式计算：762 - 738 = ____</w:t>
      </w:r>
    </w:p>
    <w:p>
      <w:r>
        <w:t>3. 用竖式计算：336 + 969 = ____</w:t>
      </w:r>
    </w:p>
    <w:p>
      <w:r>
        <w:t>4. 用竖式计算：630 - 507 = ____</w:t>
      </w:r>
    </w:p>
    <w:p>
      <w:r>
        <w:t>5. 用竖式计算：666 + 231 = ____</w:t>
      </w:r>
    </w:p>
    <w:p>
      <w:r>
        <w:t>6. 用竖式计算：439 - 307 = ____</w:t>
      </w:r>
    </w:p>
    <w:p>
      <w:r>
        <w:t>7. 用竖式计算：994 + 719 = ____</w:t>
      </w:r>
    </w:p>
    <w:p>
      <w:r>
        <w:t>8. 用竖式计算：548 - 442 = ____</w:t>
      </w:r>
    </w:p>
    <w:p>
      <w:r>
        <w:t>9. 用竖式计算：588 + 341 = ____</w:t>
      </w:r>
    </w:p>
    <w:p>
      <w:r>
        <w:t>10. 用竖式计算：965 - 522 = ____</w:t>
      </w:r>
    </w:p>
    <w:p>
      <w:r>
        <w:t>11. 用竖式计算：753 + 450 = ____</w:t>
      </w:r>
    </w:p>
    <w:p>
      <w:r>
        <w:t>12. 用竖式计算：818 - 547 = ____</w:t>
      </w:r>
    </w:p>
    <w:p>
      <w:r>
        <w:t>13. 用竖式计算：489 + 696 = ____</w:t>
      </w:r>
    </w:p>
    <w:p>
      <w:r>
        <w:t>14. 用竖式计算：944 - 815 = ____</w:t>
      </w:r>
    </w:p>
    <w:p>
      <w:r>
        <w:t>15. 用竖式计算：498 + 781 = ____</w:t>
      </w:r>
    </w:p>
    <w:p>
      <w:r>
        <w:t>16. 用竖式计算：287 - 167 = ____</w:t>
      </w:r>
    </w:p>
    <w:p>
      <w:r>
        <w:t>17. 用竖式计算：968 + 454 = ____</w:t>
      </w:r>
    </w:p>
    <w:p>
      <w:r>
        <w:t>18. 用竖式计算：575 - 508 = ____</w:t>
      </w:r>
    </w:p>
    <w:p>
      <w:r>
        <w:t>19. 用竖式计算：217 + 803 = ____</w:t>
      </w:r>
    </w:p>
    <w:p>
      <w:r>
        <w:t>20. 用竖式计算：630 - 459 = ____</w:t>
      </w:r>
    </w:p>
    <w:p>
      <w:r>
        <w:t>21. 用竖式计算：774 + 265 = ____</w:t>
      </w:r>
    </w:p>
    <w:p>
      <w:r>
        <w:t>22. 用竖式计算：919 - 320 = ____</w:t>
      </w:r>
    </w:p>
    <w:p>
      <w:r>
        <w:t>23. 用竖式计算：569 + 696 = ____</w:t>
      </w:r>
    </w:p>
    <w:p>
      <w:r>
        <w:t>24. 用竖式计算：541 - 161 = ____</w:t>
      </w:r>
    </w:p>
    <w:p>
      <w:r>
        <w:t>25. 用竖式计算：365 + 783 = ____</w:t>
      </w:r>
    </w:p>
    <w:p>
      <w:r>
        <w:t>26. 用竖式计算：639 - 596 = ____</w:t>
      </w:r>
    </w:p>
    <w:p>
      <w:r>
        <w:t>27. 用竖式计算：709 + 855 = ____</w:t>
      </w:r>
    </w:p>
    <w:p>
      <w:r>
        <w:t>28. 用竖式计算：755 - 541 = ____</w:t>
      </w:r>
    </w:p>
    <w:p>
      <w:r>
        <w:t>29. 用竖式计算：698 + 515 = ____</w:t>
      </w:r>
    </w:p>
    <w:p>
      <w:r>
        <w:t>30. 用竖式计算：865 - 231 = ____</w:t>
      </w:r>
    </w:p>
    <w:p>
      <w:r>
        <w:t>31. 用竖式计算：925 + 763 = ____</w:t>
      </w:r>
    </w:p>
    <w:p>
      <w:r>
        <w:t>32. 用竖式计算：919 - 246 = ____</w:t>
      </w:r>
    </w:p>
    <w:p>
      <w:r>
        <w:t>33. 用竖式计算：699 + 351 = ____</w:t>
      </w:r>
    </w:p>
    <w:p>
      <w:r>
        <w:t>34. 用竖式计算：913 - 865 = ____</w:t>
      </w:r>
    </w:p>
    <w:p>
      <w:r>
        <w:t>35. 用竖式计算：238 + 403 = ____</w:t>
      </w:r>
    </w:p>
    <w:p>
      <w:r>
        <w:t>36. 用竖式计算：893 - 215 = ____</w:t>
      </w:r>
    </w:p>
    <w:p>
      <w:r>
        <w:t>37. 用竖式计算：294 + 173 = ____</w:t>
      </w:r>
    </w:p>
    <w:p>
      <w:r>
        <w:t>38. 用竖式计算：876 - 665 = ____</w:t>
      </w:r>
    </w:p>
    <w:p>
      <w:r>
        <w:t>39. 用竖式计算：550 + 972 = ____</w:t>
      </w:r>
    </w:p>
    <w:p>
      <w:r>
        <w:t>40. 用竖式计算：759 - 342 = ____</w:t>
      </w:r>
    </w:p>
    <w:p>
      <w:r>
        <w:t>41. 用竖式计算：308 + 127 = ____</w:t>
      </w:r>
    </w:p>
    <w:p>
      <w:r>
        <w:t>42. 用竖式计算：990 - 954 = ____</w:t>
      </w:r>
    </w:p>
    <w:p>
      <w:r>
        <w:t>43. 用竖式计算：156 + 137 = ____</w:t>
      </w:r>
    </w:p>
    <w:p>
      <w:r>
        <w:t>44. 用竖式计算：969 - 842 = ____</w:t>
      </w:r>
    </w:p>
    <w:p>
      <w:r>
        <w:t>45. 用竖式计算：816 + 580 = ____</w:t>
      </w:r>
    </w:p>
    <w:p>
      <w:r>
        <w:t>46. 用竖式计算：735 - 666 = ____</w:t>
      </w:r>
    </w:p>
    <w:p>
      <w:r>
        <w:t>47. 用竖式计算：849 + 558 = ____</w:t>
      </w:r>
    </w:p>
    <w:p>
      <w:r>
        <w:t>48. 用竖式计算：253 - 252 = ____</w:t>
      </w:r>
    </w:p>
    <w:p>
      <w:r>
        <w:t>49. 用竖式计算：218 + 405 = ____</w:t>
      </w:r>
    </w:p>
    <w:p>
      <w:r>
        <w:t>50. 用竖式计算：755 - 748 = ____</w:t>
      </w:r>
    </w:p>
    <w:p/>
    <w:p>
      <w:pPr>
        <w:pStyle w:val="Heading2"/>
      </w:pPr>
      <w:r>
        <w:t>二、减法竖式（每题1分，共50分）</w:t>
      </w:r>
    </w:p>
    <w:p>
      <w:r>
        <w:t>51. 用竖式计算：504 + 192 = ____</w:t>
      </w:r>
    </w:p>
    <w:p>
      <w:r>
        <w:t>52. 用竖式计算：991 - 591 = ____</w:t>
      </w:r>
    </w:p>
    <w:p>
      <w:r>
        <w:t>53. 用竖式计算：218 + 584 = ____</w:t>
      </w:r>
    </w:p>
    <w:p>
      <w:r>
        <w:t>54. 用竖式计算：846 - 508 = ____</w:t>
      </w:r>
    </w:p>
    <w:p>
      <w:r>
        <w:t>55. 用竖式计算：466 + 537 = ____</w:t>
      </w:r>
    </w:p>
    <w:p>
      <w:r>
        <w:t>56. 用竖式计算：847 - 667 = ____</w:t>
      </w:r>
    </w:p>
    <w:p>
      <w:r>
        <w:t>57. 用竖式计算：636 + 273 = ____</w:t>
      </w:r>
    </w:p>
    <w:p>
      <w:r>
        <w:t>58. 用竖式计算：749 - 472 = ____</w:t>
      </w:r>
    </w:p>
    <w:p>
      <w:r>
        <w:t>59. 用竖式计算：875 + 749 = ____</w:t>
      </w:r>
    </w:p>
    <w:p>
      <w:r>
        <w:t>60. 用竖式计算：396 - 310 = ____</w:t>
      </w:r>
    </w:p>
    <w:p>
      <w:r>
        <w:t>61. 用竖式计算：374 + 703 = ____</w:t>
      </w:r>
    </w:p>
    <w:p>
      <w:r>
        <w:t>62. 用竖式计算：358 - 289 = ____</w:t>
      </w:r>
    </w:p>
    <w:p>
      <w:r>
        <w:t>63. 用竖式计算：356 + 445 = ____</w:t>
      </w:r>
    </w:p>
    <w:p>
      <w:r>
        <w:t>64. 用竖式计算：751 - 243 = ____</w:t>
      </w:r>
    </w:p>
    <w:p>
      <w:r>
        <w:t>65. 用竖式计算：378 + 980 = ____</w:t>
      </w:r>
    </w:p>
    <w:p>
      <w:r>
        <w:t>66. 用竖式计算：930 - 777 = ____</w:t>
      </w:r>
    </w:p>
    <w:p>
      <w:r>
        <w:t>67. 用竖式计算：224 + 807 = ____</w:t>
      </w:r>
    </w:p>
    <w:p>
      <w:r>
        <w:t>68. 用竖式计算：868 - 397 = ____</w:t>
      </w:r>
    </w:p>
    <w:p>
      <w:r>
        <w:t>69. 用竖式计算：459 + 421 = ____</w:t>
      </w:r>
    </w:p>
    <w:p>
      <w:r>
        <w:t>70. 用竖式计算：932 - 671 = ____</w:t>
      </w:r>
    </w:p>
    <w:p>
      <w:r>
        <w:t>71. 用竖式计算：833 + 566 = ____</w:t>
      </w:r>
    </w:p>
    <w:p>
      <w:r>
        <w:t>72. 用竖式计算：850 - 319 = ____</w:t>
      </w:r>
    </w:p>
    <w:p>
      <w:r>
        <w:t>73. 用竖式计算：215 + 496 = ____</w:t>
      </w:r>
    </w:p>
    <w:p>
      <w:r>
        <w:t>74. 用竖式计算：861 - 443 = ____</w:t>
      </w:r>
    </w:p>
    <w:p>
      <w:r>
        <w:t>75. 用竖式计算：289 + 369 = ____</w:t>
      </w:r>
    </w:p>
    <w:p>
      <w:r>
        <w:t>76. 用竖式计算：777 - 671 = ____</w:t>
      </w:r>
    </w:p>
    <w:p>
      <w:r>
        <w:t>77. 用竖式计算：145 + 322 = ____</w:t>
      </w:r>
    </w:p>
    <w:p>
      <w:r>
        <w:t>78. 用竖式计算：291 - 169 = ____</w:t>
      </w:r>
    </w:p>
    <w:p>
      <w:r>
        <w:t>79. 用竖式计算：875 + 819 = ____</w:t>
      </w:r>
    </w:p>
    <w:p>
      <w:r>
        <w:t>80. 用竖式计算：989 - 187 = ____</w:t>
      </w:r>
    </w:p>
    <w:p>
      <w:r>
        <w:t>81. 用竖式计算：808 + 811 = ____</w:t>
      </w:r>
    </w:p>
    <w:p>
      <w:r>
        <w:t>82. 用竖式计算：372 - 185 = ____</w:t>
      </w:r>
    </w:p>
    <w:p>
      <w:r>
        <w:t>83. 用竖式计算：858 + 451 = ____</w:t>
      </w:r>
    </w:p>
    <w:p>
      <w:r>
        <w:t>84. 用竖式计算：829 - 653 = ____</w:t>
      </w:r>
    </w:p>
    <w:p>
      <w:r>
        <w:t>85. 用竖式计算：255 + 525 = ____</w:t>
      </w:r>
    </w:p>
    <w:p>
      <w:r>
        <w:t>86. 用竖式计算：715 - 629 = ____</w:t>
      </w:r>
    </w:p>
    <w:p>
      <w:r>
        <w:t>87. 用竖式计算：467 + 380 = ____</w:t>
      </w:r>
    </w:p>
    <w:p>
      <w:r>
        <w:t>88. 用竖式计算：737 - 516 = ____</w:t>
      </w:r>
    </w:p>
    <w:p>
      <w:r>
        <w:t>89. 用竖式计算：235 + 163 = ____</w:t>
      </w:r>
    </w:p>
    <w:p>
      <w:r>
        <w:t>90. 用竖式计算：973 - 617 = ____</w:t>
      </w:r>
    </w:p>
    <w:p>
      <w:r>
        <w:t>91. 用竖式计算：911 + 767 = ____</w:t>
      </w:r>
    </w:p>
    <w:p>
      <w:r>
        <w:t>92. 用竖式计算：737 - 192 = ____</w:t>
      </w:r>
    </w:p>
    <w:p>
      <w:r>
        <w:t>93. 用竖式计算：687 + 647 = ____</w:t>
      </w:r>
    </w:p>
    <w:p>
      <w:r>
        <w:t>94. 用竖式计算：974 - 623 = ____</w:t>
      </w:r>
    </w:p>
    <w:p>
      <w:r>
        <w:t>95. 用竖式计算：845 + 375 = ____</w:t>
      </w:r>
    </w:p>
    <w:p>
      <w:r>
        <w:t>96. 用竖式计算：804 - 726 = ____</w:t>
      </w:r>
    </w:p>
    <w:p>
      <w:r>
        <w:t>97. 用竖式计算：734 + 587 = ____</w:t>
      </w:r>
    </w:p>
    <w:p>
      <w:r>
        <w:t>98. 用竖式计算：914 - 720 = ____</w:t>
      </w:r>
    </w:p>
    <w:p>
      <w:r>
        <w:t>99. 用竖式计算：570 + 975 = ____</w:t>
      </w:r>
    </w:p>
    <w:p>
      <w:r>
        <w:t>100. 用竖式计算：539 - 316 = 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【一、加法竖式（每题1分，共50分）】答案：</w:t>
      </w:r>
    </w:p>
    <w:p>
      <w:r>
        <w:t>1. 用竖式计算：630 + 829 = ____</w:t>
      </w:r>
    </w:p>
    <w:p>
      <w:r>
        <w:t>2. 用竖式计算：762 - 738 = ____</w:t>
      </w:r>
    </w:p>
    <w:p>
      <w:r>
        <w:t>3. 用竖式计算：336 + 969 = ____</w:t>
      </w:r>
    </w:p>
    <w:p>
      <w:r>
        <w:t>4. 用竖式计算：630 - 507 = ____</w:t>
      </w:r>
    </w:p>
    <w:p>
      <w:r>
        <w:t>5. 用竖式计算：666 + 231 = ____</w:t>
      </w:r>
    </w:p>
    <w:p>
      <w:r>
        <w:t>6. 用竖式计算：439 - 307 = ____</w:t>
      </w:r>
    </w:p>
    <w:p>
      <w:r>
        <w:t>7. 用竖式计算：994 + 719 = ____</w:t>
      </w:r>
    </w:p>
    <w:p>
      <w:r>
        <w:t>8. 用竖式计算：548 - 442 = ____</w:t>
      </w:r>
    </w:p>
    <w:p>
      <w:r>
        <w:t>9. 用竖式计算：588 + 341 = ____</w:t>
      </w:r>
    </w:p>
    <w:p>
      <w:r>
        <w:t>10. 用竖式计算：965 - 522 = ____</w:t>
      </w:r>
    </w:p>
    <w:p>
      <w:r>
        <w:t>11. 用竖式计算：753 + 450 = ____</w:t>
      </w:r>
    </w:p>
    <w:p>
      <w:r>
        <w:t>12. 用竖式计算：818 - 547 = ____</w:t>
      </w:r>
    </w:p>
    <w:p>
      <w:r>
        <w:t>13. 用竖式计算：489 + 696 = ____</w:t>
      </w:r>
    </w:p>
    <w:p>
      <w:r>
        <w:t>14. 用竖式计算：944 - 815 = ____</w:t>
      </w:r>
    </w:p>
    <w:p>
      <w:r>
        <w:t>15. 用竖式计算：498 + 781 = ____</w:t>
      </w:r>
    </w:p>
    <w:p>
      <w:r>
        <w:t>16. 用竖式计算：287 - 167 = ____</w:t>
      </w:r>
    </w:p>
    <w:p>
      <w:r>
        <w:t>17. 用竖式计算：968 + 454 = ____</w:t>
      </w:r>
    </w:p>
    <w:p>
      <w:r>
        <w:t>18. 用竖式计算：575 - 508 = ____</w:t>
      </w:r>
    </w:p>
    <w:p>
      <w:r>
        <w:t>19. 用竖式计算：217 + 803 = ____</w:t>
      </w:r>
    </w:p>
    <w:p>
      <w:r>
        <w:t>20. 用竖式计算：630 - 459 = ____</w:t>
      </w:r>
    </w:p>
    <w:p>
      <w:r>
        <w:t>21. 用竖式计算：774 + 265 = ____</w:t>
      </w:r>
    </w:p>
    <w:p>
      <w:r>
        <w:t>22. 用竖式计算：919 - 320 = ____</w:t>
      </w:r>
    </w:p>
    <w:p>
      <w:r>
        <w:t>23. 用竖式计算：569 + 696 = ____</w:t>
      </w:r>
    </w:p>
    <w:p>
      <w:r>
        <w:t>24. 用竖式计算：541 - 161 = ____</w:t>
      </w:r>
    </w:p>
    <w:p>
      <w:r>
        <w:t>25. 用竖式计算：365 + 783 = ____</w:t>
      </w:r>
    </w:p>
    <w:p>
      <w:r>
        <w:t>26. 用竖式计算：639 - 596 = ____</w:t>
      </w:r>
    </w:p>
    <w:p>
      <w:r>
        <w:t>27. 用竖式计算：709 + 855 = ____</w:t>
      </w:r>
    </w:p>
    <w:p>
      <w:r>
        <w:t>28. 用竖式计算：755 - 541 = ____</w:t>
      </w:r>
    </w:p>
    <w:p>
      <w:r>
        <w:t>29. 用竖式计算：698 + 515 = ____</w:t>
      </w:r>
    </w:p>
    <w:p>
      <w:r>
        <w:t>30. 用竖式计算：865 - 231 = ____</w:t>
      </w:r>
    </w:p>
    <w:p>
      <w:r>
        <w:t>31. 用竖式计算：925 + 763 = ____</w:t>
      </w:r>
    </w:p>
    <w:p>
      <w:r>
        <w:t>32. 用竖式计算：919 - 246 = ____</w:t>
      </w:r>
    </w:p>
    <w:p>
      <w:r>
        <w:t>33. 用竖式计算：699 + 351 = ____</w:t>
      </w:r>
    </w:p>
    <w:p>
      <w:r>
        <w:t>34. 用竖式计算：913 - 865 = ____</w:t>
      </w:r>
    </w:p>
    <w:p>
      <w:r>
        <w:t>35. 用竖式计算：238 + 403 = ____</w:t>
      </w:r>
    </w:p>
    <w:p>
      <w:r>
        <w:t>36. 用竖式计算：893 - 215 = ____</w:t>
      </w:r>
    </w:p>
    <w:p>
      <w:r>
        <w:t>37. 用竖式计算：294 + 173 = ____</w:t>
      </w:r>
    </w:p>
    <w:p>
      <w:r>
        <w:t>38. 用竖式计算：876 - 665 = ____</w:t>
      </w:r>
    </w:p>
    <w:p>
      <w:r>
        <w:t>39. 用竖式计算：550 + 972 = ____</w:t>
      </w:r>
    </w:p>
    <w:p>
      <w:r>
        <w:t>40. 用竖式计算：759 - 342 = ____</w:t>
      </w:r>
    </w:p>
    <w:p>
      <w:r>
        <w:t>41. 用竖式计算：308 + 127 = ____</w:t>
      </w:r>
    </w:p>
    <w:p>
      <w:r>
        <w:t>42. 用竖式计算：990 - 954 = ____</w:t>
      </w:r>
    </w:p>
    <w:p>
      <w:r>
        <w:t>43. 用竖式计算：156 + 137 = ____</w:t>
      </w:r>
    </w:p>
    <w:p>
      <w:r>
        <w:t>44. 用竖式计算：969 - 842 = ____</w:t>
      </w:r>
    </w:p>
    <w:p>
      <w:r>
        <w:t>45. 用竖式计算：816 + 580 = ____</w:t>
      </w:r>
    </w:p>
    <w:p>
      <w:r>
        <w:t>46. 用竖式计算：735 - 666 = ____</w:t>
      </w:r>
    </w:p>
    <w:p>
      <w:r>
        <w:t>47. 用竖式计算：849 + 558 = ____</w:t>
      </w:r>
    </w:p>
    <w:p>
      <w:r>
        <w:t>48. 用竖式计算：253 - 252 = ____</w:t>
      </w:r>
    </w:p>
    <w:p>
      <w:r>
        <w:t>49. 用竖式计算：218 + 405 = ____</w:t>
      </w:r>
    </w:p>
    <w:p>
      <w:r>
        <w:t>50. 用竖式计算：755 - 748 = ____</w:t>
      </w:r>
    </w:p>
    <w:p>
      <w:r>
        <w:t>【二、减法竖式（每题1分，共50分）】答案：</w:t>
      </w:r>
    </w:p>
    <w:p>
      <w:r>
        <w:t>51. 用竖式计算：504 + 192 = ____</w:t>
      </w:r>
    </w:p>
    <w:p>
      <w:r>
        <w:t>52. 用竖式计算：991 - 591 = ____</w:t>
      </w:r>
    </w:p>
    <w:p>
      <w:r>
        <w:t>53. 用竖式计算：218 + 584 = ____</w:t>
      </w:r>
    </w:p>
    <w:p>
      <w:r>
        <w:t>54. 用竖式计算：846 - 508 = ____</w:t>
      </w:r>
    </w:p>
    <w:p>
      <w:r>
        <w:t>55. 用竖式计算：466 + 537 = ____</w:t>
      </w:r>
    </w:p>
    <w:p>
      <w:r>
        <w:t>56. 用竖式计算：847 - 667 = ____</w:t>
      </w:r>
    </w:p>
    <w:p>
      <w:r>
        <w:t>57. 用竖式计算：636 + 273 = ____</w:t>
      </w:r>
    </w:p>
    <w:p>
      <w:r>
        <w:t>58. 用竖式计算：749 - 472 = ____</w:t>
      </w:r>
    </w:p>
    <w:p>
      <w:r>
        <w:t>59. 用竖式计算：875 + 749 = ____</w:t>
      </w:r>
    </w:p>
    <w:p>
      <w:r>
        <w:t>60. 用竖式计算：396 - 310 = ____</w:t>
      </w:r>
    </w:p>
    <w:p>
      <w:r>
        <w:t>61. 用竖式计算：374 + 703 = ____</w:t>
      </w:r>
    </w:p>
    <w:p>
      <w:r>
        <w:t>62. 用竖式计算：358 - 289 = ____</w:t>
      </w:r>
    </w:p>
    <w:p>
      <w:r>
        <w:t>63. 用竖式计算：356 + 445 = ____</w:t>
      </w:r>
    </w:p>
    <w:p>
      <w:r>
        <w:t>64. 用竖式计算：751 - 243 = ____</w:t>
      </w:r>
    </w:p>
    <w:p>
      <w:r>
        <w:t>65. 用竖式计算：378 + 980 = ____</w:t>
      </w:r>
    </w:p>
    <w:p>
      <w:r>
        <w:t>66. 用竖式计算：930 - 777 = ____</w:t>
      </w:r>
    </w:p>
    <w:p>
      <w:r>
        <w:t>67. 用竖式计算：224 + 807 = ____</w:t>
      </w:r>
    </w:p>
    <w:p>
      <w:r>
        <w:t>68. 用竖式计算：868 - 397 = ____</w:t>
      </w:r>
    </w:p>
    <w:p>
      <w:r>
        <w:t>69. 用竖式计算：459 + 421 = ____</w:t>
      </w:r>
    </w:p>
    <w:p>
      <w:r>
        <w:t>70. 用竖式计算：932 - 671 = ____</w:t>
      </w:r>
    </w:p>
    <w:p>
      <w:r>
        <w:t>71. 用竖式计算：833 + 566 = ____</w:t>
      </w:r>
    </w:p>
    <w:p>
      <w:r>
        <w:t>72. 用竖式计算：850 - 319 = ____</w:t>
      </w:r>
    </w:p>
    <w:p>
      <w:r>
        <w:t>73. 用竖式计算：215 + 496 = ____</w:t>
      </w:r>
    </w:p>
    <w:p>
      <w:r>
        <w:t>74. 用竖式计算：861 - 443 = ____</w:t>
      </w:r>
    </w:p>
    <w:p>
      <w:r>
        <w:t>75. 用竖式计算：289 + 369 = ____</w:t>
      </w:r>
    </w:p>
    <w:p>
      <w:r>
        <w:t>76. 用竖式计算：777 - 671 = ____</w:t>
      </w:r>
    </w:p>
    <w:p>
      <w:r>
        <w:t>77. 用竖式计算：145 + 322 = ____</w:t>
      </w:r>
    </w:p>
    <w:p>
      <w:r>
        <w:t>78. 用竖式计算：291 - 169 = ____</w:t>
      </w:r>
    </w:p>
    <w:p>
      <w:r>
        <w:t>79. 用竖式计算：875 + 819 = ____</w:t>
      </w:r>
    </w:p>
    <w:p>
      <w:r>
        <w:t>80. 用竖式计算：989 - 187 = ____</w:t>
      </w:r>
    </w:p>
    <w:p>
      <w:r>
        <w:t>81. 用竖式计算：808 + 811 = ____</w:t>
      </w:r>
    </w:p>
    <w:p>
      <w:r>
        <w:t>82. 用竖式计算：372 - 185 = ____</w:t>
      </w:r>
    </w:p>
    <w:p>
      <w:r>
        <w:t>83. 用竖式计算：858 + 451 = ____</w:t>
      </w:r>
    </w:p>
    <w:p>
      <w:r>
        <w:t>84. 用竖式计算：829 - 653 = ____</w:t>
      </w:r>
    </w:p>
    <w:p>
      <w:r>
        <w:t>85. 用竖式计算：255 + 525 = ____</w:t>
      </w:r>
    </w:p>
    <w:p>
      <w:r>
        <w:t>86. 用竖式计算：715 - 629 = ____</w:t>
      </w:r>
    </w:p>
    <w:p>
      <w:r>
        <w:t>87. 用竖式计算：467 + 380 = ____</w:t>
      </w:r>
    </w:p>
    <w:p>
      <w:r>
        <w:t>88. 用竖式计算：737 - 516 = ____</w:t>
      </w:r>
    </w:p>
    <w:p>
      <w:r>
        <w:t>89. 用竖式计算：235 + 163 = ____</w:t>
      </w:r>
    </w:p>
    <w:p>
      <w:r>
        <w:t>90. 用竖式计算：973 - 617 = ____</w:t>
      </w:r>
    </w:p>
    <w:p>
      <w:r>
        <w:t>91. 用竖式计算：911 + 767 = ____</w:t>
      </w:r>
    </w:p>
    <w:p>
      <w:r>
        <w:t>92. 用竖式计算：737 - 192 = ____</w:t>
      </w:r>
    </w:p>
    <w:p>
      <w:r>
        <w:t>93. 用竖式计算：687 + 647 = ____</w:t>
      </w:r>
    </w:p>
    <w:p>
      <w:r>
        <w:t>94. 用竖式计算：974 - 623 = ____</w:t>
      </w:r>
    </w:p>
    <w:p>
      <w:r>
        <w:t>95. 用竖式计算：845 + 375 = ____</w:t>
      </w:r>
    </w:p>
    <w:p>
      <w:r>
        <w:t>96. 用竖式计算：804 - 726 = ____</w:t>
      </w:r>
    </w:p>
    <w:p>
      <w:r>
        <w:t>97. 用竖式计算：734 + 587 = ____</w:t>
      </w:r>
    </w:p>
    <w:p>
      <w:r>
        <w:t>98. 用竖式计算：914 - 720 = ____</w:t>
      </w:r>
    </w:p>
    <w:p>
      <w:r>
        <w:t>99. 用竖式计算：570 + 975 = ____</w:t>
      </w:r>
    </w:p>
    <w:p>
      <w:r>
        <w:t>100. 用竖式计算：539 - 316 = 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