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三年级数学三位数乘一位数竖式100题（含答案）</w:t>
      </w:r>
    </w:p>
    <w:p>
      <w:pPr>
        <w:jc w:val="center"/>
      </w:pPr>
      <w:r>
        <w:t>（时间：90分钟  满分：100分）</w:t>
      </w:r>
    </w:p>
    <w:p>
      <w:r>
        <w:t>姓名：__________  班级：__________  分数：__________</w:t>
      </w:r>
    </w:p>
    <w:p/>
    <w:p>
      <w:pPr>
        <w:pStyle w:val="Heading2"/>
      </w:pPr>
      <w:r>
        <w:t>一、三位数乘一位数（每题1分，共100分）</w:t>
      </w:r>
    </w:p>
    <w:p>
      <w:r>
        <w:t>1. 173 × 7 = ____</w:t>
      </w:r>
    </w:p>
    <w:p>
      <w:r>
        <w:t>2. 298 × 6 = ____</w:t>
      </w:r>
    </w:p>
    <w:p>
      <w:r>
        <w:t>3. 436 × 3 = ____</w:t>
      </w:r>
    </w:p>
    <w:p>
      <w:r>
        <w:t>4. 782 × 4 = ____</w:t>
      </w:r>
    </w:p>
    <w:p>
      <w:r>
        <w:t>5. 964 × 2 = ____</w:t>
      </w:r>
    </w:p>
    <w:p>
      <w:r>
        <w:t>6. 883 × 3 = ____</w:t>
      </w:r>
    </w:p>
    <w:p>
      <w:r>
        <w:t>7. 612 × 6 = ____</w:t>
      </w:r>
    </w:p>
    <w:p>
      <w:r>
        <w:t>8. 491 × 9 = ____</w:t>
      </w:r>
    </w:p>
    <w:p>
      <w:r>
        <w:t>9. 127 × 5 = ____</w:t>
      </w:r>
    </w:p>
    <w:p>
      <w:r>
        <w:t>10. 908 × 7 = ____</w:t>
      </w:r>
    </w:p>
    <w:p>
      <w:r>
        <w:t>11. 274 × 6 = ____</w:t>
      </w:r>
    </w:p>
    <w:p>
      <w:r>
        <w:t>12. 551 × 2 = ____</w:t>
      </w:r>
    </w:p>
    <w:p>
      <w:r>
        <w:t>13. 357 × 9 = ____</w:t>
      </w:r>
    </w:p>
    <w:p>
      <w:r>
        <w:t>14. 682 × 8 = ____</w:t>
      </w:r>
    </w:p>
    <w:p>
      <w:r>
        <w:t>15. 759 × 4 = ____</w:t>
      </w:r>
    </w:p>
    <w:p>
      <w:r>
        <w:t>16. 439 × 8 = ____</w:t>
      </w:r>
    </w:p>
    <w:p>
      <w:r>
        <w:t>17. 527 × 8 = ____</w:t>
      </w:r>
    </w:p>
    <w:p>
      <w:r>
        <w:t>18. 936 × 2 = ____</w:t>
      </w:r>
    </w:p>
    <w:p>
      <w:r>
        <w:t>19. 476 × 9 = ____</w:t>
      </w:r>
    </w:p>
    <w:p>
      <w:r>
        <w:t>20. 541 × 2 = ____</w:t>
      </w:r>
    </w:p>
    <w:p>
      <w:r>
        <w:t>21. 595 × 3 = ____</w:t>
      </w:r>
    </w:p>
    <w:p>
      <w:r>
        <w:t>22. 223 × 9 = ____</w:t>
      </w:r>
    </w:p>
    <w:p>
      <w:r>
        <w:t>23. 400 × 6 = ____</w:t>
      </w:r>
    </w:p>
    <w:p>
      <w:r>
        <w:t>24. 282 × 6 = ____</w:t>
      </w:r>
    </w:p>
    <w:p>
      <w:r>
        <w:t>25. 718 × 2 = ____</w:t>
      </w:r>
    </w:p>
    <w:p>
      <w:r>
        <w:t>26. 332 × 4 = ____</w:t>
      </w:r>
    </w:p>
    <w:p>
      <w:r>
        <w:t>27. 847 × 3 = ____</w:t>
      </w:r>
    </w:p>
    <w:p>
      <w:r>
        <w:t>28. 231 × 3 = ____</w:t>
      </w:r>
    </w:p>
    <w:p>
      <w:r>
        <w:t>29. 157 × 2 = ____</w:t>
      </w:r>
    </w:p>
    <w:p>
      <w:r>
        <w:t>30. 404 × 4 = ____</w:t>
      </w:r>
    </w:p>
    <w:p>
      <w:r>
        <w:t>31. 378 × 2 = ____</w:t>
      </w:r>
    </w:p>
    <w:p>
      <w:r>
        <w:t>32. 106 × 4 = ____</w:t>
      </w:r>
    </w:p>
    <w:p>
      <w:r>
        <w:t>33. 656 × 6 = ____</w:t>
      </w:r>
    </w:p>
    <w:p>
      <w:r>
        <w:t>34. 633 × 2 = ____</w:t>
      </w:r>
    </w:p>
    <w:p>
      <w:r>
        <w:t>35. 637 × 3 = ____</w:t>
      </w:r>
    </w:p>
    <w:p>
      <w:r>
        <w:t>36. 541 × 4 = ____</w:t>
      </w:r>
    </w:p>
    <w:p>
      <w:r>
        <w:t>37. 294 × 3 = ____</w:t>
      </w:r>
    </w:p>
    <w:p>
      <w:r>
        <w:t>38. 937 × 5 = ____</w:t>
      </w:r>
    </w:p>
    <w:p>
      <w:r>
        <w:t>39. 464 × 2 = ____</w:t>
      </w:r>
    </w:p>
    <w:p>
      <w:r>
        <w:t>40. 167 × 4 = ____</w:t>
      </w:r>
    </w:p>
    <w:p>
      <w:r>
        <w:t>41. 235 × 6 = ____</w:t>
      </w:r>
    </w:p>
    <w:p>
      <w:r>
        <w:t>42. 785 × 2 = ____</w:t>
      </w:r>
    </w:p>
    <w:p>
      <w:r>
        <w:t>43. 489 × 5 = ____</w:t>
      </w:r>
    </w:p>
    <w:p>
      <w:r>
        <w:t>44. 394 × 9 = ____</w:t>
      </w:r>
    </w:p>
    <w:p>
      <w:r>
        <w:t>45. 398 × 9 = ____</w:t>
      </w:r>
    </w:p>
    <w:p>
      <w:r>
        <w:t>46. 475 × 6 = ____</w:t>
      </w:r>
    </w:p>
    <w:p>
      <w:r>
        <w:t>47. 913 × 8 = ____</w:t>
      </w:r>
    </w:p>
    <w:p>
      <w:r>
        <w:t>48. 556 × 8 = ____</w:t>
      </w:r>
    </w:p>
    <w:p>
      <w:r>
        <w:t>49. 658 × 5 = ____</w:t>
      </w:r>
    </w:p>
    <w:p>
      <w:r>
        <w:t>50. 449 × 3 = ____</w:t>
      </w:r>
    </w:p>
    <w:p>
      <w:r>
        <w:t>51. 717 × 6 = ____</w:t>
      </w:r>
    </w:p>
    <w:p>
      <w:r>
        <w:t>52. 178 × 6 = ____</w:t>
      </w:r>
    </w:p>
    <w:p>
      <w:r>
        <w:t>53. 428 × 2 = ____</w:t>
      </w:r>
    </w:p>
    <w:p>
      <w:r>
        <w:t>54. 826 × 9 = ____</w:t>
      </w:r>
    </w:p>
    <w:p>
      <w:r>
        <w:t>55. 766 × 5 = ____</w:t>
      </w:r>
    </w:p>
    <w:p>
      <w:r>
        <w:t>56. 632 × 9 = ____</w:t>
      </w:r>
    </w:p>
    <w:p>
      <w:r>
        <w:t>57. 445 × 2 = ____</w:t>
      </w:r>
    </w:p>
    <w:p>
      <w:r>
        <w:t>58. 935 × 8 = ____</w:t>
      </w:r>
    </w:p>
    <w:p>
      <w:r>
        <w:t>59. 751 × 2 = ____</w:t>
      </w:r>
    </w:p>
    <w:p>
      <w:r>
        <w:t>60. 765 × 6 = ____</w:t>
      </w:r>
    </w:p>
    <w:p>
      <w:r>
        <w:t>61. 880 × 8 = ____</w:t>
      </w:r>
    </w:p>
    <w:p>
      <w:r>
        <w:t>62. 165 × 5 = ____</w:t>
      </w:r>
    </w:p>
    <w:p>
      <w:r>
        <w:t>63. 338 × 4 = ____</w:t>
      </w:r>
    </w:p>
    <w:p>
      <w:r>
        <w:t>64. 780 × 8 = ____</w:t>
      </w:r>
    </w:p>
    <w:p>
      <w:r>
        <w:t>65. 914 × 3 = ____</w:t>
      </w:r>
    </w:p>
    <w:p>
      <w:r>
        <w:t>66. 941 × 9 = ____</w:t>
      </w:r>
    </w:p>
    <w:p>
      <w:r>
        <w:t>67. 465 × 8 = ____</w:t>
      </w:r>
    </w:p>
    <w:p>
      <w:r>
        <w:t>68. 765 × 8 = ____</w:t>
      </w:r>
    </w:p>
    <w:p>
      <w:r>
        <w:t>69. 408 × 8 = ____</w:t>
      </w:r>
    </w:p>
    <w:p>
      <w:r>
        <w:t>70. 817 × 5 = ____</w:t>
      </w:r>
    </w:p>
    <w:p>
      <w:r>
        <w:t>71. 901 × 2 = ____</w:t>
      </w:r>
    </w:p>
    <w:p>
      <w:r>
        <w:t>72. 936 × 8 = ____</w:t>
      </w:r>
    </w:p>
    <w:p>
      <w:r>
        <w:t>73. 208 × 4 = ____</w:t>
      </w:r>
    </w:p>
    <w:p>
      <w:r>
        <w:t>74. 943 × 8 = ____</w:t>
      </w:r>
    </w:p>
    <w:p>
      <w:r>
        <w:t>75. 963 × 2 = ____</w:t>
      </w:r>
    </w:p>
    <w:p>
      <w:r>
        <w:t>76. 166 × 6 = ____</w:t>
      </w:r>
    </w:p>
    <w:p>
      <w:r>
        <w:t>77. 596 × 7 = ____</w:t>
      </w:r>
    </w:p>
    <w:p>
      <w:r>
        <w:t>78. 174 × 9 = ____</w:t>
      </w:r>
    </w:p>
    <w:p>
      <w:r>
        <w:t>79. 545 × 4 = ____</w:t>
      </w:r>
    </w:p>
    <w:p>
      <w:r>
        <w:t>80. 546 × 8 = ____</w:t>
      </w:r>
    </w:p>
    <w:p>
      <w:r>
        <w:t>81. 420 × 2 = ____</w:t>
      </w:r>
    </w:p>
    <w:p>
      <w:r>
        <w:t>82. 595 × 9 = ____</w:t>
      </w:r>
    </w:p>
    <w:p>
      <w:r>
        <w:t>83. 103 × 5 = ____</w:t>
      </w:r>
    </w:p>
    <w:p>
      <w:r>
        <w:t>84. 592 × 2 = ____</w:t>
      </w:r>
    </w:p>
    <w:p>
      <w:r>
        <w:t>85. 409 × 3 = ____</w:t>
      </w:r>
    </w:p>
    <w:p>
      <w:r>
        <w:t>86. 395 × 8 = ____</w:t>
      </w:r>
    </w:p>
    <w:p>
      <w:r>
        <w:t>87. 782 × 4 = ____</w:t>
      </w:r>
    </w:p>
    <w:p>
      <w:r>
        <w:t>88. 886 × 5 = ____</w:t>
      </w:r>
    </w:p>
    <w:p>
      <w:r>
        <w:t>89. 671 × 7 = ____</w:t>
      </w:r>
    </w:p>
    <w:p>
      <w:r>
        <w:t>90. 466 × 9 = ____</w:t>
      </w:r>
    </w:p>
    <w:p>
      <w:r>
        <w:t>91. 357 × 9 = ____</w:t>
      </w:r>
    </w:p>
    <w:p>
      <w:r>
        <w:t>92. 817 × 7 = ____</w:t>
      </w:r>
    </w:p>
    <w:p>
      <w:r>
        <w:t>93. 565 × 3 = ____</w:t>
      </w:r>
    </w:p>
    <w:p>
      <w:r>
        <w:t>94. 946 × 3 = ____</w:t>
      </w:r>
    </w:p>
    <w:p>
      <w:r>
        <w:t>95. 657 × 6 = ____</w:t>
      </w:r>
    </w:p>
    <w:p>
      <w:r>
        <w:t>96. 847 × 7 = ____</w:t>
      </w:r>
    </w:p>
    <w:p>
      <w:r>
        <w:t>97. 874 × 6 = ____</w:t>
      </w:r>
    </w:p>
    <w:p>
      <w:r>
        <w:t>98. 671 × 4 = ____</w:t>
      </w:r>
    </w:p>
    <w:p>
      <w:r>
        <w:t>99. 814 × 6 = ____</w:t>
      </w:r>
    </w:p>
    <w:p>
      <w:r>
        <w:t>100. 579 × 6 = ____</w:t>
      </w:r>
    </w:p>
    <w:p/>
    <w:p>
      <w:r>
        <w:br w:type="page"/>
      </w:r>
    </w:p>
    <w:p>
      <w:pPr>
        <w:pStyle w:val="Heading1"/>
      </w:pPr>
      <w:r>
        <w:t>参考答案与解析</w:t>
      </w:r>
    </w:p>
    <w:p>
      <w:r>
        <w:t>【一、三位数乘一位数（每题1分，共100分）】答案：</w:t>
      </w:r>
    </w:p>
    <w:p>
      <w:r>
        <w:t>1. 173 × 7 = ____</w:t>
      </w:r>
    </w:p>
    <w:p>
      <w:r>
        <w:t>2. 298 × 6 = ____</w:t>
      </w:r>
    </w:p>
    <w:p>
      <w:r>
        <w:t>3. 436 × 3 = ____</w:t>
      </w:r>
    </w:p>
    <w:p>
      <w:r>
        <w:t>4. 782 × 4 = ____</w:t>
      </w:r>
    </w:p>
    <w:p>
      <w:r>
        <w:t>5. 964 × 2 = ____</w:t>
      </w:r>
    </w:p>
    <w:p>
      <w:r>
        <w:t>6. 883 × 3 = ____</w:t>
      </w:r>
    </w:p>
    <w:p>
      <w:r>
        <w:t>7. 612 × 6 = ____</w:t>
      </w:r>
    </w:p>
    <w:p>
      <w:r>
        <w:t>8. 491 × 9 = ____</w:t>
      </w:r>
    </w:p>
    <w:p>
      <w:r>
        <w:t>9. 127 × 5 = ____</w:t>
      </w:r>
    </w:p>
    <w:p>
      <w:r>
        <w:t>10. 908 × 7 = ____</w:t>
      </w:r>
    </w:p>
    <w:p>
      <w:r>
        <w:t>11. 274 × 6 = ____</w:t>
      </w:r>
    </w:p>
    <w:p>
      <w:r>
        <w:t>12. 551 × 2 = ____</w:t>
      </w:r>
    </w:p>
    <w:p>
      <w:r>
        <w:t>13. 357 × 9 = ____</w:t>
      </w:r>
    </w:p>
    <w:p>
      <w:r>
        <w:t>14. 682 × 8 = ____</w:t>
      </w:r>
    </w:p>
    <w:p>
      <w:r>
        <w:t>15. 759 × 4 = ____</w:t>
      </w:r>
    </w:p>
    <w:p>
      <w:r>
        <w:t>16. 439 × 8 = ____</w:t>
      </w:r>
    </w:p>
    <w:p>
      <w:r>
        <w:t>17. 527 × 8 = ____</w:t>
      </w:r>
    </w:p>
    <w:p>
      <w:r>
        <w:t>18. 936 × 2 = ____</w:t>
      </w:r>
    </w:p>
    <w:p>
      <w:r>
        <w:t>19. 476 × 9 = ____</w:t>
      </w:r>
    </w:p>
    <w:p>
      <w:r>
        <w:t>20. 541 × 2 = ____</w:t>
      </w:r>
    </w:p>
    <w:p>
      <w:r>
        <w:t>21. 595 × 3 = ____</w:t>
      </w:r>
    </w:p>
    <w:p>
      <w:r>
        <w:t>22. 223 × 9 = ____</w:t>
      </w:r>
    </w:p>
    <w:p>
      <w:r>
        <w:t>23. 400 × 6 = ____</w:t>
      </w:r>
    </w:p>
    <w:p>
      <w:r>
        <w:t>24. 282 × 6 = ____</w:t>
      </w:r>
    </w:p>
    <w:p>
      <w:r>
        <w:t>25. 718 × 2 = ____</w:t>
      </w:r>
    </w:p>
    <w:p>
      <w:r>
        <w:t>26. 332 × 4 = ____</w:t>
      </w:r>
    </w:p>
    <w:p>
      <w:r>
        <w:t>27. 847 × 3 = ____</w:t>
      </w:r>
    </w:p>
    <w:p>
      <w:r>
        <w:t>28. 231 × 3 = ____</w:t>
      </w:r>
    </w:p>
    <w:p>
      <w:r>
        <w:t>29. 157 × 2 = ____</w:t>
      </w:r>
    </w:p>
    <w:p>
      <w:r>
        <w:t>30. 404 × 4 = ____</w:t>
      </w:r>
    </w:p>
    <w:p>
      <w:r>
        <w:t>31. 378 × 2 = ____</w:t>
      </w:r>
    </w:p>
    <w:p>
      <w:r>
        <w:t>32. 106 × 4 = ____</w:t>
      </w:r>
    </w:p>
    <w:p>
      <w:r>
        <w:t>33. 656 × 6 = ____</w:t>
      </w:r>
    </w:p>
    <w:p>
      <w:r>
        <w:t>34. 633 × 2 = ____</w:t>
      </w:r>
    </w:p>
    <w:p>
      <w:r>
        <w:t>35. 637 × 3 = ____</w:t>
      </w:r>
    </w:p>
    <w:p>
      <w:r>
        <w:t>36. 541 × 4 = ____</w:t>
      </w:r>
    </w:p>
    <w:p>
      <w:r>
        <w:t>37. 294 × 3 = ____</w:t>
      </w:r>
    </w:p>
    <w:p>
      <w:r>
        <w:t>38. 937 × 5 = ____</w:t>
      </w:r>
    </w:p>
    <w:p>
      <w:r>
        <w:t>39. 464 × 2 = ____</w:t>
      </w:r>
    </w:p>
    <w:p>
      <w:r>
        <w:t>40. 167 × 4 = ____</w:t>
      </w:r>
    </w:p>
    <w:p>
      <w:r>
        <w:t>41. 235 × 6 = ____</w:t>
      </w:r>
    </w:p>
    <w:p>
      <w:r>
        <w:t>42. 785 × 2 = ____</w:t>
      </w:r>
    </w:p>
    <w:p>
      <w:r>
        <w:t>43. 489 × 5 = ____</w:t>
      </w:r>
    </w:p>
    <w:p>
      <w:r>
        <w:t>44. 394 × 9 = ____</w:t>
      </w:r>
    </w:p>
    <w:p>
      <w:r>
        <w:t>45. 398 × 9 = ____</w:t>
      </w:r>
    </w:p>
    <w:p>
      <w:r>
        <w:t>46. 475 × 6 = ____</w:t>
      </w:r>
    </w:p>
    <w:p>
      <w:r>
        <w:t>47. 913 × 8 = ____</w:t>
      </w:r>
    </w:p>
    <w:p>
      <w:r>
        <w:t>48. 556 × 8 = ____</w:t>
      </w:r>
    </w:p>
    <w:p>
      <w:r>
        <w:t>49. 658 × 5 = ____</w:t>
      </w:r>
    </w:p>
    <w:p>
      <w:r>
        <w:t>50. 449 × 3 = ____</w:t>
      </w:r>
    </w:p>
    <w:p>
      <w:r>
        <w:t>51. 717 × 6 = ____</w:t>
      </w:r>
    </w:p>
    <w:p>
      <w:r>
        <w:t>52. 178 × 6 = ____</w:t>
      </w:r>
    </w:p>
    <w:p>
      <w:r>
        <w:t>53. 428 × 2 = ____</w:t>
      </w:r>
    </w:p>
    <w:p>
      <w:r>
        <w:t>54. 826 × 9 = ____</w:t>
      </w:r>
    </w:p>
    <w:p>
      <w:r>
        <w:t>55. 766 × 5 = ____</w:t>
      </w:r>
    </w:p>
    <w:p>
      <w:r>
        <w:t>56. 632 × 9 = ____</w:t>
      </w:r>
    </w:p>
    <w:p>
      <w:r>
        <w:t>57. 445 × 2 = ____</w:t>
      </w:r>
    </w:p>
    <w:p>
      <w:r>
        <w:t>58. 935 × 8 = ____</w:t>
      </w:r>
    </w:p>
    <w:p>
      <w:r>
        <w:t>59. 751 × 2 = ____</w:t>
      </w:r>
    </w:p>
    <w:p>
      <w:r>
        <w:t>60. 765 × 6 = ____</w:t>
      </w:r>
    </w:p>
    <w:p>
      <w:r>
        <w:t>61. 880 × 8 = ____</w:t>
      </w:r>
    </w:p>
    <w:p>
      <w:r>
        <w:t>62. 165 × 5 = ____</w:t>
      </w:r>
    </w:p>
    <w:p>
      <w:r>
        <w:t>63. 338 × 4 = ____</w:t>
      </w:r>
    </w:p>
    <w:p>
      <w:r>
        <w:t>64. 780 × 8 = ____</w:t>
      </w:r>
    </w:p>
    <w:p>
      <w:r>
        <w:t>65. 914 × 3 = ____</w:t>
      </w:r>
    </w:p>
    <w:p>
      <w:r>
        <w:t>66. 941 × 9 = ____</w:t>
      </w:r>
    </w:p>
    <w:p>
      <w:r>
        <w:t>67. 465 × 8 = ____</w:t>
      </w:r>
    </w:p>
    <w:p>
      <w:r>
        <w:t>68. 765 × 8 = ____</w:t>
      </w:r>
    </w:p>
    <w:p>
      <w:r>
        <w:t>69. 408 × 8 = ____</w:t>
      </w:r>
    </w:p>
    <w:p>
      <w:r>
        <w:t>70. 817 × 5 = ____</w:t>
      </w:r>
    </w:p>
    <w:p>
      <w:r>
        <w:t>71. 901 × 2 = ____</w:t>
      </w:r>
    </w:p>
    <w:p>
      <w:r>
        <w:t>72. 936 × 8 = ____</w:t>
      </w:r>
    </w:p>
    <w:p>
      <w:r>
        <w:t>73. 208 × 4 = ____</w:t>
      </w:r>
    </w:p>
    <w:p>
      <w:r>
        <w:t>74. 943 × 8 = ____</w:t>
      </w:r>
    </w:p>
    <w:p>
      <w:r>
        <w:t>75. 963 × 2 = ____</w:t>
      </w:r>
    </w:p>
    <w:p>
      <w:r>
        <w:t>76. 166 × 6 = ____</w:t>
      </w:r>
    </w:p>
    <w:p>
      <w:r>
        <w:t>77. 596 × 7 = ____</w:t>
      </w:r>
    </w:p>
    <w:p>
      <w:r>
        <w:t>78. 174 × 9 = ____</w:t>
      </w:r>
    </w:p>
    <w:p>
      <w:r>
        <w:t>79. 545 × 4 = ____</w:t>
      </w:r>
    </w:p>
    <w:p>
      <w:r>
        <w:t>80. 546 × 8 = ____</w:t>
      </w:r>
    </w:p>
    <w:p>
      <w:r>
        <w:t>81. 420 × 2 = ____</w:t>
      </w:r>
    </w:p>
    <w:p>
      <w:r>
        <w:t>82. 595 × 9 = ____</w:t>
      </w:r>
    </w:p>
    <w:p>
      <w:r>
        <w:t>83. 103 × 5 = ____</w:t>
      </w:r>
    </w:p>
    <w:p>
      <w:r>
        <w:t>84. 592 × 2 = ____</w:t>
      </w:r>
    </w:p>
    <w:p>
      <w:r>
        <w:t>85. 409 × 3 = ____</w:t>
      </w:r>
    </w:p>
    <w:p>
      <w:r>
        <w:t>86. 395 × 8 = ____</w:t>
      </w:r>
    </w:p>
    <w:p>
      <w:r>
        <w:t>87. 782 × 4 = ____</w:t>
      </w:r>
    </w:p>
    <w:p>
      <w:r>
        <w:t>88. 886 × 5 = ____</w:t>
      </w:r>
    </w:p>
    <w:p>
      <w:r>
        <w:t>89. 671 × 7 = ____</w:t>
      </w:r>
    </w:p>
    <w:p>
      <w:r>
        <w:t>90. 466 × 9 = ____</w:t>
      </w:r>
    </w:p>
    <w:p>
      <w:r>
        <w:t>91. 357 × 9 = ____</w:t>
      </w:r>
    </w:p>
    <w:p>
      <w:r>
        <w:t>92. 817 × 7 = ____</w:t>
      </w:r>
    </w:p>
    <w:p>
      <w:r>
        <w:t>93. 565 × 3 = ____</w:t>
      </w:r>
    </w:p>
    <w:p>
      <w:r>
        <w:t>94. 946 × 3 = ____</w:t>
      </w:r>
    </w:p>
    <w:p>
      <w:r>
        <w:t>95. 657 × 6 = ____</w:t>
      </w:r>
    </w:p>
    <w:p>
      <w:r>
        <w:t>96. 847 × 7 = ____</w:t>
      </w:r>
    </w:p>
    <w:p>
      <w:r>
        <w:t>97. 874 × 6 = ____</w:t>
      </w:r>
    </w:p>
    <w:p>
      <w:r>
        <w:t>98. 671 × 4 = ____</w:t>
      </w:r>
    </w:p>
    <w:p>
      <w:r>
        <w:t>99. 814 × 6 = ____</w:t>
      </w:r>
    </w:p>
    <w:p>
      <w:r>
        <w:t>100. 579 × 6 = 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