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小学三年级语文上册期中测试卷（含答案+详细解析）</w:t>
      </w:r>
    </w:p>
    <w:p>
      <w:r>
        <w:t>小编今天整理了《小学三年级语文上册期中测试卷》，覆盖1-4单元核心考点：生字词、多音字、近反义词、句子练习、课内阅读和课外阅读。这份试卷完全按照新课标和人教版教材编写，适合三年级学生期中复习和家长辅导使用。</w:t>
      </w:r>
    </w:p>
    <w:p>
      <w:r>
        <w:t>为什么值得下载？①题型和学校考试完全一致（看拼音写词语、选词填空、句子改写、阅读理解、习作）；②每道题都附答案和详细解析，家长辅导不抓瞎；③可以直接A4打印，做完一遍还能做第二遍。网页上展示的是预览版，只放了部分题目，下载Word完整版后才是全部题目+答案解析。? 免费下载Word完整版（可直接打印编辑）</w:t>
      </w:r>
    </w:p>
    <w:p>
      <w:pPr>
        <w:pStyle w:val="Heading1"/>
      </w:pPr>
      <w:r>
        <w:t>试卷结构预览</w:t>
      </w:r>
    </w:p>
    <w:p>
      <w:r>
        <w:t>一、看拼音写词语（每空1分，共10分）</w:t>
      </w:r>
    </w:p>
    <w:p>
      <w:r>
        <w:t>1. píng guǒ（ ）  2. fēng yè（ ）  3. yǎn zòu（ ）  4. chéng shí（ ）</w:t>
      </w:r>
    </w:p>
    <w:p>
      <w:r>
        <w:t>……</w:t>
      </w:r>
    </w:p>
    <w:p>
      <w:r>
        <w:t>二、多音字组词（每题2分，共10分）</w:t>
      </w:r>
    </w:p>
    <w:p>
      <w:r>
        <w:t>1. 好：hǎo（ ） hào（ ）  2. 行：xíng（ ） háng（ ）</w:t>
      </w:r>
    </w:p>
    <w:p>
      <w:r>
        <w:t>……</w:t>
      </w:r>
    </w:p>
    <w:p>
      <w:r>
        <w:t>三、句子练习（每题3分，共12分）</w:t>
      </w:r>
    </w:p>
    <w:p>
      <w:r>
        <w:t>1. 把反问句改为陈述句：这难道不是一幅美丽的画吗？</w:t>
      </w:r>
    </w:p>
    <w:p>
      <w:r>
        <w:t>……</w:t>
      </w:r>
    </w:p>
    <w:p>
      <w:r>
        <w:t>四、课内阅读（10分）</w:t>
      </w:r>
    </w:p>
    <w:p>
      <w:r>
        <w:t>（《秋天的雨》选段）</w:t>
      </w:r>
    </w:p>
    <w:p>
      <w:r>
        <w:t>……</w:t>
      </w:r>
    </w:p>
    <w:p>
      <w:r>
        <w:t>五、课外阅读（12分）</w:t>
      </w:r>
    </w:p>
    <w:p>
      <w:r>
        <w:t>……</w:t>
      </w:r>
    </w:p>
    <w:p>
      <w:r>
        <w:t>六、习作（20分）</w:t>
      </w:r>
    </w:p>
    <w:p>
      <w:r>
        <w:t>题目：我的___（写一种动物/一个人/一件事）</w:t>
      </w:r>
    </w:p>
    <w:p>
      <w:pPr>
        <w:pStyle w:val="Heading1"/>
      </w:pPr>
      <w:r>
        <w:t>参考答案</w:t>
      </w:r>
    </w:p>
    <w:p>
      <w:r>
        <w:t>看拼音写词语：苹果、枫叶、演奏、诚实……</w:t>
      </w:r>
    </w:p>
    <w:p>
      <w:r>
        <w:t>多音字：好(hǎo人/好事)、好(hào爱好/好奇)；行(xíng行走)、行(háng银行)……</w:t>
      </w:r>
    </w:p>
    <w:p>
      <w:r>
        <w:t>句子：难道这不是一幅美丽的画吗？→ 这是一幅美丽的画。</w:t>
      </w:r>
    </w:p>
    <w:p>
      <w:r>
        <w:t>? 详细解析和评分标准在Word完整版中，每道题都有解题思路和家长辅导提示。? 适合对象：小学三年级学生、家长、教师。使用建议：限时60分钟做一遍，错题整理到错题本，Word版可修改再打印。?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