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三年级数学万以内加减法计算100题（含答案）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一、万以内加减法（每题1分，共60分）</w:t>
      </w:r>
    </w:p>
    <w:p>
      <w:r>
        <w:t>1. 786 + 652 = ____</w:t>
      </w:r>
    </w:p>
    <w:p>
      <w:r>
        <w:t>2. 941 - 931 = ____</w:t>
      </w:r>
    </w:p>
    <w:p>
      <w:r>
        <w:t>3. 792 + 785 = ____</w:t>
      </w:r>
    </w:p>
    <w:p>
      <w:r>
        <w:t>4. 346 - 325 = ____</w:t>
      </w:r>
    </w:p>
    <w:p>
      <w:r>
        <w:t>5. 656 + 321 = ____</w:t>
      </w:r>
    </w:p>
    <w:p>
      <w:r>
        <w:t>6. 611 - 233 = ____</w:t>
      </w:r>
    </w:p>
    <w:p>
      <w:r>
        <w:t>7. 963 + 880 = ____</w:t>
      </w:r>
    </w:p>
    <w:p>
      <w:r>
        <w:t>8. 860 - 317 = ____</w:t>
      </w:r>
    </w:p>
    <w:p>
      <w:r>
        <w:t>9. 982 + 615 = ____</w:t>
      </w:r>
    </w:p>
    <w:p>
      <w:r>
        <w:t>10. 891 - 444 = ____</w:t>
      </w:r>
    </w:p>
    <w:p>
      <w:r>
        <w:t>11. 603 + 395 = ____</w:t>
      </w:r>
    </w:p>
    <w:p>
      <w:r>
        <w:t>12. 850 - 565 = ____</w:t>
      </w:r>
    </w:p>
    <w:p>
      <w:r>
        <w:t>13. 156 + 223 = ____</w:t>
      </w:r>
    </w:p>
    <w:p>
      <w:r>
        <w:t>14. 836 - 220 = ____</w:t>
      </w:r>
    </w:p>
    <w:p>
      <w:r>
        <w:t>15. 755 + 592 = ____</w:t>
      </w:r>
    </w:p>
    <w:p>
      <w:r>
        <w:t>16. 747 - 383 = ____</w:t>
      </w:r>
    </w:p>
    <w:p>
      <w:r>
        <w:t>17. 898 + 100 = ____</w:t>
      </w:r>
    </w:p>
    <w:p>
      <w:r>
        <w:t>18. 997 - 940 = ____</w:t>
      </w:r>
    </w:p>
    <w:p>
      <w:r>
        <w:t>19. 486 + 862 = ____</w:t>
      </w:r>
    </w:p>
    <w:p>
      <w:r>
        <w:t>20. 661 - 639 = ____</w:t>
      </w:r>
    </w:p>
    <w:p>
      <w:r>
        <w:t>21. 546 + 463 = ____</w:t>
      </w:r>
    </w:p>
    <w:p>
      <w:r>
        <w:t>22. 565 - 184 = ____</w:t>
      </w:r>
    </w:p>
    <w:p>
      <w:r>
        <w:t>23. 314 + 316 = ____</w:t>
      </w:r>
    </w:p>
    <w:p>
      <w:r>
        <w:t>24. 620 - 198 = ____</w:t>
      </w:r>
    </w:p>
    <w:p>
      <w:r>
        <w:t>25. 134 + 918 = ____</w:t>
      </w:r>
    </w:p>
    <w:p>
      <w:r>
        <w:t>26. 774 - 224 = ____</w:t>
      </w:r>
    </w:p>
    <w:p>
      <w:r>
        <w:t>27. 582 + 769 = ____</w:t>
      </w:r>
    </w:p>
    <w:p>
      <w:r>
        <w:t>28. 338 - 191 = ____</w:t>
      </w:r>
    </w:p>
    <w:p>
      <w:r>
        <w:t>29. 185 + 909 = ____</w:t>
      </w:r>
    </w:p>
    <w:p>
      <w:r>
        <w:t>30. 493 - 333 = ____</w:t>
      </w:r>
    </w:p>
    <w:p>
      <w:r>
        <w:t>31. 965 + 337 = ____</w:t>
      </w:r>
    </w:p>
    <w:p>
      <w:r>
        <w:t>32. 564 - 351 = ____</w:t>
      </w:r>
    </w:p>
    <w:p>
      <w:r>
        <w:t>33. 536 + 538 = ____</w:t>
      </w:r>
    </w:p>
    <w:p>
      <w:r>
        <w:t>34. 302 - 220 = ____</w:t>
      </w:r>
    </w:p>
    <w:p>
      <w:r>
        <w:t>35. 779 + 583 = ____</w:t>
      </w:r>
    </w:p>
    <w:p>
      <w:r>
        <w:t>36. 714 - 636 = ____</w:t>
      </w:r>
    </w:p>
    <w:p>
      <w:r>
        <w:t>37. 880 + 742 = ____</w:t>
      </w:r>
    </w:p>
    <w:p>
      <w:r>
        <w:t>38. 496 - 215 = ____</w:t>
      </w:r>
    </w:p>
    <w:p>
      <w:r>
        <w:t>39. 744 + 899 = ____</w:t>
      </w:r>
    </w:p>
    <w:p>
      <w:r>
        <w:t>40. 802 - 186 = ____</w:t>
      </w:r>
    </w:p>
    <w:p>
      <w:r>
        <w:t>41. 467 + 561 = ____</w:t>
      </w:r>
    </w:p>
    <w:p>
      <w:r>
        <w:t>42. 369 - 211 = ____</w:t>
      </w:r>
    </w:p>
    <w:p>
      <w:r>
        <w:t>43. 347 + 694 = ____</w:t>
      </w:r>
    </w:p>
    <w:p>
      <w:r>
        <w:t>44. 549 - 166 = ____</w:t>
      </w:r>
    </w:p>
    <w:p>
      <w:r>
        <w:t>45. 248 + 920 = ____</w:t>
      </w:r>
    </w:p>
    <w:p>
      <w:r>
        <w:t>46. 859 - 246 = ____</w:t>
      </w:r>
    </w:p>
    <w:p>
      <w:r>
        <w:t>47. 749 + 387 = ____</w:t>
      </w:r>
    </w:p>
    <w:p>
      <w:r>
        <w:t>48. 766 - 613 = ____</w:t>
      </w:r>
    </w:p>
    <w:p>
      <w:r>
        <w:t>49. 360 + 422 = ____</w:t>
      </w:r>
    </w:p>
    <w:p>
      <w:r>
        <w:t>50. 773 - 536 = ____</w:t>
      </w:r>
    </w:p>
    <w:p>
      <w:r>
        <w:t>51. 179 + 623 = ____</w:t>
      </w:r>
    </w:p>
    <w:p>
      <w:r>
        <w:t>52. 583 - 574 = ____</w:t>
      </w:r>
    </w:p>
    <w:p>
      <w:r>
        <w:t>53. 616 + 133 = ____</w:t>
      </w:r>
    </w:p>
    <w:p>
      <w:r>
        <w:t>54. 841 - 169 = ____</w:t>
      </w:r>
    </w:p>
    <w:p>
      <w:r>
        <w:t>55. 673 + 336 = ____</w:t>
      </w:r>
    </w:p>
    <w:p>
      <w:r>
        <w:t>56. 887 - 378 = ____</w:t>
      </w:r>
    </w:p>
    <w:p>
      <w:r>
        <w:t>57. 501 + 404 = ____</w:t>
      </w:r>
    </w:p>
    <w:p>
      <w:r>
        <w:t>58. 808 - 276 = ____</w:t>
      </w:r>
    </w:p>
    <w:p>
      <w:r>
        <w:t>59. 177 + 238 = ____</w:t>
      </w:r>
    </w:p>
    <w:p>
      <w:r>
        <w:t>60. 387 - 367 = ____</w:t>
      </w:r>
    </w:p>
    <w:p/>
    <w:p>
      <w:pPr>
        <w:pStyle w:val="Heading2"/>
      </w:pPr>
      <w:r>
        <w:t>二、万以内加减法（续）</w:t>
      </w:r>
    </w:p>
    <w:p>
      <w:r>
        <w:t>61. 826 + 952 = ____</w:t>
      </w:r>
    </w:p>
    <w:p>
      <w:r>
        <w:t>62. 353 - 215 = ____</w:t>
      </w:r>
    </w:p>
    <w:p>
      <w:r>
        <w:t>63. 495 + 500 = ____</w:t>
      </w:r>
    </w:p>
    <w:p>
      <w:r>
        <w:t>64. 928 - 677 = ____</w:t>
      </w:r>
    </w:p>
    <w:p>
      <w:r>
        <w:t>65. 604 + 463 = ____</w:t>
      </w:r>
    </w:p>
    <w:p>
      <w:r>
        <w:t>66. 594 - 297 = ____</w:t>
      </w:r>
    </w:p>
    <w:p>
      <w:r>
        <w:t>67. 770 + 466 = ____</w:t>
      </w:r>
    </w:p>
    <w:p>
      <w:r>
        <w:t>68. 718 - 168 = ____</w:t>
      </w:r>
    </w:p>
    <w:p>
      <w:r>
        <w:t>69. 799 + 354 = ____</w:t>
      </w:r>
    </w:p>
    <w:p>
      <w:r>
        <w:t>70. 851 - 618 = ____</w:t>
      </w:r>
    </w:p>
    <w:p>
      <w:r>
        <w:t>71. 914 + 685 = ____</w:t>
      </w:r>
    </w:p>
    <w:p>
      <w:r>
        <w:t>72. 991 - 511 = ____</w:t>
      </w:r>
    </w:p>
    <w:p>
      <w:r>
        <w:t>73. 146 + 983 = ____</w:t>
      </w:r>
    </w:p>
    <w:p>
      <w:r>
        <w:t>74. 784 - 207 = ____</w:t>
      </w:r>
    </w:p>
    <w:p>
      <w:r>
        <w:t>75. 910 + 264 = ____</w:t>
      </w:r>
    </w:p>
    <w:p>
      <w:r>
        <w:t>76. 869 - 644 = ____</w:t>
      </w:r>
    </w:p>
    <w:p>
      <w:r>
        <w:t>77. 501 + 365 = ____</w:t>
      </w:r>
    </w:p>
    <w:p>
      <w:r>
        <w:t>78. 743 - 231 = ____</w:t>
      </w:r>
    </w:p>
    <w:p>
      <w:r>
        <w:t>79. 396 + 927 = ____</w:t>
      </w:r>
    </w:p>
    <w:p>
      <w:r>
        <w:t>80. 718 - 263 = ____</w:t>
      </w:r>
    </w:p>
    <w:p>
      <w:r>
        <w:t>81. 359 + 821 = ____</w:t>
      </w:r>
    </w:p>
    <w:p>
      <w:r>
        <w:t>82. 726 - 591 = ____</w:t>
      </w:r>
    </w:p>
    <w:p>
      <w:r>
        <w:t>83. 596 + 785 = ____</w:t>
      </w:r>
    </w:p>
    <w:p>
      <w:r>
        <w:t>84. 830 - 358 = ____</w:t>
      </w:r>
    </w:p>
    <w:p>
      <w:r>
        <w:t>85. 534 + 576 = ____</w:t>
      </w:r>
    </w:p>
    <w:p>
      <w:r>
        <w:t>86. 215 - 200 = ____</w:t>
      </w:r>
    </w:p>
    <w:p>
      <w:r>
        <w:t>87. 626 + 315 = ____</w:t>
      </w:r>
    </w:p>
    <w:p>
      <w:r>
        <w:t>88. 868 - 866 = ____</w:t>
      </w:r>
    </w:p>
    <w:p>
      <w:r>
        <w:t>89. 827 + 617 = ____</w:t>
      </w:r>
    </w:p>
    <w:p>
      <w:r>
        <w:t>90. 720 - 607 = ____</w:t>
      </w:r>
    </w:p>
    <w:p>
      <w:r>
        <w:t>91. 907 + 961 = ____</w:t>
      </w:r>
    </w:p>
    <w:p>
      <w:r>
        <w:t>92. 377 - 346 = ____</w:t>
      </w:r>
    </w:p>
    <w:p>
      <w:r>
        <w:t>93. 727 + 195 = ____</w:t>
      </w:r>
    </w:p>
    <w:p>
      <w:r>
        <w:t>94. 854 - 671 = ____</w:t>
      </w:r>
    </w:p>
    <w:p>
      <w:r>
        <w:t>95. 894 + 541 = ____</w:t>
      </w:r>
    </w:p>
    <w:p>
      <w:r>
        <w:t>96. 705 - 354 = ____</w:t>
      </w:r>
    </w:p>
    <w:p>
      <w:r>
        <w:t>97. 623 + 791 = ____</w:t>
      </w:r>
    </w:p>
    <w:p>
      <w:r>
        <w:t>98. 469 - 404 = ____</w:t>
      </w:r>
    </w:p>
    <w:p>
      <w:r>
        <w:t>99. 645 + 770 = ____</w:t>
      </w:r>
    </w:p>
    <w:p>
      <w:r>
        <w:t>100. 536 - 334 = ____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【一、万以内加减法（每题1分，共60分）】答案：</w:t>
      </w:r>
    </w:p>
    <w:p>
      <w:r>
        <w:t>1. 786 + 652 = ____</w:t>
      </w:r>
    </w:p>
    <w:p>
      <w:r>
        <w:t>2. 941 - 931 = ____</w:t>
      </w:r>
    </w:p>
    <w:p>
      <w:r>
        <w:t>3. 792 + 785 = ____</w:t>
      </w:r>
    </w:p>
    <w:p>
      <w:r>
        <w:t>4. 346 - 325 = ____</w:t>
      </w:r>
    </w:p>
    <w:p>
      <w:r>
        <w:t>5. 656 + 321 = ____</w:t>
      </w:r>
    </w:p>
    <w:p>
      <w:r>
        <w:t>6. 611 - 233 = ____</w:t>
      </w:r>
    </w:p>
    <w:p>
      <w:r>
        <w:t>7. 963 + 880 = ____</w:t>
      </w:r>
    </w:p>
    <w:p>
      <w:r>
        <w:t>8. 860 - 317 = ____</w:t>
      </w:r>
    </w:p>
    <w:p>
      <w:r>
        <w:t>9. 982 + 615 = ____</w:t>
      </w:r>
    </w:p>
    <w:p>
      <w:r>
        <w:t>10. 891 - 444 = ____</w:t>
      </w:r>
    </w:p>
    <w:p>
      <w:r>
        <w:t>11. 603 + 395 = ____</w:t>
      </w:r>
    </w:p>
    <w:p>
      <w:r>
        <w:t>12. 850 - 565 = ____</w:t>
      </w:r>
    </w:p>
    <w:p>
      <w:r>
        <w:t>13. 156 + 223 = ____</w:t>
      </w:r>
    </w:p>
    <w:p>
      <w:r>
        <w:t>14. 836 - 220 = ____</w:t>
      </w:r>
    </w:p>
    <w:p>
      <w:r>
        <w:t>15. 755 + 592 = ____</w:t>
      </w:r>
    </w:p>
    <w:p>
      <w:r>
        <w:t>16. 747 - 383 = ____</w:t>
      </w:r>
    </w:p>
    <w:p>
      <w:r>
        <w:t>17. 898 + 100 = ____</w:t>
      </w:r>
    </w:p>
    <w:p>
      <w:r>
        <w:t>18. 997 - 940 = ____</w:t>
      </w:r>
    </w:p>
    <w:p>
      <w:r>
        <w:t>19. 486 + 862 = ____</w:t>
      </w:r>
    </w:p>
    <w:p>
      <w:r>
        <w:t>20. 661 - 639 = ____</w:t>
      </w:r>
    </w:p>
    <w:p>
      <w:r>
        <w:t>21. 546 + 463 = ____</w:t>
      </w:r>
    </w:p>
    <w:p>
      <w:r>
        <w:t>22. 565 - 184 = ____</w:t>
      </w:r>
    </w:p>
    <w:p>
      <w:r>
        <w:t>23. 314 + 316 = ____</w:t>
      </w:r>
    </w:p>
    <w:p>
      <w:r>
        <w:t>24. 620 - 198 = ____</w:t>
      </w:r>
    </w:p>
    <w:p>
      <w:r>
        <w:t>25. 134 + 918 = ____</w:t>
      </w:r>
    </w:p>
    <w:p>
      <w:r>
        <w:t>26. 774 - 224 = ____</w:t>
      </w:r>
    </w:p>
    <w:p>
      <w:r>
        <w:t>27. 582 + 769 = ____</w:t>
      </w:r>
    </w:p>
    <w:p>
      <w:r>
        <w:t>28. 338 - 191 = ____</w:t>
      </w:r>
    </w:p>
    <w:p>
      <w:r>
        <w:t>29. 185 + 909 = ____</w:t>
      </w:r>
    </w:p>
    <w:p>
      <w:r>
        <w:t>30. 493 - 333 = ____</w:t>
      </w:r>
    </w:p>
    <w:p>
      <w:r>
        <w:t>31. 965 + 337 = ____</w:t>
      </w:r>
    </w:p>
    <w:p>
      <w:r>
        <w:t>32. 564 - 351 = ____</w:t>
      </w:r>
    </w:p>
    <w:p>
      <w:r>
        <w:t>33. 536 + 538 = ____</w:t>
      </w:r>
    </w:p>
    <w:p>
      <w:r>
        <w:t>34. 302 - 220 = ____</w:t>
      </w:r>
    </w:p>
    <w:p>
      <w:r>
        <w:t>35. 779 + 583 = ____</w:t>
      </w:r>
    </w:p>
    <w:p>
      <w:r>
        <w:t>36. 714 - 636 = ____</w:t>
      </w:r>
    </w:p>
    <w:p>
      <w:r>
        <w:t>37. 880 + 742 = ____</w:t>
      </w:r>
    </w:p>
    <w:p>
      <w:r>
        <w:t>38. 496 - 215 = ____</w:t>
      </w:r>
    </w:p>
    <w:p>
      <w:r>
        <w:t>39. 744 + 899 = ____</w:t>
      </w:r>
    </w:p>
    <w:p>
      <w:r>
        <w:t>40. 802 - 186 = ____</w:t>
      </w:r>
    </w:p>
    <w:p>
      <w:r>
        <w:t>41. 467 + 561 = ____</w:t>
      </w:r>
    </w:p>
    <w:p>
      <w:r>
        <w:t>42. 369 - 211 = ____</w:t>
      </w:r>
    </w:p>
    <w:p>
      <w:r>
        <w:t>43. 347 + 694 = ____</w:t>
      </w:r>
    </w:p>
    <w:p>
      <w:r>
        <w:t>44. 549 - 166 = ____</w:t>
      </w:r>
    </w:p>
    <w:p>
      <w:r>
        <w:t>45. 248 + 920 = ____</w:t>
      </w:r>
    </w:p>
    <w:p>
      <w:r>
        <w:t>46. 859 - 246 = ____</w:t>
      </w:r>
    </w:p>
    <w:p>
      <w:r>
        <w:t>47. 749 + 387 = ____</w:t>
      </w:r>
    </w:p>
    <w:p>
      <w:r>
        <w:t>48. 766 - 613 = ____</w:t>
      </w:r>
    </w:p>
    <w:p>
      <w:r>
        <w:t>49. 360 + 422 = ____</w:t>
      </w:r>
    </w:p>
    <w:p>
      <w:r>
        <w:t>50. 773 - 536 = ____</w:t>
      </w:r>
    </w:p>
    <w:p>
      <w:r>
        <w:t>51. 179 + 623 = ____</w:t>
      </w:r>
    </w:p>
    <w:p>
      <w:r>
        <w:t>52. 583 - 574 = ____</w:t>
      </w:r>
    </w:p>
    <w:p>
      <w:r>
        <w:t>53. 616 + 133 = ____</w:t>
      </w:r>
    </w:p>
    <w:p>
      <w:r>
        <w:t>54. 841 - 169 = ____</w:t>
      </w:r>
    </w:p>
    <w:p>
      <w:r>
        <w:t>55. 673 + 336 = ____</w:t>
      </w:r>
    </w:p>
    <w:p>
      <w:r>
        <w:t>56. 887 - 378 = ____</w:t>
      </w:r>
    </w:p>
    <w:p>
      <w:r>
        <w:t>57. 501 + 404 = ____</w:t>
      </w:r>
    </w:p>
    <w:p>
      <w:r>
        <w:t>58. 808 - 276 = ____</w:t>
      </w:r>
    </w:p>
    <w:p>
      <w:r>
        <w:t>59. 177 + 238 = ____</w:t>
      </w:r>
    </w:p>
    <w:p>
      <w:r>
        <w:t>60. 387 - 367 = ____</w:t>
      </w:r>
    </w:p>
    <w:p>
      <w:r>
        <w:t>【二、万以内加减法（续）】答案：</w:t>
      </w:r>
    </w:p>
    <w:p>
      <w:r>
        <w:t>61. 826 + 952 = ____</w:t>
      </w:r>
    </w:p>
    <w:p>
      <w:r>
        <w:t>62. 353 - 215 = ____</w:t>
      </w:r>
    </w:p>
    <w:p>
      <w:r>
        <w:t>63. 495 + 500 = ____</w:t>
      </w:r>
    </w:p>
    <w:p>
      <w:r>
        <w:t>64. 928 - 677 = ____</w:t>
      </w:r>
    </w:p>
    <w:p>
      <w:r>
        <w:t>65. 604 + 463 = ____</w:t>
      </w:r>
    </w:p>
    <w:p>
      <w:r>
        <w:t>66. 594 - 297 = ____</w:t>
      </w:r>
    </w:p>
    <w:p>
      <w:r>
        <w:t>67. 770 + 466 = ____</w:t>
      </w:r>
    </w:p>
    <w:p>
      <w:r>
        <w:t>68. 718 - 168 = ____</w:t>
      </w:r>
    </w:p>
    <w:p>
      <w:r>
        <w:t>69. 799 + 354 = ____</w:t>
      </w:r>
    </w:p>
    <w:p>
      <w:r>
        <w:t>70. 851 - 618 = ____</w:t>
      </w:r>
    </w:p>
    <w:p>
      <w:r>
        <w:t>71. 914 + 685 = ____</w:t>
      </w:r>
    </w:p>
    <w:p>
      <w:r>
        <w:t>72. 991 - 511 = ____</w:t>
      </w:r>
    </w:p>
    <w:p>
      <w:r>
        <w:t>73. 146 + 983 = ____</w:t>
      </w:r>
    </w:p>
    <w:p>
      <w:r>
        <w:t>74. 784 - 207 = ____</w:t>
      </w:r>
    </w:p>
    <w:p>
      <w:r>
        <w:t>75. 910 + 264 = ____</w:t>
      </w:r>
    </w:p>
    <w:p>
      <w:r>
        <w:t>76. 869 - 644 = ____</w:t>
      </w:r>
    </w:p>
    <w:p>
      <w:r>
        <w:t>77. 501 + 365 = ____</w:t>
      </w:r>
    </w:p>
    <w:p>
      <w:r>
        <w:t>78. 743 - 231 = ____</w:t>
      </w:r>
    </w:p>
    <w:p>
      <w:r>
        <w:t>79. 396 + 927 = ____</w:t>
      </w:r>
    </w:p>
    <w:p>
      <w:r>
        <w:t>80. 718 - 263 = ____</w:t>
      </w:r>
    </w:p>
    <w:p>
      <w:r>
        <w:t>81. 359 + 821 = ____</w:t>
      </w:r>
    </w:p>
    <w:p>
      <w:r>
        <w:t>82. 726 - 591 = ____</w:t>
      </w:r>
    </w:p>
    <w:p>
      <w:r>
        <w:t>83. 596 + 785 = ____</w:t>
      </w:r>
    </w:p>
    <w:p>
      <w:r>
        <w:t>84. 830 - 358 = ____</w:t>
      </w:r>
    </w:p>
    <w:p>
      <w:r>
        <w:t>85. 534 + 576 = ____</w:t>
      </w:r>
    </w:p>
    <w:p>
      <w:r>
        <w:t>86. 215 - 200 = ____</w:t>
      </w:r>
    </w:p>
    <w:p>
      <w:r>
        <w:t>87. 626 + 315 = ____</w:t>
      </w:r>
    </w:p>
    <w:p>
      <w:r>
        <w:t>88. 868 - 866 = ____</w:t>
      </w:r>
    </w:p>
    <w:p>
      <w:r>
        <w:t>89. 827 + 617 = ____</w:t>
      </w:r>
    </w:p>
    <w:p>
      <w:r>
        <w:t>90. 720 - 607 = ____</w:t>
      </w:r>
    </w:p>
    <w:p>
      <w:r>
        <w:t>91. 907 + 961 = ____</w:t>
      </w:r>
    </w:p>
    <w:p>
      <w:r>
        <w:t>92. 377 - 346 = ____</w:t>
      </w:r>
    </w:p>
    <w:p>
      <w:r>
        <w:t>93. 727 + 195 = ____</w:t>
      </w:r>
    </w:p>
    <w:p>
      <w:r>
        <w:t>94. 854 - 671 = ____</w:t>
      </w:r>
    </w:p>
    <w:p>
      <w:r>
        <w:t>95. 894 + 541 = ____</w:t>
      </w:r>
    </w:p>
    <w:p>
      <w:r>
        <w:t>96. 705 - 354 = ____</w:t>
      </w:r>
    </w:p>
    <w:p>
      <w:r>
        <w:t>97. 623 + 791 = ____</w:t>
      </w:r>
    </w:p>
    <w:p>
      <w:r>
        <w:t>98. 469 - 404 = ____</w:t>
      </w:r>
    </w:p>
    <w:p>
      <w:r>
        <w:t>99. 645 + 770 = ____</w:t>
      </w:r>
    </w:p>
    <w:p>
      <w:r>
        <w:t>100. 536 - 334 = 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