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小学三年级数学下册期末测试卷（含答案+应用题解析）</w:t>
      </w:r>
    </w:p>
    <w:p>
      <w:r>
        <w:t>期末复习最后冲刺！小编整理了《小学三年级数学下册期末测试卷》，覆盖位置与方向、年月日、面积、小数的初步认识、复式统计表、搭配问题等全册考点。</w:t>
      </w:r>
    </w:p>
    <w:p>
      <w:r>
        <w:t>为什么值得下载？①题型贴近人教版真实考试：填空、判断、选择、计算、操作、解决问题六大题型；②每道应用题都有分步解析；③面积和年月日是易错重点，专项强化；④A4打印即用，可反复练习。网页是预览版，只放部分题目，下载Word完整版后才是全部题目+答案解析。? 免费下载Word完整版（可直接打印编辑）</w:t>
      </w:r>
    </w:p>
    <w:p>
      <w:pPr>
        <w:pStyle w:val="Heading1"/>
      </w:pPr>
      <w:r>
        <w:t>试卷结构预览</w:t>
      </w:r>
    </w:p>
    <w:p>
      <w:r>
        <w:t>一、填空题（每空1分，共20分）</w:t>
      </w:r>
    </w:p>
    <w:p>
      <w:r>
        <w:t>1. 2026年是（ ）年（填平年或闰年），全年有（ ）天。</w:t>
      </w:r>
    </w:p>
    <w:p>
      <w:r>
        <w:t>2. 面积单位换算：1平方米=（ ）平方分米=（ ）平方厘米。</w:t>
      </w:r>
    </w:p>
    <w:p>
      <w:r>
        <w:t>……</w:t>
      </w:r>
    </w:p>
    <w:p>
      <w:r>
        <w:t>二、选择题（每题2分，共10分）</w:t>
      </w:r>
    </w:p>
    <w:p>
      <w:r>
        <w:t>1. 下面各年中，是闰年的是（ ）。A.2023 B.2024 C.2025</w:t>
      </w:r>
    </w:p>
    <w:p>
      <w:r>
        <w:t>……</w:t>
      </w:r>
    </w:p>
    <w:p>
      <w:r>
        <w:t>三、解决问题（每题6分，共30分）</w:t>
      </w:r>
    </w:p>
    <w:p>
      <w:r>
        <w:t>1. 一块长方形菜地长20米，宽15米，这块菜地的面积是多少平方米？如果每平方米收菜8千克，一共能收多少千克？</w:t>
      </w:r>
    </w:p>
    <w:p>
      <w:r>
        <w:t>……</w:t>
      </w:r>
    </w:p>
    <w:p>
      <w:pPr>
        <w:pStyle w:val="Heading1"/>
      </w:pPr>
      <w:r>
        <w:t>参考答案</w:t>
      </w:r>
    </w:p>
    <w:p>
      <w:r>
        <w:t>填空：1. 平、365（2026÷4不能整除，为平年）2. 100、10000</w:t>
      </w:r>
    </w:p>
    <w:p>
      <w:r>
        <w:t>选择：1. B（2024能被4整除且不是整百年）</w:t>
      </w:r>
    </w:p>
    <w:p>
      <w:r>
        <w:t>解决问题：1. 20×15=300平方米；300×8=2400千克。</w:t>
      </w:r>
    </w:p>
    <w:p>
      <w:r>
        <w:t>? 详细解析在Word完整版中，每道题都有解题思路。? 适合对象：小学三年级学生、家长、教师。使用建议：期末考前限时90分钟全真模拟，面积类错题要回归课本概念。?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