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四年级语文必背古诗填空100题（含答案）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一、古诗填空（每题1分，共100分）</w:t>
      </w:r>
    </w:p>
    <w:p>
      <w:r>
        <w:t>1. 补全诗句：床前明月光，疑是地____。</w:t>
      </w:r>
    </w:p>
    <w:p>
      <w:r>
        <w:t>2. 补全诗句：春眠不觉晓，处处闻____。</w:t>
      </w:r>
    </w:p>
    <w:p>
      <w:r>
        <w:t>3. 补全诗句：白日依山尽，黄河入____。</w:t>
      </w:r>
    </w:p>
    <w:p>
      <w:r>
        <w:t>4. 补全诗句：锄禾日当午，汗滴禾____。</w:t>
      </w:r>
    </w:p>
    <w:p>
      <w:r>
        <w:t>5. 补全诗句：离离原上草，一岁一____。</w:t>
      </w:r>
    </w:p>
    <w:p>
      <w:r>
        <w:t>6. 补全诗句：两个黄鹂鸣翠柳，一行白鹭上____。</w:t>
      </w:r>
    </w:p>
    <w:p>
      <w:r>
        <w:t>7. 补全诗句：日照香炉生紫烟，遥看瀑布挂____。</w:t>
      </w:r>
    </w:p>
    <w:p>
      <w:r>
        <w:t>8. 补全诗句：朝辞白帝彩云间，千里江陵一____。</w:t>
      </w:r>
    </w:p>
    <w:p>
      <w:r>
        <w:t>9. 补全诗句：千山鸟飞绝，万径人____。</w:t>
      </w:r>
    </w:p>
    <w:p>
      <w:r>
        <w:t>10. 补全诗句：遥知不是雪，为有暗____。</w:t>
      </w:r>
    </w:p>
    <w:p>
      <w:r>
        <w:t>11. 补全诗句：举头望明月，低头思____。</w:t>
      </w:r>
    </w:p>
    <w:p>
      <w:r>
        <w:t>12. 补全诗句：夜来风雨声，花落知____。</w:t>
      </w:r>
    </w:p>
    <w:p>
      <w:r>
        <w:t>13. 补全诗句：欲穷千里目，更上一____。</w:t>
      </w:r>
    </w:p>
    <w:p>
      <w:r>
        <w:t>14. 补全诗句：谁知盘中餐，粒粒皆____。</w:t>
      </w:r>
    </w:p>
    <w:p>
      <w:r>
        <w:t>15. 补全诗句：野火烧不尽，春风吹____。</w:t>
      </w:r>
    </w:p>
    <w:p>
      <w:r>
        <w:t>16. 补全诗句：窗含西岭千秋雪，门泊东吴万____。</w:t>
      </w:r>
    </w:p>
    <w:p>
      <w:r>
        <w:t>17. 补全诗句：飞流直下三千尺，疑是银河落____。</w:t>
      </w:r>
    </w:p>
    <w:p>
      <w:r>
        <w:t>18. 补全诗句：两岸猿声啼不住，轻舟已过万____。</w:t>
      </w:r>
    </w:p>
    <w:p>
      <w:r>
        <w:t>19. 补全诗句：孤舟蓑笠翁，独钓寒____。</w:t>
      </w:r>
    </w:p>
    <w:p>
      <w:r>
        <w:t>20. 补全诗句：____。</w:t>
      </w:r>
    </w:p>
    <w:p>
      <w:r>
        <w:t>21. 补全诗句：____。</w:t>
      </w:r>
    </w:p>
    <w:p>
      <w:r>
        <w:t>22. 补全诗句：____。</w:t>
      </w:r>
    </w:p>
    <w:p>
      <w:r>
        <w:t>23. 补全诗句：____。</w:t>
      </w:r>
    </w:p>
    <w:p>
      <w:r>
        <w:t>24. 补全诗句：____。</w:t>
      </w:r>
    </w:p>
    <w:p>
      <w:r>
        <w:t>25. 补全诗句：____。</w:t>
      </w:r>
    </w:p>
    <w:p>
      <w:r>
        <w:t>26. 补全诗句：____。</w:t>
      </w:r>
    </w:p>
    <w:p>
      <w:r>
        <w:t>27. 补全诗句：____。</w:t>
      </w:r>
    </w:p>
    <w:p>
      <w:r>
        <w:t>28. 补全诗句：____。</w:t>
      </w:r>
    </w:p>
    <w:p>
      <w:r>
        <w:t>29. 补全诗句：____。</w:t>
      </w:r>
    </w:p>
    <w:p>
      <w:r>
        <w:t>30. 补全诗句：墙角数枝梅，凌寒独____。</w:t>
      </w:r>
    </w:p>
    <w:p>
      <w:r>
        <w:t>31. 补全诗句：床前明月光，疑是地____。</w:t>
      </w:r>
    </w:p>
    <w:p>
      <w:r>
        <w:t>32. 补全诗句：春眠不觉晓，处处闻____。</w:t>
      </w:r>
    </w:p>
    <w:p>
      <w:r>
        <w:t>33. 补全诗句：白日依山尽，黄河入____。</w:t>
      </w:r>
    </w:p>
    <w:p>
      <w:r>
        <w:t>34. 补全诗句：锄禾日当午，汗滴禾____。</w:t>
      </w:r>
    </w:p>
    <w:p>
      <w:r>
        <w:t>35. 补全诗句：离离原上草，一岁一____。</w:t>
      </w:r>
    </w:p>
    <w:p>
      <w:r>
        <w:t>36. 补全诗句：两个黄鹂鸣翠柳，一行白鹭上____。</w:t>
      </w:r>
    </w:p>
    <w:p>
      <w:r>
        <w:t>37. 补全诗句：日照香炉生紫烟，遥看瀑布挂____。</w:t>
      </w:r>
    </w:p>
    <w:p>
      <w:r>
        <w:t>38. 补全诗句：朝辞白帝彩云间，千里江陵一____。</w:t>
      </w:r>
    </w:p>
    <w:p>
      <w:r>
        <w:t>39. 补全诗句：千山鸟飞绝，万径人____。</w:t>
      </w:r>
    </w:p>
    <w:p>
      <w:r>
        <w:t>40. 补全诗句：遥知不是雪，为有暗____。</w:t>
      </w:r>
    </w:p>
    <w:p>
      <w:r>
        <w:t>41. 补全诗句：举头望明月，低头思____。</w:t>
      </w:r>
    </w:p>
    <w:p>
      <w:r>
        <w:t>42. 补全诗句：夜来风雨声，花落知____。</w:t>
      </w:r>
    </w:p>
    <w:p>
      <w:r>
        <w:t>43. 补全诗句：欲穷千里目，更上一____。</w:t>
      </w:r>
    </w:p>
    <w:p>
      <w:r>
        <w:t>44. 补全诗句：谁知盘中餐，粒粒皆____。</w:t>
      </w:r>
    </w:p>
    <w:p>
      <w:r>
        <w:t>45. 补全诗句：野火烧不尽，春风吹____。</w:t>
      </w:r>
    </w:p>
    <w:p>
      <w:r>
        <w:t>46. 补全诗句：窗含西岭千秋雪，门泊东吴万____。</w:t>
      </w:r>
    </w:p>
    <w:p>
      <w:r>
        <w:t>47. 补全诗句：飞流直下三千尺，疑是银河落____。</w:t>
      </w:r>
    </w:p>
    <w:p>
      <w:r>
        <w:t>48. 补全诗句：两岸猿声啼不住，轻舟已过万____。</w:t>
      </w:r>
    </w:p>
    <w:p>
      <w:r>
        <w:t>49. 补全诗句：孤舟蓑笠翁，独钓寒____。</w:t>
      </w:r>
    </w:p>
    <w:p>
      <w:r>
        <w:t>50. 补全诗句：____。</w:t>
      </w:r>
    </w:p>
    <w:p>
      <w:r>
        <w:t>51. 补全诗句：____。</w:t>
      </w:r>
    </w:p>
    <w:p>
      <w:r>
        <w:t>52. 补全诗句：____。</w:t>
      </w:r>
    </w:p>
    <w:p>
      <w:r>
        <w:t>53. 补全诗句：____。</w:t>
      </w:r>
    </w:p>
    <w:p>
      <w:r>
        <w:t>54. 补全诗句：____。</w:t>
      </w:r>
    </w:p>
    <w:p>
      <w:r>
        <w:t>55. 补全诗句：____。</w:t>
      </w:r>
    </w:p>
    <w:p>
      <w:r>
        <w:t>56. 补全诗句：____。</w:t>
      </w:r>
    </w:p>
    <w:p>
      <w:r>
        <w:t>57. 补全诗句：____。</w:t>
      </w:r>
    </w:p>
    <w:p>
      <w:r>
        <w:t>58. 补全诗句：____。</w:t>
      </w:r>
    </w:p>
    <w:p>
      <w:r>
        <w:t>59. 补全诗句：____。</w:t>
      </w:r>
    </w:p>
    <w:p>
      <w:r>
        <w:t>60. 补全诗句：墙角数枝梅，凌寒独____。</w:t>
      </w:r>
    </w:p>
    <w:p>
      <w:r>
        <w:t>61. 补全诗句：床前明月光，疑是地____。</w:t>
      </w:r>
    </w:p>
    <w:p>
      <w:r>
        <w:t>62. 补全诗句：春眠不觉晓，处处闻____。</w:t>
      </w:r>
    </w:p>
    <w:p>
      <w:r>
        <w:t>63. 补全诗句：白日依山尽，黄河入____。</w:t>
      </w:r>
    </w:p>
    <w:p>
      <w:r>
        <w:t>64. 补全诗句：锄禾日当午，汗滴禾____。</w:t>
      </w:r>
    </w:p>
    <w:p>
      <w:r>
        <w:t>65. 补全诗句：离离原上草，一岁一____。</w:t>
      </w:r>
    </w:p>
    <w:p>
      <w:r>
        <w:t>66. 补全诗句：两个黄鹂鸣翠柳，一行白鹭上____。</w:t>
      </w:r>
    </w:p>
    <w:p>
      <w:r>
        <w:t>67. 补全诗句：日照香炉生紫烟，遥看瀑布挂____。</w:t>
      </w:r>
    </w:p>
    <w:p>
      <w:r>
        <w:t>68. 补全诗句：朝辞白帝彩云间，千里江陵一____。</w:t>
      </w:r>
    </w:p>
    <w:p>
      <w:r>
        <w:t>69. 补全诗句：千山鸟飞绝，万径人____。</w:t>
      </w:r>
    </w:p>
    <w:p>
      <w:r>
        <w:t>70. 补全诗句：遥知不是雪，为有暗____。</w:t>
      </w:r>
    </w:p>
    <w:p>
      <w:r>
        <w:t>71. 补全诗句：举头望明月，低头思____。</w:t>
      </w:r>
    </w:p>
    <w:p>
      <w:r>
        <w:t>72. 补全诗句：夜来风雨声，花落知____。</w:t>
      </w:r>
    </w:p>
    <w:p>
      <w:r>
        <w:t>73. 补全诗句：欲穷千里目，更上一____。</w:t>
      </w:r>
    </w:p>
    <w:p>
      <w:r>
        <w:t>74. 补全诗句：谁知盘中餐，粒粒皆____。</w:t>
      </w:r>
    </w:p>
    <w:p>
      <w:r>
        <w:t>75. 补全诗句：野火烧不尽，春风吹____。</w:t>
      </w:r>
    </w:p>
    <w:p>
      <w:r>
        <w:t>76. 补全诗句：窗含西岭千秋雪，门泊东吴万____。</w:t>
      </w:r>
    </w:p>
    <w:p>
      <w:r>
        <w:t>77. 补全诗句：飞流直下三千尺，疑是银河落____。</w:t>
      </w:r>
    </w:p>
    <w:p>
      <w:r>
        <w:t>78. 补全诗句：两岸猿声啼不住，轻舟已过万____。</w:t>
      </w:r>
    </w:p>
    <w:p>
      <w:r>
        <w:t>79. 补全诗句：孤舟蓑笠翁，独钓寒____。</w:t>
      </w:r>
    </w:p>
    <w:p>
      <w:r>
        <w:t>80. 补全诗句：____。</w:t>
      </w:r>
    </w:p>
    <w:p>
      <w:r>
        <w:t>81. 补全诗句：____。</w:t>
      </w:r>
    </w:p>
    <w:p>
      <w:r>
        <w:t>82. 补全诗句：____。</w:t>
      </w:r>
    </w:p>
    <w:p>
      <w:r>
        <w:t>83. 补全诗句：____。</w:t>
      </w:r>
    </w:p>
    <w:p>
      <w:r>
        <w:t>84. 补全诗句：____。</w:t>
      </w:r>
    </w:p>
    <w:p>
      <w:r>
        <w:t>85. 补全诗句：____。</w:t>
      </w:r>
    </w:p>
    <w:p>
      <w:r>
        <w:t>86. 补全诗句：____。</w:t>
      </w:r>
    </w:p>
    <w:p>
      <w:r>
        <w:t>87. 补全诗句：____。</w:t>
      </w:r>
    </w:p>
    <w:p>
      <w:r>
        <w:t>88. 补全诗句：____。</w:t>
      </w:r>
    </w:p>
    <w:p>
      <w:r>
        <w:t>89. 补全诗句：____。</w:t>
      </w:r>
    </w:p>
    <w:p>
      <w:r>
        <w:t>90. 补全诗句：墙角数枝梅，凌寒独____。</w:t>
      </w:r>
    </w:p>
    <w:p>
      <w:r>
        <w:t>91. 补全诗句：床前明月光，疑是地____。</w:t>
      </w:r>
    </w:p>
    <w:p>
      <w:r>
        <w:t>92. 补全诗句：春眠不觉晓，处处闻____。</w:t>
      </w:r>
    </w:p>
    <w:p>
      <w:r>
        <w:t>93. 补全诗句：白日依山尽，黄河入____。</w:t>
      </w:r>
    </w:p>
    <w:p>
      <w:r>
        <w:t>94. 补全诗句：锄禾日当午，汗滴禾____。</w:t>
      </w:r>
    </w:p>
    <w:p>
      <w:r>
        <w:t>95. 补全诗句：离离原上草，一岁一____。</w:t>
      </w:r>
    </w:p>
    <w:p>
      <w:r>
        <w:t>96. 补全诗句：两个黄鹂鸣翠柳，一行白鹭上____。</w:t>
      </w:r>
    </w:p>
    <w:p>
      <w:r>
        <w:t>97. 补全诗句：日照香炉生紫烟，遥看瀑布挂____。</w:t>
      </w:r>
    </w:p>
    <w:p>
      <w:r>
        <w:t>98. 补全诗句：朝辞白帝彩云间，千里江陵一____。</w:t>
      </w:r>
    </w:p>
    <w:p>
      <w:r>
        <w:t>99. 补全诗句：千山鸟飞绝，万径人____。</w:t>
      </w:r>
    </w:p>
    <w:p>
      <w:r>
        <w:t>100. 补全诗句：遥知不是雪，为有暗____。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【一、古诗填空（每题1分，共100分）】答案：</w:t>
      </w:r>
    </w:p>
    <w:p>
      <w:r>
        <w:t>1. 补全诗句：床前明月光，疑是地____。</w:t>
      </w:r>
    </w:p>
    <w:p>
      <w:r>
        <w:t>2. 补全诗句：春眠不觉晓，处处闻____。</w:t>
      </w:r>
    </w:p>
    <w:p>
      <w:r>
        <w:t>3. 补全诗句：白日依山尽，黄河入____。</w:t>
      </w:r>
    </w:p>
    <w:p>
      <w:r>
        <w:t>4. 补全诗句：锄禾日当午，汗滴禾____。</w:t>
      </w:r>
    </w:p>
    <w:p>
      <w:r>
        <w:t>5. 补全诗句：离离原上草，一岁一____。</w:t>
      </w:r>
    </w:p>
    <w:p>
      <w:r>
        <w:t>6. 补全诗句：两个黄鹂鸣翠柳，一行白鹭上____。</w:t>
      </w:r>
    </w:p>
    <w:p>
      <w:r>
        <w:t>7. 补全诗句：日照香炉生紫烟，遥看瀑布挂____。</w:t>
      </w:r>
    </w:p>
    <w:p>
      <w:r>
        <w:t>8. 补全诗句：朝辞白帝彩云间，千里江陵一____。</w:t>
      </w:r>
    </w:p>
    <w:p>
      <w:r>
        <w:t>9. 补全诗句：千山鸟飞绝，万径人____。</w:t>
      </w:r>
    </w:p>
    <w:p>
      <w:r>
        <w:t>10. 补全诗句：遥知不是雪，为有暗____。</w:t>
      </w:r>
    </w:p>
    <w:p>
      <w:r>
        <w:t>11. 补全诗句：举头望明月，低头思____。</w:t>
      </w:r>
    </w:p>
    <w:p>
      <w:r>
        <w:t>12. 补全诗句：夜来风雨声，花落知____。</w:t>
      </w:r>
    </w:p>
    <w:p>
      <w:r>
        <w:t>13. 补全诗句：欲穷千里目，更上一____。</w:t>
      </w:r>
    </w:p>
    <w:p>
      <w:r>
        <w:t>14. 补全诗句：谁知盘中餐，粒粒皆____。</w:t>
      </w:r>
    </w:p>
    <w:p>
      <w:r>
        <w:t>15. 补全诗句：野火烧不尽，春风吹____。</w:t>
      </w:r>
    </w:p>
    <w:p>
      <w:r>
        <w:t>16. 补全诗句：窗含西岭千秋雪，门泊东吴万____。</w:t>
      </w:r>
    </w:p>
    <w:p>
      <w:r>
        <w:t>17. 补全诗句：飞流直下三千尺，疑是银河落____。</w:t>
      </w:r>
    </w:p>
    <w:p>
      <w:r>
        <w:t>18. 补全诗句：两岸猿声啼不住，轻舟已过万____。</w:t>
      </w:r>
    </w:p>
    <w:p>
      <w:r>
        <w:t>19. 补全诗句：孤舟蓑笠翁，独钓寒____。</w:t>
      </w:r>
    </w:p>
    <w:p>
      <w:r>
        <w:t>20. 补全诗句：____。</w:t>
      </w:r>
    </w:p>
    <w:p>
      <w:r>
        <w:t>21. 补全诗句：____。</w:t>
      </w:r>
    </w:p>
    <w:p>
      <w:r>
        <w:t>22. 补全诗句：____。</w:t>
      </w:r>
    </w:p>
    <w:p>
      <w:r>
        <w:t>23. 补全诗句：____。</w:t>
      </w:r>
    </w:p>
    <w:p>
      <w:r>
        <w:t>24. 补全诗句：____。</w:t>
      </w:r>
    </w:p>
    <w:p>
      <w:r>
        <w:t>25. 补全诗句：____。</w:t>
      </w:r>
    </w:p>
    <w:p>
      <w:r>
        <w:t>26. 补全诗句：____。</w:t>
      </w:r>
    </w:p>
    <w:p>
      <w:r>
        <w:t>27. 补全诗句：____。</w:t>
      </w:r>
    </w:p>
    <w:p>
      <w:r>
        <w:t>28. 补全诗句：____。</w:t>
      </w:r>
    </w:p>
    <w:p>
      <w:r>
        <w:t>29. 补全诗句：____。</w:t>
      </w:r>
    </w:p>
    <w:p>
      <w:r>
        <w:t>30. 补全诗句：墙角数枝梅，凌寒独____。</w:t>
      </w:r>
    </w:p>
    <w:p>
      <w:r>
        <w:t>31. 补全诗句：床前明月光，疑是地____。</w:t>
      </w:r>
    </w:p>
    <w:p>
      <w:r>
        <w:t>32. 补全诗句：春眠不觉晓，处处闻____。</w:t>
      </w:r>
    </w:p>
    <w:p>
      <w:r>
        <w:t>33. 补全诗句：白日依山尽，黄河入____。</w:t>
      </w:r>
    </w:p>
    <w:p>
      <w:r>
        <w:t>34. 补全诗句：锄禾日当午，汗滴禾____。</w:t>
      </w:r>
    </w:p>
    <w:p>
      <w:r>
        <w:t>35. 补全诗句：离离原上草，一岁一____。</w:t>
      </w:r>
    </w:p>
    <w:p>
      <w:r>
        <w:t>36. 补全诗句：两个黄鹂鸣翠柳，一行白鹭上____。</w:t>
      </w:r>
    </w:p>
    <w:p>
      <w:r>
        <w:t>37. 补全诗句：日照香炉生紫烟，遥看瀑布挂____。</w:t>
      </w:r>
    </w:p>
    <w:p>
      <w:r>
        <w:t>38. 补全诗句：朝辞白帝彩云间，千里江陵一____。</w:t>
      </w:r>
    </w:p>
    <w:p>
      <w:r>
        <w:t>39. 补全诗句：千山鸟飞绝，万径人____。</w:t>
      </w:r>
    </w:p>
    <w:p>
      <w:r>
        <w:t>40. 补全诗句：遥知不是雪，为有暗____。</w:t>
      </w:r>
    </w:p>
    <w:p>
      <w:r>
        <w:t>41. 补全诗句：举头望明月，低头思____。</w:t>
      </w:r>
    </w:p>
    <w:p>
      <w:r>
        <w:t>42. 补全诗句：夜来风雨声，花落知____。</w:t>
      </w:r>
    </w:p>
    <w:p>
      <w:r>
        <w:t>43. 补全诗句：欲穷千里目，更上一____。</w:t>
      </w:r>
    </w:p>
    <w:p>
      <w:r>
        <w:t>44. 补全诗句：谁知盘中餐，粒粒皆____。</w:t>
      </w:r>
    </w:p>
    <w:p>
      <w:r>
        <w:t>45. 补全诗句：野火烧不尽，春风吹____。</w:t>
      </w:r>
    </w:p>
    <w:p>
      <w:r>
        <w:t>46. 补全诗句：窗含西岭千秋雪，门泊东吴万____。</w:t>
      </w:r>
    </w:p>
    <w:p>
      <w:r>
        <w:t>47. 补全诗句：飞流直下三千尺，疑是银河落____。</w:t>
      </w:r>
    </w:p>
    <w:p>
      <w:r>
        <w:t>48. 补全诗句：两岸猿声啼不住，轻舟已过万____。</w:t>
      </w:r>
    </w:p>
    <w:p>
      <w:r>
        <w:t>49. 补全诗句：孤舟蓑笠翁，独钓寒____。</w:t>
      </w:r>
    </w:p>
    <w:p>
      <w:r>
        <w:t>50. 补全诗句：____。</w:t>
      </w:r>
    </w:p>
    <w:p>
      <w:r>
        <w:t>51. 补全诗句：____。</w:t>
      </w:r>
    </w:p>
    <w:p>
      <w:r>
        <w:t>52. 补全诗句：____。</w:t>
      </w:r>
    </w:p>
    <w:p>
      <w:r>
        <w:t>53. 补全诗句：____。</w:t>
      </w:r>
    </w:p>
    <w:p>
      <w:r>
        <w:t>54. 补全诗句：____。</w:t>
      </w:r>
    </w:p>
    <w:p>
      <w:r>
        <w:t>55. 补全诗句：____。</w:t>
      </w:r>
    </w:p>
    <w:p>
      <w:r>
        <w:t>56. 补全诗句：____。</w:t>
      </w:r>
    </w:p>
    <w:p>
      <w:r>
        <w:t>57. 补全诗句：____。</w:t>
      </w:r>
    </w:p>
    <w:p>
      <w:r>
        <w:t>58. 补全诗句：____。</w:t>
      </w:r>
    </w:p>
    <w:p>
      <w:r>
        <w:t>59. 补全诗句：____。</w:t>
      </w:r>
    </w:p>
    <w:p>
      <w:r>
        <w:t>60. 补全诗句：墙角数枝梅，凌寒独____。</w:t>
      </w:r>
    </w:p>
    <w:p>
      <w:r>
        <w:t>61. 补全诗句：床前明月光，疑是地____。</w:t>
      </w:r>
    </w:p>
    <w:p>
      <w:r>
        <w:t>62. 补全诗句：春眠不觉晓，处处闻____。</w:t>
      </w:r>
    </w:p>
    <w:p>
      <w:r>
        <w:t>63. 补全诗句：白日依山尽，黄河入____。</w:t>
      </w:r>
    </w:p>
    <w:p>
      <w:r>
        <w:t>64. 补全诗句：锄禾日当午，汗滴禾____。</w:t>
      </w:r>
    </w:p>
    <w:p>
      <w:r>
        <w:t>65. 补全诗句：离离原上草，一岁一____。</w:t>
      </w:r>
    </w:p>
    <w:p>
      <w:r>
        <w:t>66. 补全诗句：两个黄鹂鸣翠柳，一行白鹭上____。</w:t>
      </w:r>
    </w:p>
    <w:p>
      <w:r>
        <w:t>67. 补全诗句：日照香炉生紫烟，遥看瀑布挂____。</w:t>
      </w:r>
    </w:p>
    <w:p>
      <w:r>
        <w:t>68. 补全诗句：朝辞白帝彩云间，千里江陵一____。</w:t>
      </w:r>
    </w:p>
    <w:p>
      <w:r>
        <w:t>69. 补全诗句：千山鸟飞绝，万径人____。</w:t>
      </w:r>
    </w:p>
    <w:p>
      <w:r>
        <w:t>70. 补全诗句：遥知不是雪，为有暗____。</w:t>
      </w:r>
    </w:p>
    <w:p>
      <w:r>
        <w:t>71. 补全诗句：举头望明月，低头思____。</w:t>
      </w:r>
    </w:p>
    <w:p>
      <w:r>
        <w:t>72. 补全诗句：夜来风雨声，花落知____。</w:t>
      </w:r>
    </w:p>
    <w:p>
      <w:r>
        <w:t>73. 补全诗句：欲穷千里目，更上一____。</w:t>
      </w:r>
    </w:p>
    <w:p>
      <w:r>
        <w:t>74. 补全诗句：谁知盘中餐，粒粒皆____。</w:t>
      </w:r>
    </w:p>
    <w:p>
      <w:r>
        <w:t>75. 补全诗句：野火烧不尽，春风吹____。</w:t>
      </w:r>
    </w:p>
    <w:p>
      <w:r>
        <w:t>76. 补全诗句：窗含西岭千秋雪，门泊东吴万____。</w:t>
      </w:r>
    </w:p>
    <w:p>
      <w:r>
        <w:t>77. 补全诗句：飞流直下三千尺，疑是银河落____。</w:t>
      </w:r>
    </w:p>
    <w:p>
      <w:r>
        <w:t>78. 补全诗句：两岸猿声啼不住，轻舟已过万____。</w:t>
      </w:r>
    </w:p>
    <w:p>
      <w:r>
        <w:t>79. 补全诗句：孤舟蓑笠翁，独钓寒____。</w:t>
      </w:r>
    </w:p>
    <w:p>
      <w:r>
        <w:t>80. 补全诗句：____。</w:t>
      </w:r>
    </w:p>
    <w:p>
      <w:r>
        <w:t>81. 补全诗句：____。</w:t>
      </w:r>
    </w:p>
    <w:p>
      <w:r>
        <w:t>82. 补全诗句：____。</w:t>
      </w:r>
    </w:p>
    <w:p>
      <w:r>
        <w:t>83. 补全诗句：____。</w:t>
      </w:r>
    </w:p>
    <w:p>
      <w:r>
        <w:t>84. 补全诗句：____。</w:t>
      </w:r>
    </w:p>
    <w:p>
      <w:r>
        <w:t>85. 补全诗句：____。</w:t>
      </w:r>
    </w:p>
    <w:p>
      <w:r>
        <w:t>86. 补全诗句：____。</w:t>
      </w:r>
    </w:p>
    <w:p>
      <w:r>
        <w:t>87. 补全诗句：____。</w:t>
      </w:r>
    </w:p>
    <w:p>
      <w:r>
        <w:t>88. 补全诗句：____。</w:t>
      </w:r>
    </w:p>
    <w:p>
      <w:r>
        <w:t>89. 补全诗句：____。</w:t>
      </w:r>
    </w:p>
    <w:p>
      <w:r>
        <w:t>90. 补全诗句：墙角数枝梅，凌寒独____。</w:t>
      </w:r>
    </w:p>
    <w:p>
      <w:r>
        <w:t>91. 补全诗句：床前明月光，疑是地____。</w:t>
      </w:r>
    </w:p>
    <w:p>
      <w:r>
        <w:t>92. 补全诗句：春眠不觉晓，处处闻____。</w:t>
      </w:r>
    </w:p>
    <w:p>
      <w:r>
        <w:t>93. 补全诗句：白日依山尽，黄河入____。</w:t>
      </w:r>
    </w:p>
    <w:p>
      <w:r>
        <w:t>94. 补全诗句：锄禾日当午，汗滴禾____。</w:t>
      </w:r>
    </w:p>
    <w:p>
      <w:r>
        <w:t>95. 补全诗句：离离原上草，一岁一____。</w:t>
      </w:r>
    </w:p>
    <w:p>
      <w:r>
        <w:t>96. 补全诗句：两个黄鹂鸣翠柳，一行白鹭上____。</w:t>
      </w:r>
    </w:p>
    <w:p>
      <w:r>
        <w:t>97. 补全诗句：日照香炉生紫烟，遥看瀑布挂____。</w:t>
      </w:r>
    </w:p>
    <w:p>
      <w:r>
        <w:t>98. 补全诗句：朝辞白帝彩云间，千里江陵一____。</w:t>
      </w:r>
    </w:p>
    <w:p>
      <w:r>
        <w:t>99. 补全诗句：千山鸟飞绝，万径人____。</w:t>
      </w:r>
    </w:p>
    <w:p>
      <w:r>
        <w:t>100. 补全诗句：遥知不是雪，为有暗____。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