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五年级英语基础单词默写100题（含答案）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一、单词默写（每题1分，共100分）</w:t>
      </w:r>
    </w:p>
    <w:p>
      <w:r>
        <w:t>1. 看中文写英文：晚上 = ____</w:t>
      </w:r>
    </w:p>
    <w:p>
      <w:r>
        <w:t>2. 看中文写英文：午餐 = ____</w:t>
      </w:r>
    </w:p>
    <w:p>
      <w:r>
        <w:t>3. 看中文写英文：盒子 = ____</w:t>
      </w:r>
    </w:p>
    <w:p>
      <w:r>
        <w:t>4. 看中文写英文：大 = ____</w:t>
      </w:r>
    </w:p>
    <w:p>
      <w:r>
        <w:t>5. 看中文写英文：钢笔 = ____</w:t>
      </w:r>
    </w:p>
    <w:p>
      <w:r>
        <w:t>6. 看中文写英文：父亲 = ____</w:t>
      </w:r>
    </w:p>
    <w:p>
      <w:r>
        <w:t>7. 看中文写英文：女王 = ____</w:t>
      </w:r>
    </w:p>
    <w:p>
      <w:r>
        <w:t>8. 看中文写英文：冰 = ____</w:t>
      </w:r>
    </w:p>
    <w:p>
      <w:r>
        <w:t>9. 看中文写英文：下午 = ____</w:t>
      </w:r>
    </w:p>
    <w:p>
      <w:r>
        <w:t>10. 看中文写英文：尺子 = ____</w:t>
      </w:r>
    </w:p>
    <w:p>
      <w:r>
        <w:t>11. 看中文写英文：钢笔 = ____</w:t>
      </w:r>
    </w:p>
    <w:p>
      <w:r>
        <w:t>12. 看中文写英文：女王 = ____</w:t>
      </w:r>
    </w:p>
    <w:p>
      <w:r>
        <w:t>13. 看中文写英文：雨伞 = ____</w:t>
      </w:r>
    </w:p>
    <w:p>
      <w:r>
        <w:t>14. 看中文写英文：兄弟 = ____</w:t>
      </w:r>
    </w:p>
    <w:p>
      <w:r>
        <w:t>15. 看中文写英文：钢笔 = ____</w:t>
      </w:r>
    </w:p>
    <w:p>
      <w:r>
        <w:t>16. 看中文写英文：母亲 = ____</w:t>
      </w:r>
    </w:p>
    <w:p>
      <w:r>
        <w:t>17. 看中文写英文：操场 = ____</w:t>
      </w:r>
    </w:p>
    <w:p>
      <w:r>
        <w:t>18. 看中文写英文：晚餐 = ____</w:t>
      </w:r>
    </w:p>
    <w:p>
      <w:r>
        <w:t>19. 看中文写英文：女王 = ____</w:t>
      </w:r>
    </w:p>
    <w:p>
      <w:r>
        <w:t>20. 看中文写英文：女王 = ____</w:t>
      </w:r>
    </w:p>
    <w:p>
      <w:r>
        <w:t>21. 看中文写英文：学校 = ____</w:t>
      </w:r>
    </w:p>
    <w:p>
      <w:r>
        <w:t>22. 看中文写英文：下午 = ____</w:t>
      </w:r>
    </w:p>
    <w:p>
      <w:r>
        <w:t>23. 看中文写英文：黄色 = ____</w:t>
      </w:r>
    </w:p>
    <w:p>
      <w:r>
        <w:t>24. 看中文写英文：葡萄 = ____</w:t>
      </w:r>
    </w:p>
    <w:p>
      <w:r>
        <w:t>25. 看中文写英文：猫 = ____</w:t>
      </w:r>
    </w:p>
    <w:p>
      <w:r>
        <w:t>26. 看中文写英文：蔬菜 = ____</w:t>
      </w:r>
    </w:p>
    <w:p>
      <w:r>
        <w:t>27. 看中文写英文：蔬菜 = ____</w:t>
      </w:r>
    </w:p>
    <w:p>
      <w:r>
        <w:t>28. 看中文写英文：下午 = ____</w:t>
      </w:r>
    </w:p>
    <w:p>
      <w:r>
        <w:t>29. 看中文写英文：苹果 = ____</w:t>
      </w:r>
    </w:p>
    <w:p>
      <w:r>
        <w:t>30. 看中文写英文：操场 = ____</w:t>
      </w:r>
    </w:p>
    <w:p>
      <w:r>
        <w:t>31. 看中文写英文：月亮 = ____</w:t>
      </w:r>
    </w:p>
    <w:p>
      <w:r>
        <w:t>32. 看中文写英文：太阳 = ____</w:t>
      </w:r>
    </w:p>
    <w:p>
      <w:r>
        <w:t>33. 看中文写英文：斑马 = ____</w:t>
      </w:r>
    </w:p>
    <w:p>
      <w:r>
        <w:t>34. 看中文写英文：学校 = ____</w:t>
      </w:r>
    </w:p>
    <w:p>
      <w:r>
        <w:t>35. 看中文写英文：操场 = ____</w:t>
      </w:r>
    </w:p>
    <w:p>
      <w:r>
        <w:t>36. 看中文写英文：大 = ____</w:t>
      </w:r>
    </w:p>
    <w:p>
      <w:r>
        <w:t>37. 看中文写英文：朋友 = ____</w:t>
      </w:r>
    </w:p>
    <w:p>
      <w:r>
        <w:t>38. 看中文写英文：橙子 = ____</w:t>
      </w:r>
    </w:p>
    <w:p>
      <w:r>
        <w:t>39. 看中文写英文：晚上 = ____</w:t>
      </w:r>
    </w:p>
    <w:p>
      <w:r>
        <w:t>40. 看中文写英文：鱼 = ____</w:t>
      </w:r>
    </w:p>
    <w:p>
      <w:r>
        <w:t>41. 看中文写英文：风筝 = ____</w:t>
      </w:r>
    </w:p>
    <w:p>
      <w:r>
        <w:t>42. 看中文写英文：狮子 = ____</w:t>
      </w:r>
    </w:p>
    <w:p>
      <w:r>
        <w:t>43. 看中文写英文：难过 = ____</w:t>
      </w:r>
    </w:p>
    <w:p>
      <w:r>
        <w:t>44. 看中文写英文：小 = ____</w:t>
      </w:r>
    </w:p>
    <w:p>
      <w:r>
        <w:t>45. 看中文写英文：学校 = ____</w:t>
      </w:r>
    </w:p>
    <w:p>
      <w:r>
        <w:t>46. 看中文写英文：斑马 = ____</w:t>
      </w:r>
    </w:p>
    <w:p>
      <w:r>
        <w:t>47. 看中文写英文：雨伞 = ____</w:t>
      </w:r>
    </w:p>
    <w:p>
      <w:r>
        <w:t>48. 看中文写英文：冰 = ____</w:t>
      </w:r>
    </w:p>
    <w:p>
      <w:r>
        <w:t>49. 看中文写英文：开心 = ____</w:t>
      </w:r>
    </w:p>
    <w:p>
      <w:r>
        <w:t>50. 看中文写英文：操场 = ____</w:t>
      </w:r>
    </w:p>
    <w:p>
      <w:r>
        <w:t>51. 看中文写英文：小 = ____</w:t>
      </w:r>
    </w:p>
    <w:p>
      <w:r>
        <w:t>52. 看中文写英文：女王 = ____</w:t>
      </w:r>
    </w:p>
    <w:p>
      <w:r>
        <w:t>53. 看中文写英文：书 = ____</w:t>
      </w:r>
    </w:p>
    <w:p>
      <w:r>
        <w:t>54. 看中文写英文：斑马 = ____</w:t>
      </w:r>
    </w:p>
    <w:p>
      <w:r>
        <w:t>55. 看中文写英文：学校 = ____</w:t>
      </w:r>
    </w:p>
    <w:p>
      <w:r>
        <w:t>56. 看中文写英文：蔬菜 = ____</w:t>
      </w:r>
    </w:p>
    <w:p>
      <w:r>
        <w:t>57. 看中文写英文：鱼 = ____</w:t>
      </w:r>
    </w:p>
    <w:p>
      <w:r>
        <w:t>58. 看中文写英文：蔬菜 = ____</w:t>
      </w:r>
    </w:p>
    <w:p>
      <w:r>
        <w:t>59. 看中文写英文：水 = ____</w:t>
      </w:r>
    </w:p>
    <w:p>
      <w:r>
        <w:t>60. 看中文写英文：护士 = ____</w:t>
      </w:r>
    </w:p>
    <w:p>
      <w:r>
        <w:t>61. 看中文写英文：大象 = ____</w:t>
      </w:r>
    </w:p>
    <w:p>
      <w:r>
        <w:t>62. 看中文写英文：兔子 = ____</w:t>
      </w:r>
    </w:p>
    <w:p>
      <w:r>
        <w:t>63. 看中文写英文：葡萄 = ____</w:t>
      </w:r>
    </w:p>
    <w:p>
      <w:r>
        <w:t>64. 看中文写英文：狮子 = ____</w:t>
      </w:r>
    </w:p>
    <w:p>
      <w:r>
        <w:t>65. 看中文写英文：学生 = ____</w:t>
      </w:r>
    </w:p>
    <w:p>
      <w:r>
        <w:t>66. 看中文写英文：学校 = ____</w:t>
      </w:r>
    </w:p>
    <w:p>
      <w:r>
        <w:t>67. 看中文写英文：鱼 = ____</w:t>
      </w:r>
    </w:p>
    <w:p>
      <w:r>
        <w:t>68. 看中文写英文：香蕉 = ____</w:t>
      </w:r>
    </w:p>
    <w:p>
      <w:r>
        <w:t>69. 看中文写英文：小 = ____</w:t>
      </w:r>
    </w:p>
    <w:p>
      <w:r>
        <w:t>70. 看中文写英文：雨伞 = ____</w:t>
      </w:r>
    </w:p>
    <w:p>
      <w:r>
        <w:t>71. 看中文写英文：晚餐 = ____</w:t>
      </w:r>
    </w:p>
    <w:p>
      <w:r>
        <w:t>72. 看中文写英文：兄弟 = ____</w:t>
      </w:r>
    </w:p>
    <w:p>
      <w:r>
        <w:t>73. 看中文写英文：姐妹 = ____</w:t>
      </w:r>
    </w:p>
    <w:p>
      <w:r>
        <w:t>74. 看中文写英文：狗 = ____</w:t>
      </w:r>
    </w:p>
    <w:p>
      <w:r>
        <w:t>75. 看中文写英文：父亲 = ____</w:t>
      </w:r>
    </w:p>
    <w:p>
      <w:r>
        <w:t>76. 看中文写英文：教室 = ____</w:t>
      </w:r>
    </w:p>
    <w:p>
      <w:r>
        <w:t>77. 看中文写英文：老虎 = ____</w:t>
      </w:r>
    </w:p>
    <w:p>
      <w:r>
        <w:t>78. 看中文写英文：母亲 = ____</w:t>
      </w:r>
    </w:p>
    <w:p>
      <w:r>
        <w:t>79. 看中文写英文：房子 = ____</w:t>
      </w:r>
    </w:p>
    <w:p>
      <w:r>
        <w:t>80. 看中文写英文：学生 = ____</w:t>
      </w:r>
    </w:p>
    <w:p>
      <w:r>
        <w:t>81. 看中文写英文：月亮 = ____</w:t>
      </w:r>
    </w:p>
    <w:p>
      <w:r>
        <w:t>82. 看中文写英文：狮子 = ____</w:t>
      </w:r>
    </w:p>
    <w:p>
      <w:r>
        <w:t>83. 看中文写英文：大 = ____</w:t>
      </w:r>
    </w:p>
    <w:p>
      <w:r>
        <w:t>84. 看中文写英文：老师 = ____</w:t>
      </w:r>
    </w:p>
    <w:p>
      <w:r>
        <w:t>85. 看中文写英文：黄色 = ____</w:t>
      </w:r>
    </w:p>
    <w:p>
      <w:r>
        <w:t>86. 看中文写英文：书 = ____</w:t>
      </w:r>
    </w:p>
    <w:p>
      <w:r>
        <w:t>87. 看中文写英文：操场 = ____</w:t>
      </w:r>
    </w:p>
    <w:p>
      <w:r>
        <w:t>88. 看中文写英文：操场 = ____</w:t>
      </w:r>
    </w:p>
    <w:p>
      <w:r>
        <w:t>89. 看中文写英文：母亲 = ____</w:t>
      </w:r>
    </w:p>
    <w:p>
      <w:r>
        <w:t>90. 看中文写英文：大象 = ____</w:t>
      </w:r>
    </w:p>
    <w:p>
      <w:r>
        <w:t>91. 看中文写英文：冰 = ____</w:t>
      </w:r>
    </w:p>
    <w:p>
      <w:r>
        <w:t>92. 看中文写英文：狗 = ____</w:t>
      </w:r>
    </w:p>
    <w:p>
      <w:r>
        <w:t>93. 看中文写英文：晚餐 = ____</w:t>
      </w:r>
    </w:p>
    <w:p>
      <w:r>
        <w:t>94. 看中文写英文：姐妹 = ____</w:t>
      </w:r>
    </w:p>
    <w:p>
      <w:r>
        <w:t>95. 看中文写英文：姐妹 = ____</w:t>
      </w:r>
    </w:p>
    <w:p>
      <w:r>
        <w:t>96. 看中文写英文：尺子 = ____</w:t>
      </w:r>
    </w:p>
    <w:p>
      <w:r>
        <w:t>97. 看中文写英文：大象 = ____</w:t>
      </w:r>
    </w:p>
    <w:p>
      <w:r>
        <w:t>98. 看中文写英文：盒子 = ____</w:t>
      </w:r>
    </w:p>
    <w:p>
      <w:r>
        <w:t>99. 看中文写英文：书 = ____</w:t>
      </w:r>
    </w:p>
    <w:p>
      <w:r>
        <w:t>100. 看中文写英文：大 = ____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【一、单词默写（每题1分，共100分）】答案：</w:t>
      </w:r>
    </w:p>
    <w:p>
      <w:r>
        <w:t>1. 看中文写英文：晚上 = ____</w:t>
      </w:r>
    </w:p>
    <w:p>
      <w:r>
        <w:t>2. 看中文写英文：午餐 = ____</w:t>
      </w:r>
    </w:p>
    <w:p>
      <w:r>
        <w:t>3. 看中文写英文：盒子 = ____</w:t>
      </w:r>
    </w:p>
    <w:p>
      <w:r>
        <w:t>4. 看中文写英文：大 = ____</w:t>
      </w:r>
    </w:p>
    <w:p>
      <w:r>
        <w:t>5. 看中文写英文：钢笔 = ____</w:t>
      </w:r>
    </w:p>
    <w:p>
      <w:r>
        <w:t>6. 看中文写英文：父亲 = ____</w:t>
      </w:r>
    </w:p>
    <w:p>
      <w:r>
        <w:t>7. 看中文写英文：女王 = ____</w:t>
      </w:r>
    </w:p>
    <w:p>
      <w:r>
        <w:t>8. 看中文写英文：冰 = ____</w:t>
      </w:r>
    </w:p>
    <w:p>
      <w:r>
        <w:t>9. 看中文写英文：下午 = ____</w:t>
      </w:r>
    </w:p>
    <w:p>
      <w:r>
        <w:t>10. 看中文写英文：尺子 = ____</w:t>
      </w:r>
    </w:p>
    <w:p>
      <w:r>
        <w:t>11. 看中文写英文：钢笔 = ____</w:t>
      </w:r>
    </w:p>
    <w:p>
      <w:r>
        <w:t>12. 看中文写英文：女王 = ____</w:t>
      </w:r>
    </w:p>
    <w:p>
      <w:r>
        <w:t>13. 看中文写英文：雨伞 = ____</w:t>
      </w:r>
    </w:p>
    <w:p>
      <w:r>
        <w:t>14. 看中文写英文：兄弟 = ____</w:t>
      </w:r>
    </w:p>
    <w:p>
      <w:r>
        <w:t>15. 看中文写英文：钢笔 = ____</w:t>
      </w:r>
    </w:p>
    <w:p>
      <w:r>
        <w:t>16. 看中文写英文：母亲 = ____</w:t>
      </w:r>
    </w:p>
    <w:p>
      <w:r>
        <w:t>17. 看中文写英文：操场 = ____</w:t>
      </w:r>
    </w:p>
    <w:p>
      <w:r>
        <w:t>18. 看中文写英文：晚餐 = ____</w:t>
      </w:r>
    </w:p>
    <w:p>
      <w:r>
        <w:t>19. 看中文写英文：女王 = ____</w:t>
      </w:r>
    </w:p>
    <w:p>
      <w:r>
        <w:t>20. 看中文写英文：女王 = ____</w:t>
      </w:r>
    </w:p>
    <w:p>
      <w:r>
        <w:t>21. 看中文写英文：学校 = ____</w:t>
      </w:r>
    </w:p>
    <w:p>
      <w:r>
        <w:t>22. 看中文写英文：下午 = ____</w:t>
      </w:r>
    </w:p>
    <w:p>
      <w:r>
        <w:t>23. 看中文写英文：黄色 = ____</w:t>
      </w:r>
    </w:p>
    <w:p>
      <w:r>
        <w:t>24. 看中文写英文：葡萄 = ____</w:t>
      </w:r>
    </w:p>
    <w:p>
      <w:r>
        <w:t>25. 看中文写英文：猫 = ____</w:t>
      </w:r>
    </w:p>
    <w:p>
      <w:r>
        <w:t>26. 看中文写英文：蔬菜 = ____</w:t>
      </w:r>
    </w:p>
    <w:p>
      <w:r>
        <w:t>27. 看中文写英文：蔬菜 = ____</w:t>
      </w:r>
    </w:p>
    <w:p>
      <w:r>
        <w:t>28. 看中文写英文：下午 = ____</w:t>
      </w:r>
    </w:p>
    <w:p>
      <w:r>
        <w:t>29. 看中文写英文：苹果 = ____</w:t>
      </w:r>
    </w:p>
    <w:p>
      <w:r>
        <w:t>30. 看中文写英文：操场 = ____</w:t>
      </w:r>
    </w:p>
    <w:p>
      <w:r>
        <w:t>31. 看中文写英文：月亮 = ____</w:t>
      </w:r>
    </w:p>
    <w:p>
      <w:r>
        <w:t>32. 看中文写英文：太阳 = ____</w:t>
      </w:r>
    </w:p>
    <w:p>
      <w:r>
        <w:t>33. 看中文写英文：斑马 = ____</w:t>
      </w:r>
    </w:p>
    <w:p>
      <w:r>
        <w:t>34. 看中文写英文：学校 = ____</w:t>
      </w:r>
    </w:p>
    <w:p>
      <w:r>
        <w:t>35. 看中文写英文：操场 = ____</w:t>
      </w:r>
    </w:p>
    <w:p>
      <w:r>
        <w:t>36. 看中文写英文：大 = ____</w:t>
      </w:r>
    </w:p>
    <w:p>
      <w:r>
        <w:t>37. 看中文写英文：朋友 = ____</w:t>
      </w:r>
    </w:p>
    <w:p>
      <w:r>
        <w:t>38. 看中文写英文：橙子 = ____</w:t>
      </w:r>
    </w:p>
    <w:p>
      <w:r>
        <w:t>39. 看中文写英文：晚上 = ____</w:t>
      </w:r>
    </w:p>
    <w:p>
      <w:r>
        <w:t>40. 看中文写英文：鱼 = ____</w:t>
      </w:r>
    </w:p>
    <w:p>
      <w:r>
        <w:t>41. 看中文写英文：风筝 = ____</w:t>
      </w:r>
    </w:p>
    <w:p>
      <w:r>
        <w:t>42. 看中文写英文：狮子 = ____</w:t>
      </w:r>
    </w:p>
    <w:p>
      <w:r>
        <w:t>43. 看中文写英文：难过 = ____</w:t>
      </w:r>
    </w:p>
    <w:p>
      <w:r>
        <w:t>44. 看中文写英文：小 = ____</w:t>
      </w:r>
    </w:p>
    <w:p>
      <w:r>
        <w:t>45. 看中文写英文：学校 = ____</w:t>
      </w:r>
    </w:p>
    <w:p>
      <w:r>
        <w:t>46. 看中文写英文：斑马 = ____</w:t>
      </w:r>
    </w:p>
    <w:p>
      <w:r>
        <w:t>47. 看中文写英文：雨伞 = ____</w:t>
      </w:r>
    </w:p>
    <w:p>
      <w:r>
        <w:t>48. 看中文写英文：冰 = ____</w:t>
      </w:r>
    </w:p>
    <w:p>
      <w:r>
        <w:t>49. 看中文写英文：开心 = ____</w:t>
      </w:r>
    </w:p>
    <w:p>
      <w:r>
        <w:t>50. 看中文写英文：操场 = ____</w:t>
      </w:r>
    </w:p>
    <w:p>
      <w:r>
        <w:t>51. 看中文写英文：小 = ____</w:t>
      </w:r>
    </w:p>
    <w:p>
      <w:r>
        <w:t>52. 看中文写英文：女王 = ____</w:t>
      </w:r>
    </w:p>
    <w:p>
      <w:r>
        <w:t>53. 看中文写英文：书 = ____</w:t>
      </w:r>
    </w:p>
    <w:p>
      <w:r>
        <w:t>54. 看中文写英文：斑马 = ____</w:t>
      </w:r>
    </w:p>
    <w:p>
      <w:r>
        <w:t>55. 看中文写英文：学校 = ____</w:t>
      </w:r>
    </w:p>
    <w:p>
      <w:r>
        <w:t>56. 看中文写英文：蔬菜 = ____</w:t>
      </w:r>
    </w:p>
    <w:p>
      <w:r>
        <w:t>57. 看中文写英文：鱼 = ____</w:t>
      </w:r>
    </w:p>
    <w:p>
      <w:r>
        <w:t>58. 看中文写英文：蔬菜 = ____</w:t>
      </w:r>
    </w:p>
    <w:p>
      <w:r>
        <w:t>59. 看中文写英文：水 = ____</w:t>
      </w:r>
    </w:p>
    <w:p>
      <w:r>
        <w:t>60. 看中文写英文：护士 = ____</w:t>
      </w:r>
    </w:p>
    <w:p>
      <w:r>
        <w:t>61. 看中文写英文：大象 = ____</w:t>
      </w:r>
    </w:p>
    <w:p>
      <w:r>
        <w:t>62. 看中文写英文：兔子 = ____</w:t>
      </w:r>
    </w:p>
    <w:p>
      <w:r>
        <w:t>63. 看中文写英文：葡萄 = ____</w:t>
      </w:r>
    </w:p>
    <w:p>
      <w:r>
        <w:t>64. 看中文写英文：狮子 = ____</w:t>
      </w:r>
    </w:p>
    <w:p>
      <w:r>
        <w:t>65. 看中文写英文：学生 = ____</w:t>
      </w:r>
    </w:p>
    <w:p>
      <w:r>
        <w:t>66. 看中文写英文：学校 = ____</w:t>
      </w:r>
    </w:p>
    <w:p>
      <w:r>
        <w:t>67. 看中文写英文：鱼 = ____</w:t>
      </w:r>
    </w:p>
    <w:p>
      <w:r>
        <w:t>68. 看中文写英文：香蕉 = ____</w:t>
      </w:r>
    </w:p>
    <w:p>
      <w:r>
        <w:t>69. 看中文写英文：小 = ____</w:t>
      </w:r>
    </w:p>
    <w:p>
      <w:r>
        <w:t>70. 看中文写英文：雨伞 = ____</w:t>
      </w:r>
    </w:p>
    <w:p>
      <w:r>
        <w:t>71. 看中文写英文：晚餐 = ____</w:t>
      </w:r>
    </w:p>
    <w:p>
      <w:r>
        <w:t>72. 看中文写英文：兄弟 = ____</w:t>
      </w:r>
    </w:p>
    <w:p>
      <w:r>
        <w:t>73. 看中文写英文：姐妹 = ____</w:t>
      </w:r>
    </w:p>
    <w:p>
      <w:r>
        <w:t>74. 看中文写英文：狗 = ____</w:t>
      </w:r>
    </w:p>
    <w:p>
      <w:r>
        <w:t>75. 看中文写英文：父亲 = ____</w:t>
      </w:r>
    </w:p>
    <w:p>
      <w:r>
        <w:t>76. 看中文写英文：教室 = ____</w:t>
      </w:r>
    </w:p>
    <w:p>
      <w:r>
        <w:t>77. 看中文写英文：老虎 = ____</w:t>
      </w:r>
    </w:p>
    <w:p>
      <w:r>
        <w:t>78. 看中文写英文：母亲 = ____</w:t>
      </w:r>
    </w:p>
    <w:p>
      <w:r>
        <w:t>79. 看中文写英文：房子 = ____</w:t>
      </w:r>
    </w:p>
    <w:p>
      <w:r>
        <w:t>80. 看中文写英文：学生 = ____</w:t>
      </w:r>
    </w:p>
    <w:p>
      <w:r>
        <w:t>81. 看中文写英文：月亮 = ____</w:t>
      </w:r>
    </w:p>
    <w:p>
      <w:r>
        <w:t>82. 看中文写英文：狮子 = ____</w:t>
      </w:r>
    </w:p>
    <w:p>
      <w:r>
        <w:t>83. 看中文写英文：大 = ____</w:t>
      </w:r>
    </w:p>
    <w:p>
      <w:r>
        <w:t>84. 看中文写英文：老师 = ____</w:t>
      </w:r>
    </w:p>
    <w:p>
      <w:r>
        <w:t>85. 看中文写英文：黄色 = ____</w:t>
      </w:r>
    </w:p>
    <w:p>
      <w:r>
        <w:t>86. 看中文写英文：书 = ____</w:t>
      </w:r>
    </w:p>
    <w:p>
      <w:r>
        <w:t>87. 看中文写英文：操场 = ____</w:t>
      </w:r>
    </w:p>
    <w:p>
      <w:r>
        <w:t>88. 看中文写英文：操场 = ____</w:t>
      </w:r>
    </w:p>
    <w:p>
      <w:r>
        <w:t>89. 看中文写英文：母亲 = ____</w:t>
      </w:r>
    </w:p>
    <w:p>
      <w:r>
        <w:t>90. 看中文写英文：大象 = ____</w:t>
      </w:r>
    </w:p>
    <w:p>
      <w:r>
        <w:t>91. 看中文写英文：冰 = ____</w:t>
      </w:r>
    </w:p>
    <w:p>
      <w:r>
        <w:t>92. 看中文写英文：狗 = ____</w:t>
      </w:r>
    </w:p>
    <w:p>
      <w:r>
        <w:t>93. 看中文写英文：晚餐 = ____</w:t>
      </w:r>
    </w:p>
    <w:p>
      <w:r>
        <w:t>94. 看中文写英文：姐妹 = ____</w:t>
      </w:r>
    </w:p>
    <w:p>
      <w:r>
        <w:t>95. 看中文写英文：姐妹 = ____</w:t>
      </w:r>
    </w:p>
    <w:p>
      <w:r>
        <w:t>96. 看中文写英文：尺子 = ____</w:t>
      </w:r>
    </w:p>
    <w:p>
      <w:r>
        <w:t>97. 看中文写英文：大象 = ____</w:t>
      </w:r>
    </w:p>
    <w:p>
      <w:r>
        <w:t>98. 看中文写英文：盒子 = ____</w:t>
      </w:r>
    </w:p>
    <w:p>
      <w:r>
        <w:t>99. 看中文写英文：书 = ____</w:t>
      </w:r>
    </w:p>
    <w:p>
      <w:r>
        <w:t>100. 看中文写英文：大 = 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