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六年级数学百分数专项100题（含答案）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一、百分数与分数互化（每题1分，共30分）</w:t>
      </w:r>
    </w:p>
    <w:p>
      <w:r>
        <w:t>1. 一件商品原价26元，打八折，现价____元</w:t>
      </w:r>
    </w:p>
    <w:p>
      <w:r>
        <w:t>2. 69的6%是____</w:t>
      </w:r>
    </w:p>
    <w:p>
      <w:r>
        <w:t>3. 比94多3%的数是____</w:t>
      </w:r>
    </w:p>
    <w:p>
      <w:r>
        <w:t>4. 5% = ____（写成分数，约分到最简）</w:t>
      </w:r>
    </w:p>
    <w:p>
      <w:r>
        <w:t>5. 一件商品原价75元，打八折，现价____元</w:t>
      </w:r>
    </w:p>
    <w:p>
      <w:r>
        <w:t>6. 25的4%是____</w:t>
      </w:r>
    </w:p>
    <w:p>
      <w:r>
        <w:t>7. 比46多4%的数是____</w:t>
      </w:r>
    </w:p>
    <w:p>
      <w:r>
        <w:t>8. 8% = ____（写成分数，约分到最简）</w:t>
      </w:r>
    </w:p>
    <w:p>
      <w:r>
        <w:t>9. 一件商品原价58元，打八折，现价____元</w:t>
      </w:r>
    </w:p>
    <w:p>
      <w:r>
        <w:t>10. 13的3%是____</w:t>
      </w:r>
    </w:p>
    <w:p>
      <w:r>
        <w:t>11. 比44多6%的数是____</w:t>
      </w:r>
    </w:p>
    <w:p>
      <w:r>
        <w:t>12. 5% = ____（写成分数，约分到最简）</w:t>
      </w:r>
    </w:p>
    <w:p>
      <w:r>
        <w:t>13. 一件商品原价39元，打八折，现价____元</w:t>
      </w:r>
    </w:p>
    <w:p>
      <w:r>
        <w:t>14. 65的7%是____</w:t>
      </w:r>
    </w:p>
    <w:p>
      <w:r>
        <w:t>15. 比84多2%的数是____</w:t>
      </w:r>
    </w:p>
    <w:p>
      <w:r>
        <w:t>16. 2% = ____（写成分数，约分到最简）</w:t>
      </w:r>
    </w:p>
    <w:p>
      <w:r>
        <w:t>17. 一件商品原价47元，打八折，现价____元</w:t>
      </w:r>
    </w:p>
    <w:p>
      <w:r>
        <w:t>18. 42的4%是____</w:t>
      </w:r>
    </w:p>
    <w:p>
      <w:r>
        <w:t>19. 比96多7%的数是____</w:t>
      </w:r>
    </w:p>
    <w:p>
      <w:r>
        <w:t>20. 8% = ____（写成分数，约分到最简）</w:t>
      </w:r>
    </w:p>
    <w:p>
      <w:r>
        <w:t>21. 一件商品原价80元，打八折，现价____元</w:t>
      </w:r>
    </w:p>
    <w:p>
      <w:r>
        <w:t>22. 75的7%是____</w:t>
      </w:r>
    </w:p>
    <w:p>
      <w:r>
        <w:t>23. 比47多8%的数是____</w:t>
      </w:r>
    </w:p>
    <w:p>
      <w:r>
        <w:t>24. 5% = ____（写成分数，约分到最简）</w:t>
      </w:r>
    </w:p>
    <w:p>
      <w:r>
        <w:t>25. 一件商品原价81元，打八折，现价____元</w:t>
      </w:r>
    </w:p>
    <w:p>
      <w:r>
        <w:t>26. 73的7%是____</w:t>
      </w:r>
    </w:p>
    <w:p>
      <w:r>
        <w:t>27. 比67多6%的数是____</w:t>
      </w:r>
    </w:p>
    <w:p>
      <w:r>
        <w:t>28. 7% = ____（写成分数，约分到最简）</w:t>
      </w:r>
    </w:p>
    <w:p>
      <w:r>
        <w:t>29. 一件商品原价93元，打八折，现价____元</w:t>
      </w:r>
    </w:p>
    <w:p>
      <w:r>
        <w:t>30. 50的9%是____</w:t>
      </w:r>
    </w:p>
    <w:p/>
    <w:p>
      <w:pPr>
        <w:pStyle w:val="Heading2"/>
      </w:pPr>
      <w:r>
        <w:t>二、百分数应用题（每题1分，共40分）</w:t>
      </w:r>
    </w:p>
    <w:p>
      <w:r>
        <w:t>31. 比80多8%的数是____</w:t>
      </w:r>
    </w:p>
    <w:p>
      <w:r>
        <w:t>32. 9% = ____（写成分数，约分到最简）</w:t>
      </w:r>
    </w:p>
    <w:p>
      <w:r>
        <w:t>33. 一件商品原价89元，打八折，现价____元</w:t>
      </w:r>
    </w:p>
    <w:p>
      <w:r>
        <w:t>34. 58的2%是____</w:t>
      </w:r>
    </w:p>
    <w:p>
      <w:r>
        <w:t>35. 比11多4%的数是____</w:t>
      </w:r>
    </w:p>
    <w:p>
      <w:r>
        <w:t>36. 5% = ____（写成分数，约分到最简）</w:t>
      </w:r>
    </w:p>
    <w:p>
      <w:r>
        <w:t>37. 一件商品原价52元，打八折，现价____元</w:t>
      </w:r>
    </w:p>
    <w:p>
      <w:r>
        <w:t>38. 67的2%是____</w:t>
      </w:r>
    </w:p>
    <w:p>
      <w:r>
        <w:t>39. 比70多9%的数是____</w:t>
      </w:r>
    </w:p>
    <w:p>
      <w:r>
        <w:t>40. 3% = ____（写成分数，约分到最简）</w:t>
      </w:r>
    </w:p>
    <w:p>
      <w:r>
        <w:t>41. 一件商品原价15元，打八折，现价____元</w:t>
      </w:r>
    </w:p>
    <w:p>
      <w:r>
        <w:t>42. 58的8%是____</w:t>
      </w:r>
    </w:p>
    <w:p>
      <w:r>
        <w:t>43. 比58多5%的数是____</w:t>
      </w:r>
    </w:p>
    <w:p>
      <w:r>
        <w:t>44. 5% = ____（写成分数，约分到最简）</w:t>
      </w:r>
    </w:p>
    <w:p>
      <w:r>
        <w:t>45. 一件商品原价16元，打八折，现价____元</w:t>
      </w:r>
    </w:p>
    <w:p>
      <w:r>
        <w:t>46. 35的9%是____</w:t>
      </w:r>
    </w:p>
    <w:p>
      <w:r>
        <w:t>47. 比85多2%的数是____</w:t>
      </w:r>
    </w:p>
    <w:p>
      <w:r>
        <w:t>48. 9% = ____（写成分数，约分到最简）</w:t>
      </w:r>
    </w:p>
    <w:p>
      <w:r>
        <w:t>49. 一件商品原价15元，打八折，现价____元</w:t>
      </w:r>
    </w:p>
    <w:p>
      <w:r>
        <w:t>50. 28的4%是____</w:t>
      </w:r>
    </w:p>
    <w:p>
      <w:r>
        <w:t>51. 比81多9%的数是____</w:t>
      </w:r>
    </w:p>
    <w:p>
      <w:r>
        <w:t>52. 2% = ____（写成分数，约分到最简）</w:t>
      </w:r>
    </w:p>
    <w:p>
      <w:r>
        <w:t>53. 一件商品原价57元，打八折，现价____元</w:t>
      </w:r>
    </w:p>
    <w:p>
      <w:r>
        <w:t>54. 47的2%是____</w:t>
      </w:r>
    </w:p>
    <w:p>
      <w:r>
        <w:t>55. 比51多9%的数是____</w:t>
      </w:r>
    </w:p>
    <w:p>
      <w:r>
        <w:t>56. 3% = ____（写成分数，约分到最简）</w:t>
      </w:r>
    </w:p>
    <w:p>
      <w:r>
        <w:t>57. 一件商品原价83元，打八折，现价____元</w:t>
      </w:r>
    </w:p>
    <w:p>
      <w:r>
        <w:t>58. 91的5%是____</w:t>
      </w:r>
    </w:p>
    <w:p>
      <w:r>
        <w:t>59. 比93多2%的数是____</w:t>
      </w:r>
    </w:p>
    <w:p>
      <w:r>
        <w:t>60. 4% = ____（写成分数，约分到最简）</w:t>
      </w:r>
    </w:p>
    <w:p>
      <w:r>
        <w:t>61. 一件商品原价50元，打八折，现价____元</w:t>
      </w:r>
    </w:p>
    <w:p>
      <w:r>
        <w:t>62. 67的7%是____</w:t>
      </w:r>
    </w:p>
    <w:p>
      <w:r>
        <w:t>63. 比35多5%的数是____</w:t>
      </w:r>
    </w:p>
    <w:p>
      <w:r>
        <w:t>64. 6% = ____（写成分数，约分到最简）</w:t>
      </w:r>
    </w:p>
    <w:p>
      <w:r>
        <w:t>65. 一件商品原价87元，打八折，现价____元</w:t>
      </w:r>
    </w:p>
    <w:p>
      <w:r>
        <w:t>66. 34的6%是____</w:t>
      </w:r>
    </w:p>
    <w:p>
      <w:r>
        <w:t>67. 比91多5%的数是____</w:t>
      </w:r>
    </w:p>
    <w:p>
      <w:r>
        <w:t>68. 2% = ____（写成分数，约分到最简）</w:t>
      </w:r>
    </w:p>
    <w:p>
      <w:r>
        <w:t>69. 一件商品原价99元，打八折，现价____元</w:t>
      </w:r>
    </w:p>
    <w:p>
      <w:r>
        <w:t>70. 30的8%是____</w:t>
      </w:r>
    </w:p>
    <w:p/>
    <w:p>
      <w:pPr>
        <w:pStyle w:val="Heading2"/>
      </w:pPr>
      <w:r>
        <w:t>三、综合（每题1分，共30分）</w:t>
      </w:r>
    </w:p>
    <w:p>
      <w:r>
        <w:t>71. 比34多9%的数是____</w:t>
      </w:r>
    </w:p>
    <w:p>
      <w:r>
        <w:t>72. 4% = ____（写成分数，约分到最简）</w:t>
      </w:r>
    </w:p>
    <w:p>
      <w:r>
        <w:t>73. 一件商品原价43元，打八折，现价____元</w:t>
      </w:r>
    </w:p>
    <w:p>
      <w:r>
        <w:t>74. 39的2%是____</w:t>
      </w:r>
    </w:p>
    <w:p>
      <w:r>
        <w:t>75. 比41多9%的数是____</w:t>
      </w:r>
    </w:p>
    <w:p>
      <w:r>
        <w:t>76. 7% = ____（写成分数，约分到最简）</w:t>
      </w:r>
    </w:p>
    <w:p>
      <w:r>
        <w:t>77. 一件商品原价23元，打八折，现价____元</w:t>
      </w:r>
    </w:p>
    <w:p>
      <w:r>
        <w:t>78. 40的9%是____</w:t>
      </w:r>
    </w:p>
    <w:p>
      <w:r>
        <w:t>79. 比22多7%的数是____</w:t>
      </w:r>
    </w:p>
    <w:p>
      <w:r>
        <w:t>80. 7% = ____（写成分数，约分到最简）</w:t>
      </w:r>
    </w:p>
    <w:p>
      <w:r>
        <w:t>81. 一件商品原价15元，打八折，现价____元</w:t>
      </w:r>
    </w:p>
    <w:p>
      <w:r>
        <w:t>82. 36的2%是____</w:t>
      </w:r>
    </w:p>
    <w:p>
      <w:r>
        <w:t>83. 比90多8%的数是____</w:t>
      </w:r>
    </w:p>
    <w:p>
      <w:r>
        <w:t>84. 8% = ____（写成分数，约分到最简）</w:t>
      </w:r>
    </w:p>
    <w:p>
      <w:r>
        <w:t>85. 一件商品原价18元，打八折，现价____元</w:t>
      </w:r>
    </w:p>
    <w:p>
      <w:r>
        <w:t>86. 57的2%是____</w:t>
      </w:r>
    </w:p>
    <w:p>
      <w:r>
        <w:t>87. 比12多2%的数是____</w:t>
      </w:r>
    </w:p>
    <w:p>
      <w:r>
        <w:t>88. 2% = ____（写成分数，约分到最简）</w:t>
      </w:r>
    </w:p>
    <w:p>
      <w:r>
        <w:t>89. 一件商品原价53元，打八折，现价____元</w:t>
      </w:r>
    </w:p>
    <w:p>
      <w:r>
        <w:t>90. 30的3%是____</w:t>
      </w:r>
    </w:p>
    <w:p>
      <w:r>
        <w:t>91. 比38多9%的数是____</w:t>
      </w:r>
    </w:p>
    <w:p>
      <w:r>
        <w:t>92. 3% = ____（写成分数，约分到最简）</w:t>
      </w:r>
    </w:p>
    <w:p>
      <w:r>
        <w:t>93. 一件商品原价43元，打八折，现价____元</w:t>
      </w:r>
    </w:p>
    <w:p>
      <w:r>
        <w:t>94. 26的8%是____</w:t>
      </w:r>
    </w:p>
    <w:p>
      <w:r>
        <w:t>95. 比91多8%的数是____</w:t>
      </w:r>
    </w:p>
    <w:p>
      <w:r>
        <w:t>96. 8% = ____（写成分数，约分到最简）</w:t>
      </w:r>
    </w:p>
    <w:p>
      <w:r>
        <w:t>97. 一件商品原价73元，打八折，现价____元</w:t>
      </w:r>
    </w:p>
    <w:p>
      <w:r>
        <w:t>98. 79的3%是____</w:t>
      </w:r>
    </w:p>
    <w:p>
      <w:r>
        <w:t>99. 比95多9%的数是____</w:t>
      </w:r>
    </w:p>
    <w:p>
      <w:r>
        <w:t>100. 4% = ____（写成分数，约分到最简）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【一、百分数与分数互化（每题1分，共30分）】答案：</w:t>
      </w:r>
    </w:p>
    <w:p>
      <w:r>
        <w:t>1. 一件商品原价26元，打八折，现价____元</w:t>
      </w:r>
    </w:p>
    <w:p>
      <w:r>
        <w:t>2. 69的6%是____</w:t>
      </w:r>
    </w:p>
    <w:p>
      <w:r>
        <w:t>3. 比94多3%的数是____</w:t>
      </w:r>
    </w:p>
    <w:p>
      <w:r>
        <w:t>4. 5% = ____（写成分数，约分到最简）</w:t>
      </w:r>
    </w:p>
    <w:p>
      <w:r>
        <w:t>5. 一件商品原价75元，打八折，现价____元</w:t>
      </w:r>
    </w:p>
    <w:p>
      <w:r>
        <w:t>6. 25的4%是____</w:t>
      </w:r>
    </w:p>
    <w:p>
      <w:r>
        <w:t>7. 比46多4%的数是____</w:t>
      </w:r>
    </w:p>
    <w:p>
      <w:r>
        <w:t>8. 8% = ____（写成分数，约分到最简）</w:t>
      </w:r>
    </w:p>
    <w:p>
      <w:r>
        <w:t>9. 一件商品原价58元，打八折，现价____元</w:t>
      </w:r>
    </w:p>
    <w:p>
      <w:r>
        <w:t>10. 13的3%是____</w:t>
      </w:r>
    </w:p>
    <w:p>
      <w:r>
        <w:t>11. 比44多6%的数是____</w:t>
      </w:r>
    </w:p>
    <w:p>
      <w:r>
        <w:t>12. 5% = ____（写成分数，约分到最简）</w:t>
      </w:r>
    </w:p>
    <w:p>
      <w:r>
        <w:t>13. 一件商品原价39元，打八折，现价____元</w:t>
      </w:r>
    </w:p>
    <w:p>
      <w:r>
        <w:t>14. 65的7%是____</w:t>
      </w:r>
    </w:p>
    <w:p>
      <w:r>
        <w:t>15. 比84多2%的数是____</w:t>
      </w:r>
    </w:p>
    <w:p>
      <w:r>
        <w:t>16. 2% = ____（写成分数，约分到最简）</w:t>
      </w:r>
    </w:p>
    <w:p>
      <w:r>
        <w:t>17. 一件商品原价47元，打八折，现价____元</w:t>
      </w:r>
    </w:p>
    <w:p>
      <w:r>
        <w:t>18. 42的4%是____</w:t>
      </w:r>
    </w:p>
    <w:p>
      <w:r>
        <w:t>19. 比96多7%的数是____</w:t>
      </w:r>
    </w:p>
    <w:p>
      <w:r>
        <w:t>20. 8% = ____（写成分数，约分到最简）</w:t>
      </w:r>
    </w:p>
    <w:p>
      <w:r>
        <w:t>21. 一件商品原价80元，打八折，现价____元</w:t>
      </w:r>
    </w:p>
    <w:p>
      <w:r>
        <w:t>22. 75的7%是____</w:t>
      </w:r>
    </w:p>
    <w:p>
      <w:r>
        <w:t>23. 比47多8%的数是____</w:t>
      </w:r>
    </w:p>
    <w:p>
      <w:r>
        <w:t>24. 5% = ____（写成分数，约分到最简）</w:t>
      </w:r>
    </w:p>
    <w:p>
      <w:r>
        <w:t>25. 一件商品原价81元，打八折，现价____元</w:t>
      </w:r>
    </w:p>
    <w:p>
      <w:r>
        <w:t>26. 73的7%是____</w:t>
      </w:r>
    </w:p>
    <w:p>
      <w:r>
        <w:t>27. 比67多6%的数是____</w:t>
      </w:r>
    </w:p>
    <w:p>
      <w:r>
        <w:t>28. 7% = ____（写成分数，约分到最简）</w:t>
      </w:r>
    </w:p>
    <w:p>
      <w:r>
        <w:t>29. 一件商品原价93元，打八折，现价____元</w:t>
      </w:r>
    </w:p>
    <w:p>
      <w:r>
        <w:t>30. 50的9%是____</w:t>
      </w:r>
    </w:p>
    <w:p>
      <w:r>
        <w:t>【二、百分数应用题（每题1分，共40分）】答案：</w:t>
      </w:r>
    </w:p>
    <w:p>
      <w:r>
        <w:t>31. 比80多8%的数是____</w:t>
      </w:r>
    </w:p>
    <w:p>
      <w:r>
        <w:t>32. 9% = ____（写成分数，约分到最简）</w:t>
      </w:r>
    </w:p>
    <w:p>
      <w:r>
        <w:t>33. 一件商品原价89元，打八折，现价____元</w:t>
      </w:r>
    </w:p>
    <w:p>
      <w:r>
        <w:t>34. 58的2%是____</w:t>
      </w:r>
    </w:p>
    <w:p>
      <w:r>
        <w:t>35. 比11多4%的数是____</w:t>
      </w:r>
    </w:p>
    <w:p>
      <w:r>
        <w:t>36. 5% = ____（写成分数，约分到最简）</w:t>
      </w:r>
    </w:p>
    <w:p>
      <w:r>
        <w:t>37. 一件商品原价52元，打八折，现价____元</w:t>
      </w:r>
    </w:p>
    <w:p>
      <w:r>
        <w:t>38. 67的2%是____</w:t>
      </w:r>
    </w:p>
    <w:p>
      <w:r>
        <w:t>39. 比70多9%的数是____</w:t>
      </w:r>
    </w:p>
    <w:p>
      <w:r>
        <w:t>40. 3% = ____（写成分数，约分到最简）</w:t>
      </w:r>
    </w:p>
    <w:p>
      <w:r>
        <w:t>41. 一件商品原价15元，打八折，现价____元</w:t>
      </w:r>
    </w:p>
    <w:p>
      <w:r>
        <w:t>42. 58的8%是____</w:t>
      </w:r>
    </w:p>
    <w:p>
      <w:r>
        <w:t>43. 比58多5%的数是____</w:t>
      </w:r>
    </w:p>
    <w:p>
      <w:r>
        <w:t>44. 5% = ____（写成分数，约分到最简）</w:t>
      </w:r>
    </w:p>
    <w:p>
      <w:r>
        <w:t>45. 一件商品原价16元，打八折，现价____元</w:t>
      </w:r>
    </w:p>
    <w:p>
      <w:r>
        <w:t>46. 35的9%是____</w:t>
      </w:r>
    </w:p>
    <w:p>
      <w:r>
        <w:t>47. 比85多2%的数是____</w:t>
      </w:r>
    </w:p>
    <w:p>
      <w:r>
        <w:t>48. 9% = ____（写成分数，约分到最简）</w:t>
      </w:r>
    </w:p>
    <w:p>
      <w:r>
        <w:t>49. 一件商品原价15元，打八折，现价____元</w:t>
      </w:r>
    </w:p>
    <w:p>
      <w:r>
        <w:t>50. 28的4%是____</w:t>
      </w:r>
    </w:p>
    <w:p>
      <w:r>
        <w:t>51. 比81多9%的数是____</w:t>
      </w:r>
    </w:p>
    <w:p>
      <w:r>
        <w:t>52. 2% = ____（写成分数，约分到最简）</w:t>
      </w:r>
    </w:p>
    <w:p>
      <w:r>
        <w:t>53. 一件商品原价57元，打八折，现价____元</w:t>
      </w:r>
    </w:p>
    <w:p>
      <w:r>
        <w:t>54. 47的2%是____</w:t>
      </w:r>
    </w:p>
    <w:p>
      <w:r>
        <w:t>55. 比51多9%的数是____</w:t>
      </w:r>
    </w:p>
    <w:p>
      <w:r>
        <w:t>56. 3% = ____（写成分数，约分到最简）</w:t>
      </w:r>
    </w:p>
    <w:p>
      <w:r>
        <w:t>57. 一件商品原价83元，打八折，现价____元</w:t>
      </w:r>
    </w:p>
    <w:p>
      <w:r>
        <w:t>58. 91的5%是____</w:t>
      </w:r>
    </w:p>
    <w:p>
      <w:r>
        <w:t>59. 比93多2%的数是____</w:t>
      </w:r>
    </w:p>
    <w:p>
      <w:r>
        <w:t>60. 4% = ____（写成分数，约分到最简）</w:t>
      </w:r>
    </w:p>
    <w:p>
      <w:r>
        <w:t>61. 一件商品原价50元，打八折，现价____元</w:t>
      </w:r>
    </w:p>
    <w:p>
      <w:r>
        <w:t>62. 67的7%是____</w:t>
      </w:r>
    </w:p>
    <w:p>
      <w:r>
        <w:t>63. 比35多5%的数是____</w:t>
      </w:r>
    </w:p>
    <w:p>
      <w:r>
        <w:t>64. 6% = ____（写成分数，约分到最简）</w:t>
      </w:r>
    </w:p>
    <w:p>
      <w:r>
        <w:t>65. 一件商品原价87元，打八折，现价____元</w:t>
      </w:r>
    </w:p>
    <w:p>
      <w:r>
        <w:t>66. 34的6%是____</w:t>
      </w:r>
    </w:p>
    <w:p>
      <w:r>
        <w:t>67. 比91多5%的数是____</w:t>
      </w:r>
    </w:p>
    <w:p>
      <w:r>
        <w:t>68. 2% = ____（写成分数，约分到最简）</w:t>
      </w:r>
    </w:p>
    <w:p>
      <w:r>
        <w:t>69. 一件商品原价99元，打八折，现价____元</w:t>
      </w:r>
    </w:p>
    <w:p>
      <w:r>
        <w:t>70. 30的8%是____</w:t>
      </w:r>
    </w:p>
    <w:p>
      <w:r>
        <w:t>【三、综合（每题1分，共30分）】答案：</w:t>
      </w:r>
    </w:p>
    <w:p>
      <w:r>
        <w:t>71. 比34多9%的数是____</w:t>
      </w:r>
    </w:p>
    <w:p>
      <w:r>
        <w:t>72. 4% = ____（写成分数，约分到最简）</w:t>
      </w:r>
    </w:p>
    <w:p>
      <w:r>
        <w:t>73. 一件商品原价43元，打八折，现价____元</w:t>
      </w:r>
    </w:p>
    <w:p>
      <w:r>
        <w:t>74. 39的2%是____</w:t>
      </w:r>
    </w:p>
    <w:p>
      <w:r>
        <w:t>75. 比41多9%的数是____</w:t>
      </w:r>
    </w:p>
    <w:p>
      <w:r>
        <w:t>76. 7% = ____（写成分数，约分到最简）</w:t>
      </w:r>
    </w:p>
    <w:p>
      <w:r>
        <w:t>77. 一件商品原价23元，打八折，现价____元</w:t>
      </w:r>
    </w:p>
    <w:p>
      <w:r>
        <w:t>78. 40的9%是____</w:t>
      </w:r>
    </w:p>
    <w:p>
      <w:r>
        <w:t>79. 比22多7%的数是____</w:t>
      </w:r>
    </w:p>
    <w:p>
      <w:r>
        <w:t>80. 7% = ____（写成分数，约分到最简）</w:t>
      </w:r>
    </w:p>
    <w:p>
      <w:r>
        <w:t>81. 一件商品原价15元，打八折，现价____元</w:t>
      </w:r>
    </w:p>
    <w:p>
      <w:r>
        <w:t>82. 36的2%是____</w:t>
      </w:r>
    </w:p>
    <w:p>
      <w:r>
        <w:t>83. 比90多8%的数是____</w:t>
      </w:r>
    </w:p>
    <w:p>
      <w:r>
        <w:t>84. 8% = ____（写成分数，约分到最简）</w:t>
      </w:r>
    </w:p>
    <w:p>
      <w:r>
        <w:t>85. 一件商品原价18元，打八折，现价____元</w:t>
      </w:r>
    </w:p>
    <w:p>
      <w:r>
        <w:t>86. 57的2%是____</w:t>
      </w:r>
    </w:p>
    <w:p>
      <w:r>
        <w:t>87. 比12多2%的数是____</w:t>
      </w:r>
    </w:p>
    <w:p>
      <w:r>
        <w:t>88. 2% = ____（写成分数，约分到最简）</w:t>
      </w:r>
    </w:p>
    <w:p>
      <w:r>
        <w:t>89. 一件商品原价53元，打八折，现价____元</w:t>
      </w:r>
    </w:p>
    <w:p>
      <w:r>
        <w:t>90. 30的3%是____</w:t>
      </w:r>
    </w:p>
    <w:p>
      <w:r>
        <w:t>91. 比38多9%的数是____</w:t>
      </w:r>
    </w:p>
    <w:p>
      <w:r>
        <w:t>92. 3% = ____（写成分数，约分到最简）</w:t>
      </w:r>
    </w:p>
    <w:p>
      <w:r>
        <w:t>93. 一件商品原价43元，打八折，现价____元</w:t>
      </w:r>
    </w:p>
    <w:p>
      <w:r>
        <w:t>94. 26的8%是____</w:t>
      </w:r>
    </w:p>
    <w:p>
      <w:r>
        <w:t>95. 比91多8%的数是____</w:t>
      </w:r>
    </w:p>
    <w:p>
      <w:r>
        <w:t>96. 8% = ____（写成分数，约分到最简）</w:t>
      </w:r>
    </w:p>
    <w:p>
      <w:r>
        <w:t>97. 一件商品原价73元，打八折，现价____元</w:t>
      </w:r>
    </w:p>
    <w:p>
      <w:r>
        <w:t>98. 79的3%是____</w:t>
      </w:r>
    </w:p>
    <w:p>
      <w:r>
        <w:t>99. 比95多9%的数是____</w:t>
      </w:r>
    </w:p>
    <w:p>
      <w:r>
        <w:t>100. 4% = ____（写成分数，约分到最简）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