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初中英语期中复习：七年级上册重点句型与语法清单</w:t>
      </w:r>
    </w:p>
    <w:p>
      <w:r>
        <w:t>七年级英语期中考试，句型转换和语法填空最容易丢分！小编整理了七年级上册重点句型与语法清单，按单元归纳。</w:t>
      </w:r>
    </w:p>
    <w:p>
      <w:r>
        <w:t>亮点：①每单元重点句型；②一般现在时专题；③易错题10道。网页是预览版，下载Word完整版可打印。? 免费下载Word完整版（可直接打印编辑）</w:t>
      </w:r>
    </w:p>
    <w:p>
      <w:pPr>
        <w:pStyle w:val="Heading1"/>
      </w:pPr>
      <w:r>
        <w:t>重点句型清单</w:t>
      </w:r>
    </w:p>
    <w:p>
      <w:r>
        <w:t>Unit1: What's your name? / Nice to meet you!</w:t>
      </w:r>
    </w:p>
    <w:p>
      <w:r>
        <w:t>Unit2: Is this your pencil? Yes, it is.</w:t>
      </w:r>
    </w:p>
    <w:p>
      <w:r>
        <w:t>Unit3: Where is my schoolbag? It's under the desk.</w:t>
      </w:r>
    </w:p>
    <w:p>
      <w:r>
        <w:t>一般现在时：主语+动词原形/第三人称单数+s/es，否定用don't/doesn't，疑问用Do/Does。</w:t>
      </w:r>
    </w:p>
    <w:p>
      <w:r>
        <w:t>易错题和完整解析见Word版。?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