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初中七年级英语期中复习资料（单元词汇+语法+句型）</w:t>
      </w:r>
    </w:p>
    <w:p>
      <w:r>
        <w:t>七年级英语期中考试就要来了！小编整理了人教新目标版七年级上册期中复习资料，覆盖Starter Unit到Unit 4的词汇、语法和重点句型。</w:t>
      </w:r>
    </w:p>
    <w:p>
      <w:r>
        <w:t>这份资料好在哪？①单元核心词汇英汉对照；②be动词、指示代词、物主代词等期中必考语法点全解析；③重点句型配例句；④附50道语法专项练习题。网页是预览版，下载Word完整版才是完整资料+练习答案。? 免费下载Word完整版（可直接打印编辑）</w:t>
      </w:r>
    </w:p>
    <w:p>
      <w:pPr>
        <w:pStyle w:val="Heading1"/>
      </w:pPr>
      <w:r>
        <w:t>一、核心语法点</w:t>
      </w:r>
    </w:p>
    <w:p>
      <w:r>
        <w:t>1. be动词用法：I am / You are / He-She-It is；口诀“我用am，你用are，is用于他她它，复数全用are”</w:t>
      </w:r>
    </w:p>
    <w:p>
      <w:r>
        <w:t>2. 指示代词：this（近指单数）、that（远指单数）、these（近指复数）、those（远指复数）</w:t>
      </w:r>
    </w:p>
    <w:p>
      <w:r>
        <w:t>3. 物主代词：my、your、his、her、its、our、their；名词性物主代词：mine、yours、his、hers、its、ours、theirs</w:t>
      </w:r>
    </w:p>
    <w:p>
      <w:r>
        <w:t>4. 特殊疑问词：what（什么）、where（哪里）、who（谁）、how（怎样）</w:t>
      </w:r>
    </w:p>
    <w:p>
      <w:pPr>
        <w:pStyle w:val="Heading1"/>
      </w:pPr>
      <w:r>
        <w:t>二、重点句型</w:t>
      </w:r>
    </w:p>
    <w:p>
      <w:r>
        <w:t>1. What's this in English? — It's a book.</w:t>
      </w:r>
    </w:p>
    <w:p>
      <w:r>
        <w:t>2. Where is my schoolbag? — It's under the table.</w:t>
      </w:r>
    </w:p>
    <w:p>
      <w:r>
        <w:t>3. How are you? — I'm fine, thank you.</w:t>
      </w:r>
    </w:p>
    <w:p>
      <w:r>
        <w:t>4. What color is it? — It's red.</w:t>
      </w:r>
    </w:p>
    <w:p>
      <w:r>
        <w:t>完整单元词汇表和专项练习题见Word版。? 使用建议：先过一遍词汇，再背重点句型，最后做专项练习；错题要回到课文找原句。?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