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初中七年级数学期中复习知识点总结（人教版上册）</w:t>
      </w:r>
    </w:p>
    <w:p>
      <w:r>
        <w:t>期中考试要来了！小编把七年级数学（人教版上册）期中必考知识点全部整理成这份复习清单，覆盖：有理数、整式的加减、一元一次方程、几何图形初步四大章。</w:t>
      </w:r>
    </w:p>
    <w:p>
      <w:r>
        <w:t>这份资料好在哪？①按章节梳理每个必考点，配典型例题；②标注了高频易错点（正负号、去括号、移项变号等）；③期末复习同样能用。网页是预览版，下载Word完整版才是完整知识点+例题解析。? 免费下载Word完整版（可直接打印编辑）</w:t>
      </w:r>
    </w:p>
    <w:p>
      <w:pPr>
        <w:pStyle w:val="Heading1"/>
      </w:pPr>
      <w:r>
        <w:t>第一章 有理数 核心考点</w:t>
      </w:r>
    </w:p>
    <w:p>
      <w:r>
        <w:t>1. 正数和负数：0既不是正数也不是负数</w:t>
      </w:r>
    </w:p>
    <w:p>
      <w:r>
        <w:t>2. 相反数：互为相反数的两数之和为0</w:t>
      </w:r>
    </w:p>
    <w:p>
      <w:r>
        <w:t>3. 绝对值：|a|≥0，正数的绝对值是它本身，负数的绝对值是它的相反数</w:t>
      </w:r>
    </w:p>
    <w:p>
      <w:r>
        <w:t>4. 有理数运算：先乘除后加减，有括号先算括号</w:t>
      </w:r>
    </w:p>
    <w:p>
      <w:r>
        <w:t>⚠️易错点：异号两数相加取绝对值较大的符号，如-5+3=-2。</w:t>
      </w:r>
    </w:p>
    <w:p>
      <w:pPr>
        <w:pStyle w:val="Heading1"/>
      </w:pPr>
      <w:r>
        <w:t>第二章 整式的加减</w:t>
      </w:r>
    </w:p>
    <w:p>
      <w:r>
        <w:t>1. 单项式、多项式、整式的定义</w:t>
      </w:r>
    </w:p>
    <w:p>
      <w:r>
        <w:t>2. 合并同类项：字母和指数不变，系数相加</w:t>
      </w:r>
    </w:p>
    <w:p>
      <w:r>
        <w:t>3. 去括号：括号前是负号，括号内各项都要变号</w:t>
      </w:r>
    </w:p>
    <w:p>
      <w:r>
        <w:t>⚠️易错点：2(3a-b)=6a-2b，别漏乘。</w:t>
      </w:r>
    </w:p>
    <w:p>
      <w:pPr>
        <w:pStyle w:val="Heading1"/>
      </w:pPr>
      <w:r>
        <w:t>第三章 一元一次方程</w:t>
      </w:r>
    </w:p>
    <w:p>
      <w:r>
        <w:t>1. 方程的解、等式的性质</w:t>
      </w:r>
    </w:p>
    <w:p>
      <w:r>
        <w:t>2. 移项要变号！这是最常丢分的点</w:t>
      </w:r>
    </w:p>
    <w:p>
      <w:r>
        <w:t>3. 去分母：两边同时乘以各分母的最小公倍数</w:t>
      </w:r>
    </w:p>
    <w:p>
      <w:r>
        <w:t>⚠️易错点：去分母时整数项也要乘，如 x/2+1=3 应变为 x+2=6。</w:t>
      </w:r>
    </w:p>
    <w:p>
      <w:pPr>
        <w:pStyle w:val="Heading1"/>
      </w:pPr>
      <w:r>
        <w:t>第四章 几何图形初步</w:t>
      </w:r>
    </w:p>
    <w:p>
      <w:r>
        <w:t>1. 直线、射线、线段的区别</w:t>
      </w:r>
    </w:p>
    <w:p>
      <w:r>
        <w:t>2. 角的度量与比较，余角补角</w:t>
      </w:r>
    </w:p>
    <w:p>
      <w:r>
        <w:t>3. 线段中点、角平分线的计算</w:t>
      </w:r>
    </w:p>
    <w:p>
      <w:r>
        <w:t>典型例题与完整解析见Word版。?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