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初中八年级数学下册知识点汇总（含典型例题）</w:t>
      </w:r>
    </w:p>
    <w:p>
      <w:r>
        <w:t>八年级数学是初中数学的“分水岭”！小编把八年级数学下册的核心知识点全部整理成这份资料，覆盖二次根式、勾股定理、平行四边形、一次函数、数据的分析五大章。</w:t>
      </w:r>
    </w:p>
    <w:p>
      <w:r>
        <w:t>亮点：①每个知识点配典型例题和解题思路；②勾股定理、一次函数是考试压轴高频考点，重点强化；③公式定理总结成表，方便考前速记。网页是预览版，下载Word完整版才是完整知识点+例题解析。? 免费下载Word完整版（可直接打印编辑）</w:t>
      </w:r>
    </w:p>
    <w:p>
      <w:pPr>
        <w:pStyle w:val="Heading1"/>
      </w:pPr>
      <w:r>
        <w:t>一、二次根式</w:t>
      </w:r>
    </w:p>
    <w:p>
      <w:r>
        <w:t>1. 二次根式定义：形如√a（a≥0）的式子</w:t>
      </w:r>
    </w:p>
    <w:p>
      <w:r>
        <w:t>2. 性质：(√a)²=a（a≥0）；√(a²)=|a|</w:t>
      </w:r>
    </w:p>
    <w:p>
      <w:r>
        <w:t>3. 最简二次根式：被开方数不含分母、不含能开得尽方的因数</w:t>
      </w:r>
    </w:p>
    <w:p>
      <w:r>
        <w:t>4. 加减法则：同类二次根式合并；乘除法则：√a·√b=√(ab)，√a÷√b=√(a/b)</w:t>
      </w:r>
    </w:p>
    <w:p>
      <w:pPr>
        <w:pStyle w:val="Heading1"/>
      </w:pPr>
      <w:r>
        <w:t>二、勾股定理</w:t>
      </w:r>
    </w:p>
    <w:p>
      <w:r>
        <w:t>1. 定理：直角三角形两直角边a、b的平方和等于斜边c的平方，a²+b²=c²</w:t>
      </w:r>
    </w:p>
    <w:p>
      <w:r>
        <w:t>2. 逆定理：若a²+b²=c²，则三角形是直角三角形</w:t>
      </w:r>
    </w:p>
    <w:p>
      <w:r>
        <w:t>3. 常用勾股数：3、4、5；6、8、10；5、12、13；8、15、17</w:t>
      </w:r>
    </w:p>
    <w:p>
      <w:r>
        <w:t>典型例题：直角三角形两直角边分别为6和8，求斜边及斜边上的高。</w:t>
      </w:r>
    </w:p>
    <w:p>
      <w:r>
        <w:t>解析：斜边c=√(6²+8²)=10；斜边上的高h=6×8÷10=4.8。</w:t>
      </w:r>
    </w:p>
    <w:p>
      <w:pPr>
        <w:pStyle w:val="Heading1"/>
      </w:pPr>
      <w:r>
        <w:t>三、平行四边形与一次函数</w:t>
      </w:r>
    </w:p>
    <w:p>
      <w:r>
        <w:t>平行四边形性质：对边平行且相等、对角相等、对角线互相平分。</w:t>
      </w:r>
    </w:p>
    <w:p>
      <w:r>
        <w:t>一次函数：y=kx+b（k≠0），k决定增减性（k&gt;0递增，k&lt;0递减），b是与y轴交点。</w:t>
      </w:r>
    </w:p>
    <w:p>
      <w:r>
        <w:t>完整例题解析见Word版。?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