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初中八年级物理期中复习知识点大全（含典型例题）</w:t>
      </w:r>
    </w:p>
    <w:p>
      <w:r>
        <w:t>期中考试马上到了！小编把八年级物理（人教版上册）期中必考知识点全部整理成这份复习资料，覆盖：机械运动、声现象、物态变化、光现象四大章。</w:t>
      </w:r>
    </w:p>
    <w:p>
      <w:r>
        <w:t>这份资料好在哪？①按章节梳理每个必考点，配典型例题和答案；②标注了高频易错点（单位换算、实验结论表述等）；③期末复习同样能用。网页是预览版，下载Word完整版才是完整知识点+例题解析。? 免费下载Word完整版（可直接打印编辑）</w:t>
      </w:r>
    </w:p>
    <w:p>
      <w:pPr>
        <w:pStyle w:val="Heading1"/>
      </w:pPr>
      <w:r>
        <w:t>第一章 机械运动</w:t>
      </w:r>
    </w:p>
    <w:p>
      <w:r>
        <w:t>1. 长度单位换算：1m=10dm=100cm=1000mm，1km=1000m</w:t>
      </w:r>
    </w:p>
    <w:p>
      <w:r>
        <w:t>2. 速度公式：v=s/t，单位m/s或km/h，1m/s=3.6km/h</w:t>
      </w:r>
    </w:p>
    <w:p>
      <w:r>
        <w:t>3. 参照物：判断运动与静止必须选定参照物</w:t>
      </w:r>
    </w:p>
    <w:p>
      <w:r>
        <w:t>⚠️易错点：平均速度不是速度的平均值，总路程÷总时间。</w:t>
      </w:r>
    </w:p>
    <w:p>
      <w:pPr>
        <w:pStyle w:val="Heading1"/>
      </w:pPr>
      <w:r>
        <w:t>第二章 声现象</w:t>
      </w:r>
    </w:p>
    <w:p>
      <w:r>
        <w:t>1. 声音由物体振动产生，传播需要介质（真空不能传声）</w:t>
      </w:r>
    </w:p>
    <w:p>
      <w:r>
        <w:t>2. 声音三个特征：音调（频率）、响度（振幅）、音色（发声体）</w:t>
      </w:r>
    </w:p>
    <w:p>
      <w:r>
        <w:t>3. 回声测距：s=vt/2</w:t>
      </w:r>
    </w:p>
    <w:p>
      <w:r>
        <w:t>⚠️易错点：超声波与次声波都是声音，不是电磁波。</w:t>
      </w:r>
    </w:p>
    <w:p>
      <w:pPr>
        <w:pStyle w:val="Heading1"/>
      </w:pPr>
      <w:r>
        <w:t>第三章 物态变化</w:t>
      </w:r>
    </w:p>
    <w:p>
      <w:r>
        <w:t>1. 六种物态变化：熔化、凝固、汽化、液化、升华、凝华</w:t>
      </w:r>
    </w:p>
    <w:p>
      <w:r>
        <w:t>2. 晶体熔化条件：达到熔点+继续吸热，温度不变</w:t>
      </w:r>
    </w:p>
    <w:p>
      <w:r>
        <w:t>3. 蒸发与沸腾区别：任何温度、表面缓慢 vs 沸点、内部表面剧烈</w:t>
      </w:r>
    </w:p>
    <w:p>
      <w:r>
        <w:t>⚠️易错点：“白气”是液化的小水珠，不是水蒸气。</w:t>
      </w:r>
    </w:p>
    <w:p>
      <w:pPr>
        <w:pStyle w:val="Heading1"/>
      </w:pPr>
      <w:r>
        <w:t>第四章 光现象</w:t>
      </w:r>
    </w:p>
    <w:p>
      <w:r>
        <w:t>1. 光的直线传播：影子、小孔成像</w:t>
      </w:r>
    </w:p>
    <w:p>
      <w:r>
        <w:t>2. 光的反射定律：三线共面、法线居中、反射角=入射角</w:t>
      </w:r>
    </w:p>
    <w:p>
      <w:r>
        <w:t>3. 平面镜成像：等大、正立、虚像、物像对称</w:t>
      </w:r>
    </w:p>
    <w:p>
      <w:r>
        <w:t>典型例题与完整解析见Word版。?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