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初中九年级化学方程式汇总（上册必背50个）</w:t>
      </w:r>
    </w:p>
    <w:p>
      <w:r>
        <w:t>化学方程式是初中化学的“命根子”！小编把九年级化学上册必背的50个化学方程式全部整理出来，按反应类型分类，附配平技巧和记忆口诀。</w:t>
      </w:r>
    </w:p>
    <w:p>
      <w:r>
        <w:t>亮点：①按化合、分解、置换、复分解分类；②每个方程式标注反应现象；③附高频考点的配平方法。网页是预览版，下载Word完整版可打印背诵。? 免费下载Word完整版（可直接打印编辑）</w:t>
      </w:r>
    </w:p>
    <w:p>
      <w:pPr>
        <w:pStyle w:val="Heading1"/>
      </w:pPr>
      <w:r>
        <w:t>一、化合反应</w:t>
      </w:r>
    </w:p>
    <w:p>
      <w:r>
        <w:t>1. 碳完全燃烧：C+O₂点燃CO₂（发白光，生成使石灰水变浑浊的气体）</w:t>
      </w:r>
    </w:p>
    <w:p>
      <w:r>
        <w:t>2. 硫燃烧：S+O₂点燃SO₂（蓝紫色火焰，有刺激性气味）</w:t>
      </w:r>
    </w:p>
    <w:p>
      <w:r>
        <w:t>3. 磷燃烧：4P+5O₂点燃2P₂O₅（产生大量白烟）</w:t>
      </w:r>
    </w:p>
    <w:p>
      <w:r>
        <w:t>4. 氢气燃烧：2H₂+O₂点燃2H₂O（淡蓝色火焰，只生成水）</w:t>
      </w:r>
    </w:p>
    <w:p>
      <w:r>
        <w:t>……</w:t>
      </w:r>
    </w:p>
    <w:p>
      <w:pPr>
        <w:pStyle w:val="Heading1"/>
      </w:pPr>
      <w:r>
        <w:t>二、分解反应</w:t>
      </w:r>
    </w:p>
    <w:p>
      <w:r>
        <w:t>1. 过氧化氢制氧气：2H₂O₂=MnO₂=2H₂O+O₂↑</w:t>
      </w:r>
    </w:p>
    <w:p>
      <w:r>
        <w:t>2. 氯酸钾制氧气：2KClO₃=MnO₂加热=2KCl+3O₂↑</w:t>
      </w:r>
    </w:p>
    <w:p>
      <w:r>
        <w:t>3. 高锰酸钾制氧气：2KMnO₄加热K₂MnO₄+MnO₂+O₂↑</w:t>
      </w:r>
    </w:p>
    <w:p>
      <w:r>
        <w:t>……</w:t>
      </w:r>
    </w:p>
    <w:p>
      <w:pPr>
        <w:pStyle w:val="Heading1"/>
      </w:pPr>
      <w:r>
        <w:t>三、置换反应</w:t>
      </w:r>
    </w:p>
    <w:p>
      <w:r>
        <w:t>1. 锌与稀硫酸：Zn+H₂SO₄=ZnSO₄+H₂↑（产生气泡）</w:t>
      </w:r>
    </w:p>
    <w:p>
      <w:r>
        <w:t>2. 铁与硫酸铜：Fe+CuSO₄=FeSO₄+Cu（铁表面有红色物质）</w:t>
      </w:r>
    </w:p>
    <w:p>
      <w:r>
        <w:t>3. 镁与盐酸：Mg+2HCl=MgCl₂+H₂↑</w:t>
      </w:r>
    </w:p>
    <w:p>
      <w:r>
        <w:t>……</w:t>
      </w:r>
    </w:p>
    <w:p>
      <w:pPr>
        <w:pStyle w:val="Heading1"/>
      </w:pPr>
      <w:r>
        <w:t>四、复分解反应与检验</w:t>
      </w:r>
    </w:p>
    <w:p>
      <w:r>
        <w:t>1. 盐酸与氢氧化钠：HCl+NaOH=NaCl+H₂O</w:t>
      </w:r>
    </w:p>
    <w:p>
      <w:r>
        <w:t>2. 检验二氧化碳：CO₂+Ca(OH)₂=CaCO₃↓+H₂O</w:t>
      </w:r>
    </w:p>
    <w:p>
      <w:r>
        <w:t>3. 碳酸钠与盐酸：Na₂CO₃+2HCl=2NaCl+H₂O+CO₂↑</w:t>
      </w:r>
    </w:p>
    <w:p>
      <w:r>
        <w:t>完整50个方程式+记忆口诀见Word版。?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