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国庆节主题演讲稿范文：爱国主题演讲（学生版）</w:t>
      </w:r>
    </w:p>
    <w:p>
      <w:r>
        <w:t>国庆节学校要办演讲比赛？小编整理了国庆主题演讲稿范文，学生版、通用版都有，激情又有文采。</w:t>
      </w:r>
    </w:p>
    <w:p>
      <w:r>
        <w:t>亮点：①结构完整；②金句丰富；③适合朗诵的语气节奏。网页是预览版，下载Word完整版可修改。? 免费下载Word完整版（可直接打印编辑）</w:t>
      </w:r>
    </w:p>
    <w:p>
      <w:pPr>
        <w:pStyle w:val="Heading1"/>
      </w:pPr>
      <w:r>
        <w:t>国庆演讲稿（范文）</w:t>
      </w:r>
    </w:p>
    <w:p>
      <w:r>
        <w:t>尊敬的老师、亲爱的同学们：</w:t>
      </w:r>
    </w:p>
    <w:p>
      <w:r>
        <w:t>大家好！今天我演讲的题目是《____》。</w:t>
      </w:r>
    </w:p>
    <w:p>
      <w:r>
        <w:t>十月一日，是祖国的生日。每当国旗升起、国歌奏响，我的心中就充满了骄傲与自豪……</w:t>
      </w:r>
    </w:p>
    <w:p>
      <w:r>
        <w:t>从历史中走来，我们的祖国经历了多少风雨……今天，中国站在了世界舞台的中央……</w:t>
      </w:r>
    </w:p>
    <w:p>
      <w:r>
        <w:t>作为新时代的青年（少年），我们要把个人理想融入国家发展，努力学习、奋发向上……</w:t>
      </w:r>
    </w:p>
    <w:p>
      <w:r>
        <w:t>让我们共同祝愿伟大的祖国繁荣昌盛！谢谢大家！完整版见Word。?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