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合伙经营协议范本（两人以上合伙通用）</w:t>
      </w:r>
    </w:p>
    <w:p>
      <w:r>
        <w:t>合伙经营协议</w:t>
      </w:r>
    </w:p>
    <w:p>
      <w:r>
        <w:t>合伙人甲：__ 身份证号：__ 合伙人乙：__ 身份证号：__ 合伙人丙：__ 身份证号：__</w:t>
      </w:r>
    </w:p>
    <w:p>
      <w:r>
        <w:t>本着平等自愿、互惠互利、诚实信用的原则，经全体合伙人协商一致，就合伙经营事宜达成如下协议：</w:t>
      </w:r>
    </w:p>
    <w:p>
      <w:r>
        <w:t>第一条 合伙宗旨：共同投资、共同经营、共担风险、共享收益。</w:t>
      </w:r>
    </w:p>
    <w:p>
      <w:r>
        <w:t>第二条 合伙名称和经营场所：合伙字号为__，经营场所位于__，经营范围：__。</w:t>
      </w:r>
    </w:p>
    <w:p>
      <w:r>
        <w:t>第三条 出资方式与数额：合伙人甲出资人民币__元（占比__%）；合伙人乙出资人民币__元（占比__%）；合伙人丙出资人民币__元（占比__%）。出资方式为__（货币/实物/知识产权），各方应于__年__月__日前缴足。</w:t>
      </w:r>
    </w:p>
    <w:p>
      <w:r>
        <w:t>第四条 利润分配与亏损分担：合伙利润按出资比例分配；合伙亏损由各合伙人按出资比例分担。</w:t>
      </w:r>
    </w:p>
    <w:p>
      <w:r>
        <w:t>第五条 事务执行：全体合伙人共同执行合伙事务，日常经营事项由__负责；重大事项（超过__元支出、对外担保、变更经营范围等）须经全体合伙人一致同意。</w:t>
      </w:r>
    </w:p>
    <w:p>
      <w:r>
        <w:t>第六条 财务与账目：合伙账目应公开透明，每月__日前进行财务核算，各合伙人有权查阅账目。</w:t>
      </w:r>
    </w:p>
    <w:p>
      <w:r>
        <w:t>第七条 入伙与退伙：新合伙人入伙须经全体合伙人同意并签订补充协议；合伙人退伙应提前__日书面通知，退伙时按协议结算财产份额。</w:t>
      </w:r>
    </w:p>
    <w:p>
      <w:r>
        <w:t>第八条 解散与清算：合伙期限届满或全体合伙人同意解散的，进行清算，清算后剩余财产按出资比例分配。</w:t>
      </w:r>
    </w:p>
    <w:p>
      <w:r>
        <w:t>第九条 违约责任：合伙人违反协议约定给合伙造成损失的，应承担赔偿责任。</w:t>
      </w:r>
    </w:p>
    <w:p>
      <w:r>
        <w:t>第十条 争议解决：协商不成，向合伙经营场所所在地人民法院起诉。本协议一式__份，各合伙人各执一份，签字（盖章）后生效。合伙人签字：__ 日期：__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