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参观红色教育基地心得体会范文（可修改使用）</w:t>
      </w:r>
    </w:p>
    <w:p>
      <w:r>
        <w:t>参观红色教育基地心得体会范文（可修改使用）</w:t>
      </w:r>
    </w:p>
    <w:p>
      <w:r>
        <w:t>近日，单位组织我们参观了XX红色教育基地。沿着历史的足迹，看着一件件珍贵文物、一张张历史照片，我深受震撼、深受教育。</w:t>
      </w:r>
    </w:p>
    <w:p>
      <w:r>
        <w:t>在XX纪念馆，我看到了…（具体展品或场景），仿佛回到了那段峥嵘岁月。革命先辈们坚定的理想信念、无私的奉献精神，让我肃然起敬。</w:t>
      </w:r>
    </w:p>
    <w:p>
      <w:r>
        <w:t>通过这次参观，我深刻认识到今天的幸福生活来之不易，是无数革命先烈用鲜血和生命换来的。作为一名新时代的…（职业身份），我要传承红色基因，赓续红色血脉。</w:t>
      </w:r>
    </w:p>
    <w:p>
      <w:r>
        <w:t>结合本职工作，我将做到：一是坚定理想信念，听党话、跟党走；二是立足岗位，扎实工作，把爱国之情转化为报国之行；三是严于律己，清白做人，干净做事。</w:t>
      </w:r>
    </w:p>
    <w:p>
      <w:r>
        <w:t>这次参观让我接受了一次深刻的思想洗礼。在今后的工作和生活中，我将以革命先辈为榜样，不忘初心、牢记使命，在平凡岗位上做出不平凡的贡献。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