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会议总结讲话稿范文（领导通用版）</w:t>
      </w:r>
    </w:p>
    <w:p>
      <w:r>
        <w:t>会议总结讲话稿范文（领导通用版）</w:t>
      </w:r>
    </w:p>
    <w:p>
      <w:r>
        <w:t>同志们：今天的会议开得很好，大家畅所欲言，讲了很多真话、实话、有见地的话。下面，我讲几点意见：</w:t>
      </w:r>
    </w:p>
    <w:p>
      <w:r>
        <w:t>一、关于会议的总体评价：本次会议主题明确、准备充分、讨论深入，达到了统一思想、明确方向、凝聚力量的目的。</w:t>
      </w:r>
    </w:p>
    <w:p>
      <w:r>
        <w:t>二、关于会议讨论的几个重点问题：（一）关于XX问题，大家形成了一致意见，就是要…；（二）关于XX问题，大家提出了很多好建议，比如…；（三）关于XX问题，还需要进一步研究，下步将…。</w:t>
      </w:r>
    </w:p>
    <w:p>
      <w:r>
        <w:t>三、关于下一步工作要求：（一）要提高认识，把思想统一到会议的决策部署上来；（二）要狠抓落实，明确责任分工和时间节点；（三）要加强督导，确保各项任务落地见效。</w:t>
      </w:r>
    </w:p>
    <w:p>
      <w:r>
        <w:t>四、最后强调：一分部署，九分落实。希望大家以这次会议为契机，以更加饱满的热情、更加务实的作风，把各项工作抓紧抓实抓出成效。今天的会议就开到这里，散会！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