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会议记录与纪要写作模板（含范例）</w:t>
      </w:r>
    </w:p>
    <w:p>
      <w:r>
        <w:t>会议记录与纪要写作模板</w:t>
      </w:r>
    </w:p>
    <w:p>
      <w:r>
        <w:t>一、会议记录与纪要的区别：会议记录是"过程实录"（详细记录发言），会议纪要是"结果提炼"（归纳结论和决定）。记录是纪要的基础，纪要是执行的依据。</w:t>
      </w:r>
    </w:p>
    <w:p>
      <w:r>
        <w:t>二、会议记录格式：会议名称、时间（___年___月___日___时）、地点、主持人、记录人、出席人员、列席人员、议题、发言内容（按人记录或按议题记录）、决议事项、散会时间。</w:t>
      </w:r>
    </w:p>
    <w:p>
      <w:r>
        <w:t>三、会议纪要格式：标题（单位名称+会议名称+纪要）、时间地点、参会人员、会议内容（一、二、三分条列项）、会议决议（明确责任人、完成时限）、分发范围。</w:t>
      </w:r>
    </w:p>
    <w:p>
      <w:r>
        <w:t>四、会议纪要写法要点：1.以"会议认为""会议指出""会议强调""会议决定"规范用语开头；2.决议事项必须明确：做什么、谁负责、什么时候完成；3.只记结果不记过程争论；4.语言简洁、表述准确。</w:t>
      </w:r>
    </w:p>
    <w:p>
      <w:r>
        <w:t>五、范例（会议纪要）：XX公司市场部2026年10月例会纪要。时间：2026年10月7日9:00；地点：三楼会议室；主持人：张经理；参会人员：市场部全体。会议内容：一、会议听取了上月销售情况汇报，9月销售额___万元，环比增长___%。二、会议指出，当前新品推广进度略滞后于计划，需加快渠道铺货。三、会议决定：1.由___负责对接电商平台，10月15日前完成上架；2.由___负责线下门店培训，10月20日前完成；3.下月例会检查各项任务完成情况。</w:t>
      </w:r>
    </w:p>
    <w:p>
      <w:r>
        <w:t>六、注意事项：1.记录要客观（不添油加醋）；2.人名职务要准确；3.决议要核对（会后请主持人确认）；4.纪要要及时（会后24小时内发出）；5.存档保管（重要会议记录归档）。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