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会议纪要格式规范与范文：怎么写好会议纪要</w:t>
      </w:r>
    </w:p>
    <w:p>
      <w:r>
        <w:t>开会容易，写纪要难！小编整理了会议纪要格式规范与范文，把结构、写法、常见错误讲清楚。</w:t>
      </w:r>
    </w:p>
    <w:p>
      <w:r>
        <w:t>亮点：①纪要五要素；②三种纪要写法；③常见错误提醒。网页是预览版，下载Word完整版含模板。? 免费下载Word完整版（可直接打印编辑）</w:t>
      </w:r>
    </w:p>
    <w:p>
      <w:pPr>
        <w:pStyle w:val="Heading1"/>
      </w:pPr>
      <w:r>
        <w:t>会议纪要结构</w:t>
      </w:r>
    </w:p>
    <w:p>
      <w:r>
        <w:t>一、会议基本信息：时间、地点、主持人、参会人、记录人</w:t>
      </w:r>
    </w:p>
    <w:p>
      <w:r>
        <w:t>二、会议议题</w:t>
      </w:r>
    </w:p>
    <w:p>
      <w:r>
        <w:t>三、会议内容（逐议题：讨论要点+结论）</w:t>
      </w:r>
    </w:p>
    <w:p>
      <w:r>
        <w:t>四、议定事项（谁、做什么、何时完成）</w:t>
      </w:r>
    </w:p>
    <w:p>
      <w:r>
        <w:t>五、其他事项</w:t>
      </w:r>
    </w:p>
    <w:p>
      <w:r>
        <w:t>⚠️要点：纪要不是录音，要提炼结论；议定事项必须明确责任人和时间。完整模板见Word版。?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