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会议纪要格式与范文：怎么写一份规范的会议纪要（完整版）</w:t>
      </w:r>
    </w:p>
    <w:p>
      <w:r>
        <w:t>会议纪要是单位日常公文中使用频率很高的文种，怎么写才规范？这份《会议纪要格式与范文》包含纪要格式要求、完整范文、写作要点三部分，Word完整版免费下载，直接套用格式即可！</w:t>
      </w:r>
    </w:p>
    <w:p>
      <w:r>
        <w:t>一、会议纪要的基本构成。1.标题：一般由会议名称加纪要二字组成，如《关于召开第三季度工作例会的纪要》；2.时间：标注会议召开的具体时间；3.地点：注明会议地点；4.主持人：写明会议主持人姓名及职务；5.参加人员：按实到人员名单列明，缺席人员注明；6.会议内容：分条列项记录议定事项，一般用'会议听取了''会议研究了''会议决定'等表述；7.落款：整理人、审核人署名及日期。</w:t>
      </w:r>
    </w:p>
    <w:p>
      <w:r>
        <w:t>二、会议纪要范文。某公司2026年第三季度工作例会纪要：时间：2026年10月9日上午9:00；地点：公司三楼会议室；主持人：王总经理；参加人员：各部门负责人。会议内容：1.听取各部门三季度工作汇报；2.研究部署四季度重点工作：市场部重点推进新产品推广方案，生产部保障四季度产能，财务部做好年度预算编制准备；3.会议决定：成立专项工作组，由市场部牵头、相关部门配合，于10月底前完成年度营销计划编制；4.会议要求：各部门于10月15日前提交四季度工作细化方案。</w:t>
      </w:r>
    </w:p>
    <w:p>
      <w:r>
        <w:t>三、写作要点。1.纪实性：真实记录会议情况，不得虚构或夸大；2.概括性：不是录音整理，要提炼会议核心内容，去掉无关讨论；3.条理性：按议题分类整理，条理清晰；4.及时性：会后及时整理印发，一般不超过3个工作日；5.准确性：人名、数字、决议内容务必准确无误，重要决议须与参会人员确认。</w:t>
      </w:r>
    </w:p>
    <w:p>
      <w:r>
        <w:t>四、常见错误。1.把纪要写成流水账；2.遗漏重要决议事项；3.领导讲话记录不全、断章取义；4.格式要素缺失；5.印发前未经领导审核签发。写会议纪要记住十六个字：如实记录、提炼要点、条理清晰、及时印发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