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会议纪要怎么写？格式模板与写作要点（附示例）</w:t>
      </w:r>
    </w:p>
    <w:p>
      <w:r>
        <w:t>会议纪要怎么写？格式模板与写作要点（附示例）</w:t>
      </w:r>
    </w:p>
    <w:p>
      <w:r>
        <w:t>一、会议纪要适用于记载会议主要情况和议定事项，是传达会议精神、推动工作落实的重要公文。</w:t>
      </w:r>
    </w:p>
    <w:p>
      <w:r>
        <w:t>二、会议纪要格式：标题（XX会议纪要）、会议时间/地点/主持/参会人员、会议内容、议定事项、落款。</w:t>
      </w:r>
    </w:p>
    <w:p>
      <w:r>
        <w:t>三、写作要点：①记“议定事项”不记“发言过程”；②按议题归类整理；③语言客观准确，不加主观评价；④突出“决议”“决定”“要求”。</w:t>
      </w:r>
    </w:p>
    <w:p>
      <w:r>
        <w:t>四、示例：XX部门2026年10月工作例会纪要：会议时间：2026年10月6日9:00-10:30；会议地点：三楼会议室；主持人：张主任；参会人员：部门全体人员。会议内容：一、各部门汇报上周工作进展；二、讨论XX项目推进问题。议定事项：一、XX项目10月20日前完成中期交付，由李工负责；二、本周五前完成XX制度修订意见征集；三、下周一9:00召开项目专题会。</w:t>
      </w:r>
    </w:p>
    <w:p>
      <w:r>
        <w:t>五、注意事项：纪要要经主持人审签后印发；重要的数据、时间、责任人要核实准确；会后24小时内完成纪要并及时发送。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