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婚前财产协议（通用版）</w:t>
      </w:r>
    </w:p>
    <w:p>
      <w:r>
        <w:t>合同编号：＿＿＿＿＿＿＿＿＿＿</w:t>
      </w:r>
    </w:p>
    <w:p>
      <w:r>
        <w:t>甲方（姓名/名称）：＿＿＿＿＿＿＿＿＿＿　身份证号/统一社会信用代码：＿＿＿＿＿＿＿＿＿＿</w:t>
      </w:r>
    </w:p>
    <w:p>
      <w:r>
        <w:t>乙方（姓名/名称）：＿＿＿＿＿＿＿＿＿＿　身份证号/统一社会信用代码：＿＿＿＿＿＿＿＿＿＿</w:t>
      </w:r>
    </w:p>
    <w:p>
      <w:r>
        <w:t>签订地点：＿＿＿＿＿＿＿＿＿＿　签订日期：＿＿＿＿年＿＿月＿＿日</w:t>
      </w:r>
    </w:p>
    <w:p/>
    <w:p>
      <w:pPr>
        <w:pStyle w:val="Heading2"/>
      </w:pPr>
      <w:r>
        <w:t>第一条 协议目的</w:t>
      </w:r>
    </w:p>
    <w:p>
      <w:r>
        <w:t>1.1 甲乙双方拟于＿＿＿＿年＿＿月＿＿日登记结婚。为明确婚前及婚后财产归属，双方本着平等自愿原则订立本协议。</w:t>
      </w:r>
    </w:p>
    <w:p/>
    <w:p>
      <w:pPr>
        <w:pStyle w:val="Heading2"/>
      </w:pPr>
      <w:r>
        <w:t>第二条 婚前财产</w:t>
      </w:r>
    </w:p>
    <w:p>
      <w:r>
        <w:t>2.1 甲方婚前财产包括：房产（坐落：＿＿＿＿，产权证号：＿＿＿＿）、存款人民币＿＿元、车辆（车牌号：＿＿＿＿）、其他：＿＿＿＿。上述财产归甲方个人所有。</w:t>
      </w:r>
    </w:p>
    <w:p>
      <w:r>
        <w:t>2.2 乙方婚前财产包括：房产（坐落：＿＿＿＿）、存款人民币＿＿元、车辆（车牌号：＿＿＿＿）、其他：＿＿＿＿。上述财产归乙方个人所有。</w:t>
      </w:r>
    </w:p>
    <w:p/>
    <w:p>
      <w:pPr>
        <w:pStyle w:val="Heading2"/>
      </w:pPr>
      <w:r>
        <w:t>第三条 婚后财产</w:t>
      </w:r>
    </w:p>
    <w:p>
      <w:r>
        <w:t>3.1 婚后双方劳动所得及其他合法收入为夫妻共同财产，双方共同管理、共同享有。</w:t>
      </w:r>
    </w:p>
    <w:p>
      <w:r>
        <w:t>3.2 （可选）双方约定：婚后购置的房产、车辆等重大财产按（共同共有/按份共有＿＿比例）处理。</w:t>
      </w:r>
    </w:p>
    <w:p/>
    <w:p>
      <w:pPr>
        <w:pStyle w:val="Heading2"/>
      </w:pPr>
      <w:r>
        <w:t>第四条 债务</w:t>
      </w:r>
    </w:p>
    <w:p>
      <w:r>
        <w:t>4.1 婚前各自所负债务由各自承担；婚后为家庭生活所负债务为夫妻共同债务，由双方共同偿还。</w:t>
      </w:r>
    </w:p>
    <w:p>
      <w:r>
        <w:t>4.2 一方以个人名义超出家庭日常生活需要所负的债务，不属于夫妻共同债务，由举债方个人承担。</w:t>
      </w:r>
    </w:p>
    <w:p/>
    <w:p>
      <w:pPr>
        <w:pStyle w:val="Heading2"/>
      </w:pPr>
      <w:r>
        <w:t>第五条 继承与赠与</w:t>
      </w:r>
    </w:p>
    <w:p>
      <w:r>
        <w:t>5.1 婚后一方因继承或受赠取得的财产，除遗嘱或赠与合同中明确归双方共有外，归该方个人所有。</w:t>
      </w:r>
    </w:p>
    <w:p/>
    <w:p>
      <w:pPr>
        <w:pStyle w:val="Heading2"/>
      </w:pPr>
      <w:r>
        <w:t>第六条 协议效力</w:t>
      </w:r>
    </w:p>
    <w:p>
      <w:r>
        <w:t>6.1 本协议自双方签字并经公证机关公证之日起生效（或：自双方签字之日起生效）。</w:t>
      </w:r>
    </w:p>
    <w:p>
      <w:r>
        <w:t>6.2 本协议未尽事宜，双方可另行书面补充；本协议与法律法规冲突的，以法律法规为准。</w:t>
      </w:r>
    </w:p>
    <w:p>
      <w:r>
        <w:t>6.3 本协议一式两份，甲乙双方各执一份。</w:t>
      </w:r>
    </w:p>
    <w:p/>
    <w:p>
      <w:r>
        <w:t>（以下无正文，为本合同签署页）</w:t>
      </w:r>
    </w:p>
    <w:p/>
    <w:p>
      <w:r>
        <w:t>甲方（签字/盖章）：＿＿＿＿＿＿＿＿＿＿</w:t>
      </w:r>
    </w:p>
    <w:p>
      <w:r>
        <w:t>乙方（签字/盖章）：＿＿＿＿＿＿＿＿＿＿</w:t>
      </w:r>
    </w:p>
    <w:p>
      <w:r>
        <w:t>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