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婚前财产协议模板：结婚前财产公证与约定怎么写</w:t>
      </w:r>
    </w:p>
    <w:p>
      <w:pPr>
        <w:pStyle w:val="Heading1"/>
      </w:pPr>
      <w:r>
        <w:t>婚前财产协议</w:t>
      </w:r>
    </w:p>
    <w:p>
      <w:r>
        <w:t>男方：________ 身份证号：________ 女方：________ 身份证号：________</w:t>
      </w:r>
    </w:p>
    <w:p>
      <w:r>
        <w:t>第一条 婚前财产范围：男方____（房产/存款/车辆/股权）；女方____。</w:t>
      </w:r>
    </w:p>
    <w:p>
      <w:r>
        <w:t>第二条 财产权属：婚前财产及孳息增值归各自所有。</w:t>
      </w:r>
    </w:p>
    <w:p>
      <w:r>
        <w:t>第三条 婚后财产制度：法定共同制/约定分别制。</w:t>
      </w:r>
    </w:p>
    <w:p>
      <w:r>
        <w:t>第四条 婚后所得：按____约定。</w:t>
      </w:r>
    </w:p>
    <w:p>
      <w:r>
        <w:t>第五条 债务承担：婚前各自承担，婚后按____承担。</w:t>
      </w:r>
    </w:p>
    <w:p>
      <w:r>
        <w:t>第六条 房产约定：____。</w:t>
      </w:r>
    </w:p>
    <w:p>
      <w:r>
        <w:t>第七条 生效：签字成立，登记结婚后生效。</w:t>
      </w:r>
    </w:p>
    <w:p>
      <w:r>
        <w:t>男方（签字）：____ 女方（签字）：____ ____年__月__日</w:t>
      </w:r>
    </w:p>
    <w:p>
      <w:r>
        <w:t>（Word版可直接打印填写签字）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