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婚前财产协议模板：哪些财产属于个人、怎么约定</w:t>
      </w:r>
    </w:p>
    <w:p>
      <w:r>
        <w:t>合同编号：____________</w:t>
      </w:r>
    </w:p>
    <w:p>
      <w:r>
        <w:t>甲方（姓名/名称）：______________________</w:t>
      </w:r>
    </w:p>
    <w:p>
      <w:r>
        <w:t>身份证号/统一社会信用代码：______________________</w:t>
      </w:r>
    </w:p>
    <w:p>
      <w:r>
        <w:t>乙方（姓名/名称）：______________________</w:t>
      </w:r>
    </w:p>
    <w:p>
      <w:r>
        <w:t>身份证号/统一社会信用代码：______________________</w:t>
      </w:r>
    </w:p>
    <w:p>
      <w:pPr>
        <w:pStyle w:val="Heading1"/>
      </w:pPr>
      <w:r>
        <w:t>婚前财产协议</w:t>
      </w:r>
    </w:p>
    <w:p>
      <w:r>
        <w:t>甲方：____  乙方：____</w:t>
      </w:r>
    </w:p>
    <w:p>
      <w:r>
        <w:t>第一条 婚前个人财产……</w:t>
      </w:r>
    </w:p>
    <w:p>
      <w:r>
        <w:t>第二条 婚后财产约定……</w:t>
      </w:r>
    </w:p>
    <w:p>
      <w:r>
        <w:t>第三条 债务承担……</w:t>
      </w:r>
    </w:p>
    <w:p>
      <w:r>
        <w:t>（完整条款请下载Word文档打印使用）</w:t>
      </w:r>
    </w:p>
    <w:p>
      <w:r>
        <w:t>甲方（签字/盖章）：______________________  日期：____年__月__日</w:t>
      </w:r>
    </w:p>
    <w:p>
      <w:r>
        <w:t>乙方（签字/盖章）：______________________  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