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夫妻财产约定协议</w:t>
      </w:r>
    </w:p>
    <w:p/>
    <w:p>
      <w:r>
        <w:t>男方：＿＿＿＿＿＿＿＿ 身份证号：＿＿＿＿＿＿＿＿＿＿＿＿</w:t>
      </w:r>
    </w:p>
    <w:p>
      <w:r>
        <w:t>女方：＿＿＿＿＿＿＿＿ 身份证号：＿＿＿＿＿＿＿＿＿＿＿＿</w:t>
      </w:r>
    </w:p>
    <w:p>
      <w:r>
        <w:t>双方于＿＿年＿＿月＿＿日登记结婚，现就婚姻关系存续期间财产归属自愿达成如下协议：</w:t>
      </w:r>
    </w:p>
    <w:p/>
    <w:p>
      <w:r>
        <w:t>第一条 婚前财产约定：双方婚前财产归各自所有，包括但不限于：男方名下的＿＿＿＿＿＿，女方名下的＿＿＿＿＿＿。</w:t>
      </w:r>
    </w:p>
    <w:p>
      <w:r>
        <w:t>第二条 婚后财产约定：婚后双方取得的下列财产归＿＿＿（各自/共同）所有：＿＿＿＿＿＿＿＿＿＿＿＿；其他婚后财产归夫妻共同所有。</w:t>
      </w:r>
    </w:p>
    <w:p>
      <w:r>
        <w:t>第三条 个人债务约定：双方各自名下的债务由各自承担，包括但不限于：＿＿＿＿＿＿＿＿；为家庭共同生活所负债务由双方共同承担。</w:t>
      </w:r>
    </w:p>
    <w:p>
      <w:r>
        <w:t>第四条 房屋产权约定：位于＿＿＿＿＿＿的房产（产权证号＿＿＿＿）归＿＿＿所有；如该房产尚有贷款未还清，剩余贷款由＿＿＿承担。</w:t>
      </w:r>
    </w:p>
    <w:p>
      <w:r>
        <w:t>第五条 经营收益约定：双方各自经营、投资所产生的收益归＿＿＿所有；共同经营项目收益按＿＿＿比例分配。</w:t>
      </w:r>
    </w:p>
    <w:p>
      <w:r>
        <w:t>第六条 子女抚养费用：子女＿＿＿＿的抚养费、教育费、医疗费等由＿＿＿承担（或按＿＿＿比例分担）。</w:t>
      </w:r>
    </w:p>
    <w:p>
      <w:r>
        <w:t>第七条 协议的变更与解除：本协议经双方协商一致可以书面形式变更或解除；变更或解除协议应双方签字确认。</w:t>
      </w:r>
    </w:p>
    <w:p>
      <w:r>
        <w:t>第八条 争议解决：本协议履行中发生争议，双方协商解决；协商不成的，依法向人民法院提起诉讼。</w:t>
      </w:r>
    </w:p>
    <w:p>
      <w:r>
        <w:t>第九条 协议效力：本协议自双方签字之日起生效，对双方具有法律约束力。</w:t>
        <w:br/>
        <w:t>男方（签字）：＿＿＿＿＿＿ 女方（签字）：＿＿＿＿＿＿</w:t>
        <w:br/>
        <w:t>日期：＿＿年＿＿月＿＿日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