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货物买卖合同模板（完整条款·可打印）</w:t>
      </w:r>
    </w:p>
    <w:p>
      <w:pPr>
        <w:jc w:val="center"/>
      </w:pPr>
      <w:r>
        <w:t>（范文模板，可直接参考使用）</w:t>
      </w:r>
    </w:p>
    <w:p/>
    <w:p>
      <w:r>
        <w:t>货物买卖合同（模板）</w:t>
      </w:r>
    </w:p>
    <w:p>
      <w:r>
        <w:t>买方（甲方）：XXX　统一社会信用代码：XXX</w:t>
      </w:r>
    </w:p>
    <w:p>
      <w:r>
        <w:t>卖方（乙方）：XXX　统一社会信用代码：XXX</w:t>
      </w:r>
    </w:p>
    <w:p>
      <w:r>
        <w:t>根据《中华人民共和国民法典》及相关法律法规，甲乙双方在平等自愿、协商一致的基础上，就货物买卖事宜订立本合同。</w:t>
      </w:r>
    </w:p>
    <w:p>
      <w:r>
        <w:t>第一条 货物名称、数量及价款。甲方向乙方购买以下货物：货物名称：XX；规格型号：XX；数量：XX；单价：XX元；总价款：人民币XX元（大写：XX元整）。具体明细详见附件《货物清单》。</w:t>
      </w:r>
    </w:p>
    <w:p>
      <w:r>
        <w:t>第二条 质量要求。乙方交付的货物应符合国家标准/行业标准/双方约定的技术标准（写明标准编号），并附产品质量合格证明。货物存在质量问题的，甲方有权要求乙方更换、修理或退货。</w:t>
      </w:r>
    </w:p>
    <w:p>
      <w:r>
        <w:t>第三条 交货时间、地点及方式。交货时间：XXXX年X月X日前；交货地点：XX省XX市XX区XX路XX号；交货方式：乙方送货上门（或甲方自提、物流运输）。货物运输费用由（甲方/乙方）承担。</w:t>
      </w:r>
    </w:p>
    <w:p>
      <w:r>
        <w:t>第四条 验收。甲方应在收到货物后X日内进行验收。验收合格的，甲方应签署验收单；验收不合格的，甲方有权拒收，并书面通知乙方在X日内补正或更换。因乙方原因导致验收延迟的，由乙方承担相应责任。</w:t>
      </w:r>
    </w:p>
    <w:p>
      <w:r>
        <w:t>第五条 付款方式及期限。甲方应于（合同签订之日/货到验收合格后X日内）支付货款。付款方式：银行转账至乙方指定账户。乙方应在收到款项后向甲方开具发票。</w:t>
      </w:r>
    </w:p>
    <w:p>
      <w:r>
        <w:t>第六条 违约责任。1.乙方逾期交货的，每逾期一日按合同总价款的X%向甲方支付违约金；逾期超过X日的，甲方有权解除合同；2.甲方逾期付款的，每逾期一日按未付金额的X%向乙方支付违约金；3.乙方交付货物质量不符合约定的，应承担更换、退货责任并赔偿甲方损失；4.违约金不足以弥补守约方实际损失的，违约方还应承担赔偿责任。</w:t>
      </w:r>
    </w:p>
    <w:p>
      <w:r>
        <w:t>第七条 合同解除。出现下列情形之一的，任何一方可书面通知对方解除合同：1.对方严重违约，经催告后在合理期限内仍未履行；2.因不可抗力致使合同目的无法实现；3.法律法规规定的其他情形。</w:t>
      </w:r>
    </w:p>
    <w:p>
      <w:r>
        <w:t>第八条 争议解决。本合同履行中发生争议，双方应友好协商解决；协商不成的，任何一方可向（合同签订地/被告所在地）人民法院提起诉讼。</w:t>
      </w:r>
    </w:p>
    <w:p>
      <w:r>
        <w:t>第九条 合同生效及其他。本合同一式两份，双方各执一份，自双方签字盖章之日起生效。本合同未尽事宜，由双方协商签订补充协议。</w:t>
      </w:r>
    </w:p>
    <w:p>
      <w:r>
        <w:t>买方（盖章）：XXX　签字：XXX　日期：XXXX年X月X日</w:t>
      </w:r>
    </w:p>
    <w:p>
      <w:r>
        <w:t>卖方（盖章）：XXX　签字：XXX　日期：XXXX年X月X日</w:t>
      </w:r>
    </w:p>
    <w:p>
      <w:r>
        <w:t>附件：《货物清单》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