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货物买卖合同</w:t>
      </w:r>
    </w:p>
    <w:p/>
    <w:p>
      <w:r>
        <w:t>买方（甲方）：＿＿＿＿＿＿＿＿ 统一社会信用代码/身份证号：＿＿＿＿＿＿＿＿</w:t>
      </w:r>
    </w:p>
    <w:p>
      <w:r>
        <w:t>卖方（乙方）：＿＿＿＿＿＿＿＿ 统一社会信用代码/身份证号：＿＿＿＿＿＿＿＿</w:t>
      </w:r>
    </w:p>
    <w:p>
      <w:r>
        <w:t>签订地点：＿＿＿＿＿＿＿＿ 签订日期：＿＿年＿＿月＿＿日</w:t>
      </w:r>
    </w:p>
    <w:p/>
    <w:p>
      <w:r>
        <w:t>第一条 货物名称、数量、价款：详见附件《货物清单》，总价款为人民币＿＿＿＿元（大写：＿＿＿＿＿＿＿＿）。</w:t>
      </w:r>
    </w:p>
    <w:p>
      <w:r>
        <w:t>第二条 质量标准：货物质量应符合国家标准/行业标准/双方约定的技术标准（＿＿＿＿＿＿），乙方应提供质量合格证明。</w:t>
      </w:r>
    </w:p>
    <w:p>
      <w:r>
        <w:t>第三条 交付方式和期限：乙方于＿＿年＿＿月＿＿日前将货物交付至＿＿＿＿＿＿，运输费用由＿＿方承担；货物风险自交付时转移。</w:t>
      </w:r>
    </w:p>
    <w:p>
      <w:r>
        <w:t>第四条 验收：甲方应在收到货物后＿＿日内组织验收，验收标准按第二条执行；发现质量问题的，应在＿＿日内书面通知乙方。</w:t>
      </w:r>
    </w:p>
    <w:p>
      <w:r>
        <w:t>第五条 付款方式和期限：甲方于合同签订后＿＿日内支付定金/预付款＿＿＿＿元；余款在验收合格后＿＿日内付清。</w:t>
      </w:r>
    </w:p>
    <w:p>
      <w:r>
        <w:t>第六条 质量保证：乙方对货物质量负责，质保期为＿＿个月；质保期内出现质量问题的，乙方应负责维修/更换/退货。</w:t>
      </w:r>
    </w:p>
    <w:p>
      <w:r>
        <w:t>第七条 违约责任：乙方逾期交货的，每日按合同总价款的＿＿‰支付违约金；甲方逾期付款的，每日按逾期金额的＿＿‰支付违约金。</w:t>
      </w:r>
    </w:p>
    <w:p>
      <w:r>
        <w:t>第八条 合同解除：一方严重违约致使合同目的不能实现的，另一方有权解除合同并要求赔偿损失。</w:t>
      </w:r>
    </w:p>
    <w:p>
      <w:r>
        <w:t>第九条 争议解决：本合同履行中发生争议，双方协商解决；协商不成的，向＿＿＿（合同签订地/被告住所地）人民法院提起诉讼。</w:t>
      </w:r>
    </w:p>
    <w:p>
      <w:r>
        <w:t>第十条 其他约定：本合同一式两份，双方各执一份，附件与合同具有同等效力，自双方签字盖章之日起生效。</w:t>
        <w:br/>
        <w:t>甲方（盖章/签字）：＿＿＿＿＿＿ 乙方（盖章/签字）：＿＿＿＿＿＿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