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货物运输合同范本（物流行业通用）</w:t>
      </w:r>
    </w:p>
    <w:p>
      <w:r>
        <w:t>货物运输合同</w:t>
      </w:r>
    </w:p>
    <w:p>
      <w:r>
        <w:t>甲方（托运方）：___ 乙方（承运方）：___ 根据《中华人民共和国民法典》及相关法律法规，甲乙双方就货物运输事宜达成如下协议：</w:t>
      </w:r>
    </w:p>
    <w:p>
      <w:r>
        <w:t>第一条 货物情况：货物名称___，数量___，重量___，体积___，价值人民币___元，包装方式___。</w:t>
      </w:r>
    </w:p>
    <w:p>
      <w:r>
        <w:t>第二条 运输信息：起运地___，到达地___，运输方式___，预计到达时间___年___月___日前。</w:t>
      </w:r>
    </w:p>
    <w:p>
      <w:r>
        <w:t>第三条 运费及支付：运费共计人民币___元，支付方式：___（预付/到付/月结），支付时间___。</w:t>
      </w:r>
    </w:p>
    <w:p>
      <w:r>
        <w:t>第四条 货物装卸：装货由___方负责，卸货由___方负责，装卸费用由___方承担。</w:t>
      </w:r>
    </w:p>
    <w:p>
      <w:r>
        <w:t>第五条 货物保险：建议托运方办理货物运输保险，保险费由___方承担。未投保的货物发生损失，按本协议第六条处理。</w:t>
      </w:r>
    </w:p>
    <w:p>
      <w:r>
        <w:t>第六条 货物损失责任：1.运输途中货物发生毁损、灭失的，由承运方按货物实际损失赔偿（法律另有规定的除外）；2.因不可抗力、货物自身属性、合理损耗等原因造成损失的，承运方不承担责任；3.托运方夹带危险品、瞒报货物情况的，由托运方承担责任。</w:t>
      </w:r>
    </w:p>
    <w:p>
      <w:r>
        <w:t>第七条 违约责任：1.承运方未按期运达的，每逾期一日按运费的___%支付违约金；2.托运方未按期支付运费的，每逾期一日按未付运费的___%支付违约金；3.一方违约给对方造成损失的，依法承担赔偿责任。</w:t>
      </w:r>
    </w:p>
    <w:p>
      <w:r>
        <w:t>第八条 争议解决：因履行本合同发生争议，双方协商解决；协商不成的，向___方所在地人民法院起诉。</w:t>
      </w:r>
    </w:p>
    <w:p>
      <w:r>
        <w:t>第九条 本合同一式两份，甲乙双方各执一份，自双方签字（盖章）之日起生效。甲方（盖章）：___ 乙方（盖章）：___ 签订日期：___年___月___日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